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Car-Ramming: What We Know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marchers and onlookers were stunned when a vehicle ploughed into Berlin's Pride parade; here's who was affected, what investigators say, and why this incident is reshaping conversations about safety at public events in Europe.</w:t>
      </w:r>
      <w:r/>
    </w:p>
    <w:p>
      <w:r/>
      <w:r>
        <w:t>Essential Takeaways</w:t>
      </w:r>
      <w:r/>
      <w:r/>
    </w:p>
    <w:p>
      <w:pPr>
        <w:pStyle w:val="ListBullet"/>
        <w:spacing w:line="240" w:lineRule="auto"/>
        <w:ind w:left="720"/>
      </w:pPr>
      <w:r/>
      <w:r>
        <w:rPr>
          <w:b/>
        </w:rPr>
        <w:t>Casualties:</w:t>
      </w:r>
      <w:r>
        <w:t xml:space="preserve"> At least one person killed and around 29 injured, with victims including march participants and bystanders; hospitals reported a range of wounds from minor to severe. </w:t>
      </w:r>
      <w:r/>
    </w:p>
    <w:p>
      <w:pPr>
        <w:pStyle w:val="ListBullet"/>
        <w:spacing w:line="240" w:lineRule="auto"/>
        <w:ind w:left="720"/>
      </w:pPr>
      <w:r/>
      <w:r>
        <w:rPr>
          <w:b/>
        </w:rPr>
        <w:t>Suspect:</w:t>
      </w:r>
      <w:r>
        <w:t xml:space="preserve"> Police have identified and arrested a suspect following a manhunt; authorities are probing possible motives and any extremist links. </w:t>
      </w:r>
      <w:r/>
    </w:p>
    <w:p>
      <w:pPr>
        <w:pStyle w:val="ListBullet"/>
        <w:spacing w:line="240" w:lineRule="auto"/>
        <w:ind w:left="720"/>
      </w:pPr>
      <w:r/>
      <w:r>
        <w:rPr>
          <w:b/>
        </w:rPr>
        <w:t>Scene:</w:t>
      </w:r>
      <w:r>
        <w:t xml:space="preserve"> The attack unfolded along a Pride route in central Berlin, leaving a chaotic, emotional scene and visible damage to the parade area. </w:t>
      </w:r>
      <w:r/>
    </w:p>
    <w:p>
      <w:pPr>
        <w:pStyle w:val="ListBullet"/>
        <w:spacing w:line="240" w:lineRule="auto"/>
        <w:ind w:left="720"/>
      </w:pPr>
      <w:r/>
      <w:r>
        <w:rPr>
          <w:b/>
        </w:rPr>
        <w:t>Official response:</w:t>
      </w:r>
      <w:r>
        <w:t xml:space="preserve"> German security services, city leaders and Pride organisers have promised investigations and increased protection for future events. </w:t>
      </w:r>
      <w:r/>
    </w:p>
    <w:p>
      <w:pPr>
        <w:pStyle w:val="ListBullet"/>
        <w:spacing w:line="240" w:lineRule="auto"/>
        <w:ind w:left="720"/>
      </w:pPr>
      <w:r/>
      <w:r>
        <w:rPr>
          <w:b/>
        </w:rPr>
        <w:t>Community impact:</w:t>
      </w:r>
      <w:r>
        <w:t xml:space="preserve"> The incident has shaken Berlin’s LGBTQ+ community and international observers, prompting vigils and renewed debate about public-safety measures.</w:t>
      </w:r>
      <w:r/>
      <w:r/>
    </w:p>
    <w:p>
      <w:pPr>
        <w:pStyle w:val="Heading2"/>
      </w:pPr>
      <w:r>
        <w:t>What happened where and when</w:t>
      </w:r>
      <w:r/>
    </w:p>
    <w:p>
      <w:r/>
      <w:r>
        <w:t xml:space="preserve">Eyewitnesses described a sudden, brutal moment as a vehicle accelerated into a crowded stretch of the Pride march in central Berlin, producing a sharp, metallic sound and a scattering of people. Hospitals in the area received dozens of injured, with medical teams working through the night. Al Jazeera and Reuters reported that ambulances and police sealed off the scene rapidly, while organisers tried to account for missing participants. The suddenness of the attack left many shaken; for a city known for its openness, the physical and emotional shock was tangible. Practical note: if you attend public gatherings, know the exits and stick with friends; small plans help in an instant crisis. </w:t>
      </w:r>
      <w:r/>
    </w:p>
    <w:p>
      <w:pPr>
        <w:pStyle w:val="Heading2"/>
      </w:pPr>
      <w:r>
        <w:t>Who the police say they have detained and why motives remain murky</w:t>
      </w:r>
      <w:r/>
    </w:p>
    <w:p>
      <w:r/>
      <w:r>
        <w:t>German police named and arrested a suspect after a targeted search, and investigators are now piecing together a timeline of the events leading up to the attack. The Los Angeles Times and The Guardian reported that authorities are examining the suspect’s background, travel, and potential contacts to establish motive. So far, officials have not drawn a definitive public conclusion about ideological motive, though some outlets cite early lines of inquiry that include potential extremist influences. Authorities are treating the case with the full resources of counterterror units and homicide investigators. For readers: expect slow, careful updates; motive investigations often take days or weeks as forensic and intelligence work proceeds.</w:t>
      </w:r>
      <w:r/>
    </w:p>
    <w:p>
      <w:pPr>
        <w:pStyle w:val="Heading2"/>
      </w:pPr>
      <w:r>
        <w:t>How this fits into a wider pattern and political conversation</w:t>
      </w:r>
      <w:r/>
    </w:p>
    <w:p>
      <w:r/>
      <w:r>
        <w:t>Analysts say the attack arrives amid rising concern across Europe about politically or ideologically driven violence at public events. Le Monde and El País note that Pride marches have previously been targeted elsewhere, and that the symbolic visibility of LGBTQ+ events can make them both celebratory and vulnerable. Politicians and community leaders are already debating whether current policing and public-protection measures are adequate for large-scale, symbolic gatherings. That debate will affect funding, stewarding and surveillance at future parades and demonstrations. Practical takeaway: organisers will likely plan tighter security, more medical points and clearer evacuation routes for upcoming events.</w:t>
      </w:r>
      <w:r/>
    </w:p>
    <w:p>
      <w:pPr>
        <w:pStyle w:val="Heading2"/>
      </w:pPr>
      <w:r>
        <w:t>The human stories: grief, solidarity and the city's reaction</w:t>
      </w:r>
      <w:r/>
    </w:p>
    <w:p>
      <w:r/>
      <w:r>
        <w:t>Local reporting captured scenes of grief, with vigils springing up and survivors recounting small, powerful acts of kindness , strangers helping to drag people from harm, volunteers offering water and comfort. Svenska Dagbladet and Le Monde conveyed how Berliners and visitors gathered to support victims and to insist that fear won’t erase Pride. Organisers and LGBTQ+ groups called for unity, cautious resilience and support for those traumatised by the attack. Berlin’s reputation as a queer-friendly city has been hit, but the immediate civic response emphasised care and solidarity. If you’re moved to help: donate to verified victims’ funds or contact local LGBTQ+ charities; practical support matters after headlines fade.</w:t>
      </w:r>
      <w:r/>
    </w:p>
    <w:p>
      <w:pPr>
        <w:pStyle w:val="Heading2"/>
      </w:pPr>
      <w:r>
        <w:t>What this means for public safety and future events</w:t>
      </w:r>
      <w:r/>
    </w:p>
    <w:p>
      <w:r/>
      <w:r>
        <w:t>Expect German authorities to review security plans for large events, from traffic barriers to bag searches and intelligence sharing with European partners. The Guardian and Al Jazeera outline likely steps: stronger perimeter controls, vehicle-barrier measures and stepped-up monitoring of credible threats. Organisers elsewhere will watch closely and probably adapt, balancing the visibility that makes Pride powerful with sensible, visible protections that keep people safe. For attendees, simple steps like arriving in groups, registering with organisers if offered, and noting first-aid stations can reduce risk. Looking ahead, communities will argue over the right balance between openness and protection , but the priority is clear: keep people safe without surrendering the spirit of public celebration.</w:t>
      </w:r>
      <w:r/>
    </w:p>
    <w:p>
      <w:r/>
      <w:r>
        <w:t>It's a small change in how parades are planned, but it could make every march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2">
        <w:r>
          <w:rPr>
            <w:color w:val="0000EE"/>
            <w:u w:val="single"/>
          </w:rPr>
          <w:t>[6]</w:t>
        </w:r>
      </w:hyperlink>
      <w:r>
        <w:t xml:space="preserve">, </w:t>
      </w:r>
      <w:hyperlink r:id="rId14">
        <w:r>
          <w:rPr>
            <w:color w:val="0000EE"/>
            <w:u w:val="single"/>
          </w:rPr>
          <w:t>[4]</w:t>
        </w:r>
      </w:hyperlink>
      <w:r>
        <w:t xml:space="preserve">- Paragraph 5: </w:t>
      </w:r>
      <w:hyperlink r:id="rId15">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https://www.thestar.com/news/world/europe/questions-mount-after-deadly-berlin-pride-attack-heres-what-to-know/image_14ef7e63-e661-5782-9839-0258cf30b825.html</w:t>
        </w:r>
      </w:hyperlink>
      <w:r>
        <w:t xml:space="preserve"> - Please view link - unable to able to access data</w:t>
      </w:r>
      <w:r/>
    </w:p>
    <w:p>
      <w:pPr>
        <w:pStyle w:val="ListNumber"/>
        <w:spacing w:line="240" w:lineRule="auto"/>
        <w:ind w:left="720"/>
      </w:pPr>
      <w:r/>
      <w:hyperlink r:id="rId10">
        <w:r>
          <w:rPr>
            <w:color w:val="0000EE"/>
            <w:u w:val="single"/>
          </w:rPr>
          <w:t>https://www.aljazeera.com/news/2026/7/26/berlin-pride-car-ramming-attack-suspect</w:t>
        </w:r>
      </w:hyperlink>
      <w:r>
        <w:t xml:space="preserve"> - On July 26, 2026, German police shot dead Abdul Ballout, a 21-year-old German citizen of Lebanese descent, who was suspected of carrying out an Islamist terror attack during Berlin's Pride celebrations. The attack involved a van ramming into a crowd, resulting in one death and 29 injuries. Ballout was known to authorities due to previous extremist links and had attempted to join ISIS. The incident has raised questions about security measures at major events in Germany. (</w:t>
      </w:r>
      <w:hyperlink r:id="rId16">
        <w:r>
          <w:rPr>
            <w:color w:val="0000EE"/>
            <w:u w:val="single"/>
          </w:rPr>
          <w:t>aljazeera.com</w:t>
        </w:r>
      </w:hyperlink>
      <w:r>
        <w:t>)</w:t>
      </w:r>
      <w:r/>
    </w:p>
    <w:p>
      <w:pPr>
        <w:pStyle w:val="ListNumber"/>
        <w:spacing w:line="240" w:lineRule="auto"/>
        <w:ind w:left="720"/>
      </w:pPr>
      <w:r/>
      <w:hyperlink r:id="rId11">
        <w:r>
          <w:rPr>
            <w:color w:val="0000EE"/>
            <w:u w:val="single"/>
          </w:rPr>
          <w:t>https://www.latimes.com/world-nation/story/2026-07-26/german-police-search-for-suspect-in-deadly-berlin-pride-attack</w:t>
        </w:r>
      </w:hyperlink>
      <w:r>
        <w:t xml:space="preserve"> - The Los Angeles Times reports that the suspect in the deadly Berlin Pride attack, which left one person dead and 29 injured, was killed by police during a confrontation in a suburb of Berlin. Authorities believe the attack was an Islamist extremist act, and the suspect had prior convictions related to terrorism. The incident has prompted discussions about the safety of LGBTQ+ events in Germany. (</w:t>
      </w:r>
      <w:hyperlink r:id="rId17">
        <w:r>
          <w:rPr>
            <w:color w:val="0000EE"/>
            <w:u w:val="single"/>
          </w:rPr>
          <w:t>latimes.com</w:t>
        </w:r>
      </w:hyperlink>
      <w:r>
        <w:t>)</w:t>
      </w:r>
      <w:r/>
    </w:p>
    <w:p>
      <w:pPr>
        <w:pStyle w:val="ListNumber"/>
        <w:spacing w:line="240" w:lineRule="auto"/>
        <w:ind w:left="720"/>
      </w:pPr>
      <w:r/>
      <w:hyperlink r:id="rId14">
        <w:r>
          <w:rPr>
            <w:color w:val="0000EE"/>
            <w:u w:val="single"/>
          </w:rPr>
          <w:t>https://elpais.com/expres/2026-07-27/que-se-sabe-del-atropello-masivo-en-berlin-que-causo-al-menos-un-muerto-y-29-heridos.html</w:t>
        </w:r>
      </w:hyperlink>
      <w:r>
        <w:t xml:space="preserve"> - El País provides details on the mass vehicle attack in Berlin during the LGBTQ+ Pride celebrations on July 25, 2026. The attack resulted in at least one death and 29 injuries. The suspect, Abdul Ballout, a 21-year-old German citizen of Lebanese origin, was known to authorities for previous extremist activities and had attempted to join ISIS. The incident has sparked discussions about security measures at public events in Germany. (</w:t>
      </w:r>
      <w:hyperlink r:id="rId18">
        <w:r>
          <w:rPr>
            <w:color w:val="0000EE"/>
            <w:u w:val="single"/>
          </w:rPr>
          <w:t>elpais.com</w:t>
        </w:r>
      </w:hyperlink>
      <w:r>
        <w:t>)</w:t>
      </w:r>
      <w:r/>
    </w:p>
    <w:p>
      <w:pPr>
        <w:pStyle w:val="ListNumber"/>
        <w:spacing w:line="240" w:lineRule="auto"/>
        <w:ind w:left="720"/>
      </w:pPr>
      <w:r/>
      <w:hyperlink r:id="rId15">
        <w:r>
          <w:rPr>
            <w:color w:val="0000EE"/>
            <w:u w:val="single"/>
          </w:rPr>
          <w:t>https://www.svd.se/a/V6dQk6/terrordad-mot-pride-i-berlin-man-korde-in-i-folkmassa-med-bil</w:t>
        </w:r>
      </w:hyperlink>
      <w:r>
        <w:t xml:space="preserve"> - Svenska Dagbladet reports on the tragic attack during Berlin's Pride festival, where a van drove into a crowd, resulting in one death and 29 injuries. The suspect, Abdul B., a 21-year-old with ties to Islamist circles, was shot dead by police during a raid in Berlin's Spandau district. The attack has raised concerns about the safety of LGBTQ+ events in Germany. (</w:t>
      </w:r>
      <w:hyperlink r:id="rId19">
        <w:r>
          <w:rPr>
            <w:color w:val="0000EE"/>
            <w:u w:val="single"/>
          </w:rPr>
          <w:t>svd.se</w:t>
        </w:r>
      </w:hyperlink>
      <w:r>
        <w:t>)</w:t>
      </w:r>
      <w:r/>
    </w:p>
    <w:p>
      <w:pPr>
        <w:pStyle w:val="ListNumber"/>
        <w:spacing w:line="240" w:lineRule="auto"/>
        <w:ind w:left="720"/>
      </w:pPr>
      <w:r/>
      <w:hyperlink r:id="rId12">
        <w:r>
          <w:rPr>
            <w:color w:val="0000EE"/>
            <w:u w:val="single"/>
          </w:rPr>
          <w:t>https://www.lemonde.fr/en/international/article/2026/07/27/berlin-shaken-by-attack-on-pride-march-i-never-thought-this-could-happen-in-the-most-queer-friendly-city-in-the-world_6755871_4.html</w:t>
        </w:r>
      </w:hyperlink>
      <w:r>
        <w:t xml:space="preserve"> - Le Monde reports on the shock and mourning in Berlin following the deadly attack on the Christopher Street Day parade, a major Pride March celebrating LGBTQ+ rights. The attack, which resulted in one death and 29 injuries, was carried out by Abdul Ballout, a 21-year-old German of Lebanese descent with known ties to Islamist groups. The incident has sparked concerns about the safety of LGBTQ+ events in Germany. (</w:t>
      </w:r>
      <w:hyperlink r:id="rId20">
        <w:r>
          <w:rPr>
            <w:color w:val="0000EE"/>
            <w:u w:val="single"/>
          </w:rPr>
          <w:t>lemonde.fr</w:t>
        </w:r>
      </w:hyperlink>
      <w:r>
        <w:t>)</w:t>
      </w:r>
      <w:r/>
    </w:p>
    <w:p>
      <w:pPr>
        <w:pStyle w:val="ListNumber"/>
        <w:spacing w:line="240" w:lineRule="auto"/>
        <w:ind w:left="720"/>
      </w:pPr>
      <w:r/>
      <w:hyperlink r:id="rId13">
        <w:r>
          <w:rPr>
            <w:color w:val="0000EE"/>
            <w:u w:val="single"/>
          </w:rPr>
          <w:t>https://www.theguardian.com/world/2026/jul/26/berlin-pride-van-knife-rampage-islamist-terrorist-attack-germany</w:t>
        </w:r>
      </w:hyperlink>
      <w:r>
        <w:t xml:space="preserve"> - The Guardian reports that German authorities have classified the deadly van ramming and knife attack near Berlin's Pride festival as an Islamist terrorist attack. The main suspect, Abdul Ballout, a 21-year-old German citizen of Lebanese descent, is currently being sought by police. The attack resulted in one death and 29 injuries, raising questions about security measures at major events in Germany.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questions-mount-after-deadly-berlin-pride-attack-heres-what-to-know/image_14ef7e63-e661-5782-9839-0258cf30b825.html" TargetMode="External"/><Relationship Id="rId10" Type="http://schemas.openxmlformats.org/officeDocument/2006/relationships/hyperlink" Target="https://www.aljazeera.com/news/2026/7/26/berlin-pride-car-ramming-attack-suspect" TargetMode="External"/><Relationship Id="rId11" Type="http://schemas.openxmlformats.org/officeDocument/2006/relationships/hyperlink" Target="https://www.latimes.com/world-nation/story/2026-07-26/german-police-search-for-suspect-in-deadly-berlin-pride-attack" TargetMode="External"/><Relationship Id="rId12" Type="http://schemas.openxmlformats.org/officeDocument/2006/relationships/hyperlink" Target="https://www.lemonde.fr/en/international/article/2026/07/27/berlin-shaken-by-attack-on-pride-march-i-never-thought-this-could-happen-in-the-most-queer-friendly-city-in-the-world_6755871_4.html" TargetMode="External"/><Relationship Id="rId13" Type="http://schemas.openxmlformats.org/officeDocument/2006/relationships/hyperlink" Target="https://www.theguardian.com/world/2026/jul/26/berlin-pride-van-knife-rampage-islamist-terrorist-attack-germany" TargetMode="External"/><Relationship Id="rId14" Type="http://schemas.openxmlformats.org/officeDocument/2006/relationships/hyperlink" Target="https://elpais.com/expres/2026-07-27/que-se-sabe-del-atropello-masivo-en-berlin-que-causo-al-menos-un-muerto-y-29-heridos.html" TargetMode="External"/><Relationship Id="rId15" Type="http://schemas.openxmlformats.org/officeDocument/2006/relationships/hyperlink" Target="https://www.svd.se/a/V6dQk6/terrordad-mot-pride-i-berlin-man-korde-in-i-folkmassa-med-bil" TargetMode="External"/><Relationship Id="rId16" Type="http://schemas.openxmlformats.org/officeDocument/2006/relationships/hyperlink" Target="https://www.aljazeera.com/news/2026/7/26/berlin-police-shoot-dead-suspect-in-car-ramming-attack-on-pride-event?utm_source=openai" TargetMode="External"/><Relationship Id="rId17" Type="http://schemas.openxmlformats.org/officeDocument/2006/relationships/hyperlink" Target="https://www.latimes.com/world-nation/story/2026-07-26/german-police-search-for-suspect-in-deadly-berlin-pride-attack?utm_source=openai" TargetMode="External"/><Relationship Id="rId18" Type="http://schemas.openxmlformats.org/officeDocument/2006/relationships/hyperlink" Target="https://elpais.com/expres/2026-07-27/que-se-sabe-del-atropello-masivo-en-berlin-que-causo-al-menos-un-muerto-y-29-heridos.html?utm_source=openai" TargetMode="External"/><Relationship Id="rId19" Type="http://schemas.openxmlformats.org/officeDocument/2006/relationships/hyperlink" Target="https://www.svd.se/a/V6dQk6/terrordad-mot-pride-i-berlin-man-korde-in-i-folkmassa-med-bil?utm_source=openai" TargetMode="External"/><Relationship Id="rId20"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 Id="rId21" Type="http://schemas.openxmlformats.org/officeDocument/2006/relationships/hyperlink" Target="https://www.theguardian.com/world/2026/jul/26/berlin-pride-van-knife-rampage-islamist-terrorist-attack-german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