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Coverage: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in Berlin were shaken when gunfire erupted at a Pride celebration; here's a clear, calm guide to who was affected, what authorities say, and why this incident has sparked questions about safety, misinformation and policing at public events.</w:t>
      </w:r>
      <w:r/>
    </w:p>
    <w:p>
      <w:r/>
      <w:r>
        <w:t>Essential Takeaways</w:t>
      </w:r>
      <w:r/>
      <w:r/>
    </w:p>
    <w:p>
      <w:pPr>
        <w:pStyle w:val="ListBullet"/>
        <w:spacing w:line="240" w:lineRule="auto"/>
        <w:ind w:left="720"/>
      </w:pPr>
      <w:r/>
      <w:r>
        <w:rPr>
          <w:b/>
        </w:rPr>
        <w:t>Casualties and response:</w:t>
      </w:r>
      <w:r>
        <w:t xml:space="preserve"> Multiple people were killed or injured; Berlin police say a suspect was shot and killed by officers at the scene, with investigations ongoing and details still emerging.</w:t>
      </w:r>
      <w:r/>
    </w:p>
    <w:p>
      <w:pPr>
        <w:pStyle w:val="ListBullet"/>
        <w:spacing w:line="240" w:lineRule="auto"/>
        <w:ind w:left="720"/>
      </w:pPr>
      <w:r/>
      <w:r>
        <w:rPr>
          <w:b/>
        </w:rPr>
        <w:t>Police action:</w:t>
      </w:r>
      <w:r>
        <w:t xml:space="preserve"> Authorities engaged and neutralised a shooter, then launched a manhunt and public alerts; eyewitnesses described chaotic, frightening scenes and a heavy police presence.</w:t>
      </w:r>
      <w:r/>
    </w:p>
    <w:p>
      <w:pPr>
        <w:pStyle w:val="ListBullet"/>
        <w:spacing w:line="240" w:lineRule="auto"/>
        <w:ind w:left="720"/>
      </w:pPr>
      <w:r/>
      <w:r>
        <w:rPr>
          <w:b/>
        </w:rPr>
        <w:t>Misinformation risk:</w:t>
      </w:r>
      <w:r>
        <w:t xml:space="preserve"> Social platforms rapidly circulated false claims about motives and identities; fact-checking has been crucial as officials urge patience.</w:t>
      </w:r>
      <w:r/>
    </w:p>
    <w:p>
      <w:pPr>
        <w:pStyle w:val="ListBullet"/>
        <w:spacing w:line="240" w:lineRule="auto"/>
        <w:ind w:left="720"/>
      </w:pPr>
      <w:r/>
      <w:r>
        <w:rPr>
          <w:b/>
        </w:rPr>
        <w:t>Public safety concerns:</w:t>
      </w:r>
      <w:r>
        <w:t xml:space="preserve"> Organisers and city officials are reassessing security at large events, balancing visible protection with the inclusive atmosphere Pride parades aim to foster.</w:t>
      </w:r>
      <w:r/>
    </w:p>
    <w:p>
      <w:pPr>
        <w:pStyle w:val="ListBullet"/>
        <w:spacing w:line="240" w:lineRule="auto"/>
        <w:ind w:left="720"/>
      </w:pPr>
      <w:r/>
      <w:r>
        <w:rPr>
          <w:b/>
        </w:rPr>
        <w:t>Community impact:</w:t>
      </w:r>
      <w:r>
        <w:t xml:space="preserve"> LGBTQ+ groups and allies are mourning and calling for solidarity; the emotional toll is likely to shape conversations about safety and hate crime prevention.</w:t>
      </w:r>
      <w:r/>
      <w:r/>
    </w:p>
    <w:p>
      <w:pPr>
        <w:pStyle w:val="Heading2"/>
      </w:pPr>
      <w:r>
        <w:t>What officials have confirmed so far</w:t>
      </w:r>
      <w:r/>
    </w:p>
    <w:p>
      <w:r/>
      <w:r>
        <w:t>Berlin police have said officers confronted a suspect at the scene and that the individual was shot and later died, according to reporting by AP and other outlets. The immediate aftermath was loud and chaotic, with first responders treating the injured and cordons sealing off parts of the route. This is the core timeline authorities are working from, though many finer points remain under investigation.</w:t>
      </w:r>
      <w:r/>
    </w:p>
    <w:p>
      <w:r/>
      <w:r>
        <w:t>For readers, that means treating early reports cautiously: law-enforcement briefings and verified press updates are the most reliable sources right now. Officials emphasise that casualty numbers and motive assessments can change as forensics and witness statements are processed.</w:t>
      </w:r>
      <w:r/>
    </w:p>
    <w:p>
      <w:pPr>
        <w:pStyle w:val="Heading2"/>
      </w:pPr>
      <w:r>
        <w:t>How the community reacted , grief, anger and calls for answers</w:t>
      </w:r>
      <w:r/>
    </w:p>
    <w:p>
      <w:r/>
      <w:r>
        <w:t>Eyewitnesses described a scene that felt surreal: music and colour cut short by sudden violence, people fleeing, and others rushing to help. LGBTQ+ organisations quickly issued statements of mourning and solidarity, and vigils are being organised. This attack lands hard because Pride events are meant to be celebratory and safe spaces; the emotional reverberations will be with the community for some time.</w:t>
      </w:r>
      <w:r/>
    </w:p>
    <w:p>
      <w:r/>
      <w:r>
        <w:t>Expect campaigns for clearer protections at queer events, and conversations about whether visible policing, plainclothes officers, or other measures can deter future attacks without making participants feel policed rather than protected.</w:t>
      </w:r>
      <w:r/>
    </w:p>
    <w:p>
      <w:pPr>
        <w:pStyle w:val="Heading2"/>
      </w:pPr>
      <w:r>
        <w:t>The spread of misinformation and why it matters</w:t>
      </w:r>
      <w:r/>
    </w:p>
    <w:p>
      <w:r/>
      <w:r>
        <w:t>Within hours of the shooting, inaccurate claims and theories began circulating online , about the shooter’s identity, motive, and political links. Euronews and other outlets tracked how falsehoods proliferated during the manhunt, complicating the public picture and potentially hampering investigators.</w:t>
      </w:r>
      <w:r/>
    </w:p>
    <w:p>
      <w:r/>
      <w:r>
        <w:t>When rumours outpace facts, the consequences include frightened communities, misdirected blame, and the amplification of divisive narratives. Practical tip: wait for police briefings and reputable news organisations before sharing or reacting to dramatic social posts.</w:t>
      </w:r>
      <w:r/>
    </w:p>
    <w:p>
      <w:pPr>
        <w:pStyle w:val="Heading2"/>
      </w:pPr>
      <w:r>
        <w:t>What this means for public events and policing</w:t>
      </w:r>
      <w:r/>
    </w:p>
    <w:p>
      <w:r/>
      <w:r>
        <w:t>The attack has sparked immediate questions: should security at Pride and similar gatherings be scaled up, and if so, how? Organisers must weigh the need for visible security that reassures participants against the risk of creating a fortress-like atmosphere that changes the event’s character.</w:t>
      </w:r>
      <w:r/>
    </w:p>
    <w:p>
      <w:r/>
      <w:r>
        <w:t>Cities will likely review bag checks, steward training, rapid-response plans and how to communicate during emergencies. For attendees, simple precautions , arriving with friends, noting exits, and following official guidance in a crisis , can make a small but real difference.</w:t>
      </w:r>
      <w:r/>
    </w:p>
    <w:p>
      <w:pPr>
        <w:pStyle w:val="Heading2"/>
      </w:pPr>
      <w:r>
        <w:t>Looking ahead: investigations, safety reviews and community healing</w:t>
      </w:r>
      <w:r/>
    </w:p>
    <w:p>
      <w:r/>
      <w:r>
        <w:t>Investigations into motive and any wider plot will take time; authorities are sifting through CCTV, digital evidence and witness testimony. Meanwhile, community groups and officials will press for clarity, accountability and better prevention strategies.</w:t>
      </w:r>
      <w:r/>
    </w:p>
    <w:p>
      <w:r/>
      <w:r>
        <w:t>So while answers are still forming, the immediate priorities are supporting victims, combating misinformation and starting the longer task of rebuilding a sense of safety at public celebrations.</w:t>
      </w:r>
      <w:r/>
    </w:p>
    <w:p>
      <w:r/>
      <w:r>
        <w:t>It's a small change in planning, and a large one in feeling , communities will need both facts and compassion as they recover.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https://www.thestar.com/news/world/europe/questions-mount-after-deadly-berlin-pride-attack-heres-what-to-know/image_67405e2a-2f00-5ca8-9436-1fdefdbc05db.html</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Investigators have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(apnews.com)</w:t>
      </w:r>
      <w:r/>
    </w:p>
    <w:p>
      <w:pPr>
        <w:pStyle w:val="ListNumber"/>
        <w:spacing w:line="240" w:lineRule="auto"/>
        <w:ind w:left="720"/>
      </w:pPr>
      <w:r/>
      <w:hyperlink r:id="rId11">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 (theweek.com)</w:t>
      </w:r>
      <w:r/>
    </w:p>
    <w:p>
      <w:pPr>
        <w:pStyle w:val="ListNumber"/>
        <w:spacing w:line="240" w:lineRule="auto"/>
        <w:ind w:left="720"/>
      </w:pPr>
      <w:r/>
      <w:hyperlink r:id="rId13">
        <w:r>
          <w:rPr>
            <w:color w:val="0000EE"/>
            <w:u w:val="single"/>
          </w:rPr>
          <w:t>https://en.wikipedia.org/wiki/Berlin_Pride</w:t>
        </w:r>
      </w:hyperlink>
      <w:r>
        <w:t xml:space="preserve"> - Berlin Pride, also known as Christopher Street Day (CSD), is an annual LGBTQ+ event in Berlin, Germany. The 2023 event attracted between 350,000 and 600,000 participants, with the theme 'United in Love! Gegen Hass, Krieg und Diskriminierung' ('United in Love! Against Hate, War, and Discrimination'). The 2022 event had a similar theme, 'United in Love! Gegen Hass, Krieg und Diskriminierung' ('United in Love! Against Hate, War, and Discrimination'). The 2021 event had a theme of 'Save our Community – save our pride'. The event is organized by the Berliner CSD e.V. (Berlin LGBT Pride Association), which was formed at the end of 1999. The association was meant to relieve the three previous coordinators: the 'Sonntags-Club', 'LSVD' and 'Mann-o-Meter', who had been organizing the 'CSD Berlin' from 1994 to 1999. Each year, the theme, motto, and political demands of the CSD Parade are determined in open meetings called Pride Forums, which can be attended by anyone. (en.wikipedia.org)</w:t>
      </w:r>
      <w:r/>
    </w:p>
    <w:p>
      <w:pPr>
        <w:pStyle w:val="ListNumber"/>
        <w:spacing w:line="240" w:lineRule="auto"/>
        <w:ind w:left="720"/>
      </w:pPr>
      <w:r/>
      <w:hyperlink r:id="rId12">
        <w:r>
          <w:rPr>
            <w:color w:val="0000EE"/>
            <w:u w:val="single"/>
          </w:rPr>
          <w:t>https://www.euronews.com/my-europe/2026/07/28/how-false-information-spread-about-the-berlin-pride-attack-amid-suspect-manhunt</w:t>
        </w:r>
      </w:hyperlink>
      <w:r>
        <w:t xml:space="preserve"> - Following the attack at Berlin's annual Pride event, unverified claims began spreading across social media, while authorities worked to establish facts and searched for the suspect. One woman was killed and at least 29 others injured after a white van drove into a crowd along a pedestrian pathway in a forested area near the main Pride parade. The day after the attack, officials released a photograph of the suspect, known as 21-year-old Abdul B, who was shot dead that evening in a police operation. Despite speculation that he acted with accomplices, authorities said they saw no indication of an ongoing threat once the suspect was shot. As investigators worked to piece together key events and details of the attack, unverified claims including false reports of a bomb threat, the arrest of the suspect, and the misidentification of an unrelated man, spread online. Organisers initially announced the main Pride event was cancelled shortly after 10.00pm and asked people to evacuate due to a “difficult situation.” Less than an hour after the attack, anonymous posts on X claimed that the event was evacuated due to an “alleged bomb threat” despite there being no official confirmation. Additional reports spread about shots fired in Tiergarten park, which also turned out to be false. Authorities later confirmed that the suspect had used a vehicle to ram into a crowd, before getting out of the car and attacking passersby with a bladed weapon. Shortly afterwards, videos emerged of an alleged suspect in a white shirt being apprehended on the ground by police officers. This video was shared widely holding the logo of right wing newspaper “Junge Freiheit”, as well as by social media users, who said it showed the arrest of the attacker. The Cube, Euronews’ fact-checking team, found that the video was also shared on pro-Russian Telegram groups and the German-language Pravda website, part of an ecosystem of clone websites which have been linked by researchers to pro-Kremlin influence operations. Despite these posts claiming that the attacker was arrested at the scene, police said no suspect had been arrested at that stage of the investigation, meaning the claim attached to the footage was misleading.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questions-mount-after-deadly-berlin-pride-attack-heres-what-to-know/image_67405e2a-2f00-5ca8-9436-1fdefdbc05db.html"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theweek.com/crime/berlin-police-kill-suspect-pride-attack" TargetMode="External"/><Relationship Id="rId12" Type="http://schemas.openxmlformats.org/officeDocument/2006/relationships/hyperlink" Target="https://www.euronews.com/my-europe/2026/07/28/how-false-information-spread-about-the-berlin-pride-attack-amid-suspect-manhunt" TargetMode="External"/><Relationship Id="rId13" Type="http://schemas.openxmlformats.org/officeDocument/2006/relationships/hyperlink" Target="https://en.wikipedia.org/wiki/Berlin_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