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Know You’re Not an Imposter in Your Own Queer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much time you spend thinking about this , it matters. Many young women raised in sheltered or immigrant households are questioning their sexuality without real-world crushes or dating experience, and that uncertainty can feel catastrophic; this piece explains why your feelings are valid, what might be driving the doubt, and how to make space to figure it out safely.</w:t>
      </w:r>
      <w:r/>
    </w:p>
    <w:p>
      <w:r/>
      <w:r>
        <w:t>Essential Takeaways</w:t>
      </w:r>
      <w:r/>
      <w:r/>
    </w:p>
    <w:p>
      <w:pPr>
        <w:pStyle w:val="ListBullet"/>
        <w:spacing w:line="240" w:lineRule="auto"/>
        <w:ind w:left="720"/>
      </w:pPr>
      <w:r/>
      <w:r>
        <w:rPr>
          <w:b/>
        </w:rPr>
        <w:t>You’re not alone:</w:t>
      </w:r>
      <w:r>
        <w:t xml:space="preserve"> intense doubt about sexual orientation is common, especially for people with limited social exposure or strict upbringings.</w:t>
      </w:r>
      <w:r/>
    </w:p>
    <w:p>
      <w:pPr>
        <w:pStyle w:val="ListBullet"/>
        <w:spacing w:line="240" w:lineRule="auto"/>
        <w:ind w:left="720"/>
      </w:pPr>
      <w:r/>
      <w:r>
        <w:rPr>
          <w:b/>
        </w:rPr>
        <w:t>Imposter fears are unlikely:</w:t>
      </w:r>
      <w:r>
        <w:t xml:space="preserve"> deliberately pretending to be queer is rare; most people questioning are genuinely working out their feelings.</w:t>
      </w:r>
      <w:r/>
    </w:p>
    <w:p>
      <w:pPr>
        <w:pStyle w:val="ListBullet"/>
        <w:spacing w:line="240" w:lineRule="auto"/>
        <w:ind w:left="720"/>
      </w:pPr>
      <w:r/>
      <w:r>
        <w:rPr>
          <w:b/>
        </w:rPr>
        <w:t>Mental health can play a role:</w:t>
      </w:r>
      <w:r>
        <w:t xml:space="preserve"> a subtype called sexual-orientation OCD (SO-OCD) can make doubts persistent and distressing without reflecting true identity.</w:t>
      </w:r>
      <w:r/>
    </w:p>
    <w:p>
      <w:pPr>
        <w:pStyle w:val="ListBullet"/>
        <w:spacing w:line="240" w:lineRule="auto"/>
        <w:ind w:left="720"/>
      </w:pPr>
      <w:r/>
      <w:r>
        <w:rPr>
          <w:b/>
        </w:rPr>
        <w:t>Sexuality can be fluid:</w:t>
      </w:r>
      <w:r>
        <w:t xml:space="preserve"> attraction may shift over time, and current feelings are valid even if labels evolve later.</w:t>
      </w:r>
      <w:r/>
    </w:p>
    <w:p>
      <w:pPr>
        <w:pStyle w:val="ListBullet"/>
        <w:spacing w:line="240" w:lineRule="auto"/>
        <w:ind w:left="720"/>
      </w:pPr>
      <w:r/>
      <w:r>
        <w:rPr>
          <w:b/>
        </w:rPr>
        <w:t>Practical next steps:</w:t>
      </w:r>
      <w:r>
        <w:t xml:space="preserve"> small experiments, safe online communities, and professional support can help you explore without pressure.</w:t>
      </w:r>
      <w:r/>
      <w:r/>
    </w:p>
    <w:p>
      <w:pPr>
        <w:pStyle w:val="Heading2"/>
      </w:pPr>
      <w:r>
        <w:t>Why the “imposter” feeling hits so hard</w:t>
      </w:r>
      <w:r/>
    </w:p>
    <w:p>
      <w:r/>
      <w:r>
        <w:t>Feeling like an imposter is a raw, physical thing , a tightening in your chest when you read someone else’s coming-out story. According to mental health resources on SO-OCD, obsessive doubts about identity can spiral into constant checking and shame, which makes you feel more isolated. Online spaces sometimes amplify this by policing who “qualifies” as queer, but that’s more about etiquette theatre than anyone’s real life.</w:t>
      </w:r>
      <w:r/>
    </w:p>
    <w:p>
      <w:r/>
      <w:r>
        <w:t>This kind of anxiety often grows where experience is limited. If you were homeschooled or raised in an immigrant household with strict norms, you might not have had the chance to test romantic feelings in real life, and that absence can be misread as fraud. The key point: lack of experience doesn’t equal lack of authenticity.</w:t>
      </w:r>
      <w:r/>
    </w:p>
    <w:p>
      <w:pPr>
        <w:pStyle w:val="Heading2"/>
      </w:pPr>
      <w:r>
        <w:t>Could this be SO-OCD or another anxiety pattern?</w:t>
      </w:r>
      <w:r/>
    </w:p>
    <w:p>
      <w:r/>
      <w:r>
        <w:t>Some clinicians and OCD specialists describe SO-OCD as when people obsess over whether they’re gay, straight, or otherwise, and develop compulsions to prove the “truth.” Symptoms include repetitive questioning, seeking reassurance, and mental checking , not the same thing as simply wondering about your orientation. Breaking the cycle usually means addressing the anxiety, not the label.</w:t>
      </w:r>
      <w:r/>
    </w:p>
    <w:p>
      <w:r/>
      <w:r>
        <w:t>If you recognise relentless, intrusive thoughts that cause you distress, consider seeking a therapist familiar with OCD. Treatment approaches like CBT and ERP (exposure and response prevention) are used for SO-OCD, and even online therapy options can be a discreet first step if your living situation makes private appointments tricky.</w:t>
      </w:r>
      <w:r/>
    </w:p>
    <w:p>
      <w:pPr>
        <w:pStyle w:val="Heading2"/>
      </w:pPr>
      <w:r>
        <w:t>Sexual fluidity: you can be true now and change later</w:t>
      </w:r>
      <w:r/>
    </w:p>
    <w:p>
      <w:r/>
      <w:r>
        <w:t>Health and sexuality resources note that sexual fluidity is common; attraction can shift over months or decades. So even if you later settle on a different label, that doesn’t undo what you feel today. That perspective can be freeing: you don’t have to lock yourself into a category to be valid.</w:t>
      </w:r>
      <w:r/>
    </w:p>
    <w:p>
      <w:r/>
      <w:r>
        <w:t>Practically, let curiosity lead rather than a final answer. Pay attention to patterns in your attractions and fantasies, keep a private journal, or try low-pressure social experiments , like chatting in queer forums or attending an online meetup , to learn how your feelings respond to real interactions.</w:t>
      </w:r>
      <w:r/>
    </w:p>
    <w:p>
      <w:pPr>
        <w:pStyle w:val="Heading2"/>
      </w:pPr>
      <w:r>
        <w:t>How to explore safely from a sheltered environment</w:t>
      </w:r>
      <w:r/>
    </w:p>
    <w:p>
      <w:r/>
      <w:r>
        <w:t>When your offline world is restrictive, the internet becomes both a lifeline and a minefield. Choose moderated, compassionate spaces where members emphasise support over gatekeeping. Look for queer groups that welcome “questioning” people and avoid threads that rank identity authenticity.</w:t>
      </w:r>
      <w:r/>
    </w:p>
    <w:p>
      <w:r/>
      <w:r>
        <w:t>Set small, manageable steps: follow content creators who articulate nuanced experiences, try anonymous journalling prompts about crushes or scenes that turn you on, and practise self-compassion when doubt pops up. If you can, confide in one trusted friend or therapist so you have a sounding board when anxiety peaks.</w:t>
      </w:r>
      <w:r/>
    </w:p>
    <w:p>
      <w:pPr>
        <w:pStyle w:val="Heading2"/>
      </w:pPr>
      <w:r>
        <w:t>What to do next , practical tips that help</w:t>
      </w:r>
      <w:r/>
    </w:p>
    <w:p>
      <w:r/>
      <w:r>
        <w:t>If the doubt feels obsessive, book a consultation with a therapist who understands OCD and sexuality issues. If therapy isn’t possible right now, use distraction-based coping tools recommended for OCD , postponing rumination, grounding exercises, and scheduled worry time. Keep a private record of attractions and feelings over months; patterns often emerge that one intense moment can’t reveal.</w:t>
      </w:r>
      <w:r/>
    </w:p>
    <w:p>
      <w:r/>
      <w:r>
        <w:t>Above all, remember that identity is personal and iterative. Whether you become more certain this week or in ten years, your experience now is not a fraud , it’s evidence you’re paying attention to yourself.</w:t>
      </w:r>
      <w:r/>
    </w:p>
    <w:p>
      <w:r/>
      <w:r>
        <w:t>It's a small change that can make the inner noise quieter; start with one gentle step toward understanding.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[2]</w:t>
        </w:r>
      </w:hyperlink>
      <w:r>
        <w:t xml:space="preserve">- Paragraph 4: </w:t>
      </w:r>
      <w:hyperlink r:id="rId13">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https://www.autostraddle.com/am-i-really-queer-or-just-an-imposter/?utm_source=rss&amp;utm_medium=rss&amp;utm_campaign=am-i-really-queer-or-just-an-imposter</w:t>
        </w:r>
      </w:hyperlink>
      <w:r>
        <w:t xml:space="preserve"> - Please view link - unable to able to access data</w:t>
      </w:r>
      <w:r/>
    </w:p>
    <w:p>
      <w:pPr>
        <w:pStyle w:val="ListNumber"/>
        <w:spacing w:line="240" w:lineRule="auto"/>
        <w:ind w:left="720"/>
      </w:pPr>
      <w:r/>
      <w:hyperlink r:id="rId13">
        <w:r>
          <w:rPr>
            <w:color w:val="0000EE"/>
            <w:u w:val="single"/>
          </w:rPr>
          <w:t>https://www.webmd.com/sex-relationships/what-does-sexually-fluid-mean</w:t>
        </w:r>
      </w:hyperlink>
      <w:r>
        <w:t xml:space="preserve"> - This article from WebMD explains the concept of sexual fluidity, describing it as changes in one's sexual attraction, identity, or behaviour over time. It highlights that sexual fluidity is common and can manifest in various forms, such as shifts in attraction to different genders or changes in sexual identity labels. The piece also notes that sexual fluidity is particularly prevalent among adolescents and distinguishes it from gender fluidity, emphasising that sexual orientation is not a choice and results from a complex mix of biological, psychological, and environmental factors.</w:t>
      </w:r>
      <w:r/>
    </w:p>
    <w:p>
      <w:pPr>
        <w:pStyle w:val="ListNumber"/>
        <w:spacing w:line="240" w:lineRule="auto"/>
        <w:ind w:left="720"/>
      </w:pPr>
      <w:r/>
      <w:hyperlink r:id="rId14">
        <w:r>
          <w:rPr>
            <w:color w:val="0000EE"/>
            <w:u w:val="single"/>
          </w:rPr>
          <w:t>https://www.healthline.com/health/sexually-fluid</w:t>
        </w:r>
      </w:hyperlink>
      <w:r>
        <w:t xml:space="preserve"> - Healthline's article delves into the meaning of sexual fluidity, stating that it refers to changes in one's sexual orientation over time. It discusses how sexual fluidity can manifest as variability in sexual attraction and changes in sexual orientation labels. The piece also addresses the commonality of sexual fluidity, particularly among adolescents, and distinguishes it from gender fluidity. It emphasises that sexual orientation is not a choice and results from a complex mix of biological, psychological, and environmental factors.</w:t>
      </w:r>
      <w:r/>
    </w:p>
    <w:p>
      <w:pPr>
        <w:pStyle w:val="ListNumber"/>
        <w:spacing w:line="240" w:lineRule="auto"/>
        <w:ind w:left="720"/>
      </w:pPr>
      <w:r/>
      <w:hyperlink r:id="rId10">
        <w:r>
          <w:rPr>
            <w:color w:val="0000EE"/>
            <w:u w:val="single"/>
          </w:rPr>
          <w:t>https://www.breakingocd.com/sexual-orientation</w:t>
        </w:r>
      </w:hyperlink>
      <w:r>
        <w:t xml:space="preserve"> - This article from Breaking OCD discusses Sexual Orientation OCD (SO-OCD), a subtype of Obsessive-Compulsive Disorder characterised by intrusive doubts about one's sexual orientation. It explains that individuals with SO-OCD may experience obsessive thoughts about being gay or straight, leading to compulsions like checking for arousal responses or avoiding same-sex interactions. The piece clarifies that SO-OCD is about doubt, not desire, and that individuals with this condition are not homophobic or bigoted but are struggling with a mental health disorder.</w:t>
      </w:r>
      <w:r/>
    </w:p>
    <w:p>
      <w:pPr>
        <w:pStyle w:val="ListNumber"/>
        <w:spacing w:line="240" w:lineRule="auto"/>
        <w:ind w:left="720"/>
      </w:pPr>
      <w:r/>
      <w:hyperlink r:id="rId12">
        <w:r>
          <w:rPr>
            <w:color w:val="0000EE"/>
            <w:u w:val="single"/>
          </w:rPr>
          <w:t>https://www.treatmyocd.com/blog/what-is-sexual-orientation-ocd-so-ocd-your-guide-to-this-ocd-subtype</w:t>
        </w:r>
      </w:hyperlink>
      <w:r>
        <w:t xml:space="preserve"> - This blog post from The OCD Relief Clinic provides an overview of Sexual Orientation OCD (SO-OCD), a subtype of Obsessive-Compulsive Disorder involving intrusive doubts about one's sexual orientation. It describes how individuals with SO-OCD may experience persistent questioning about their sexual identity, leading to compulsions like seeking reassurance or avoiding certain situations. The article emphasises that SO-OCD is highly treatable and that exposure and response prevention (ERP) therapy can help individuals internalise that every thought, image, feeling, and sensation doesn’t need to be interpreted, tested, or resolved.</w:t>
      </w:r>
      <w:r/>
    </w:p>
    <w:p>
      <w:pPr>
        <w:pStyle w:val="ListNumber"/>
        <w:spacing w:line="240" w:lineRule="auto"/>
        <w:ind w:left="720"/>
      </w:pPr>
      <w:r/>
      <w:hyperlink r:id="rId11">
        <w:r>
          <w:rPr>
            <w:color w:val="0000EE"/>
            <w:u w:val="single"/>
          </w:rPr>
          <w:t>https://www.ocdtypes.org/so-ocd_hocd.php</w:t>
        </w:r>
      </w:hyperlink>
      <w:r>
        <w:t xml:space="preserve"> - This page from OCD Types discusses Sexual Orientation OCD (SO-OCD), also known as Homosexual OCD (HOCD), a subtype of Obsessive-Compulsive Disorder characterised by obsessive thoughts about one's sexual orientation. It explains that individuals with SO-OCD may experience unwanted same-sex sexual thoughts or fears about being gay, leading to compulsions like checking for arousal responses or avoiding same-sex interactions. The article notes that these obsessions differ from actual attraction and are driven by anxiety and doubt.</w:t>
      </w:r>
      <w:r/>
    </w:p>
    <w:p>
      <w:pPr>
        <w:pStyle w:val="ListNumber"/>
        <w:spacing w:line="240" w:lineRule="auto"/>
        <w:ind w:left="720"/>
      </w:pPr>
      <w:r/>
      <w:hyperlink r:id="rId15">
        <w:r>
          <w:rPr>
            <w:color w:val="0000EE"/>
            <w:u w:val="single"/>
          </w:rPr>
          <w:t>https://www.hims.com/guides/sexually-fluid</w:t>
        </w:r>
      </w:hyperlink>
      <w:r>
        <w:t xml:space="preserve"> - This guide from Hims explores the concept of sexual fluidity, describing it as changes in one's sexual attraction or identity over time. It discusses how sexual fluidity can manifest as variability in sexual attraction and changes in sexual orientation labels. The piece also addresses the commonality of sexual fluidity, particularly among adolescents, and distinguishes it from gender fluidity. It emphasises that sexual orientation is not a choice and results from a complex mix of biological, psychological, and environmental factors.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am-i-really-queer-or-just-an-imposter/?utm_source=rss&amp;utm_medium=rss&amp;utm_campaign=am-i-really-queer-or-just-an-imposter" TargetMode="External"/><Relationship Id="rId10" Type="http://schemas.openxmlformats.org/officeDocument/2006/relationships/hyperlink" Target="https://www.breakingocd.com/sexual-orientation" TargetMode="External"/><Relationship Id="rId11" Type="http://schemas.openxmlformats.org/officeDocument/2006/relationships/hyperlink" Target="https://www.ocdtypes.org/so-ocd_hocd.php" TargetMode="External"/><Relationship Id="rId12" Type="http://schemas.openxmlformats.org/officeDocument/2006/relationships/hyperlink" Target="https://www.treatmyocd.com/blog/what-is-sexual-orientation-ocd-so-ocd-your-guide-to-this-ocd-subtype" TargetMode="External"/><Relationship Id="rId13" Type="http://schemas.openxmlformats.org/officeDocument/2006/relationships/hyperlink" Target="https://www.webmd.com/sex-relationships/what-does-sexually-fluid-mean" TargetMode="External"/><Relationship Id="rId14" Type="http://schemas.openxmlformats.org/officeDocument/2006/relationships/hyperlink" Target="https://www.healthline.com/health/sexually-fluid" TargetMode="External"/><Relationship Id="rId15" Type="http://schemas.openxmlformats.org/officeDocument/2006/relationships/hyperlink" Target="https://www.hims.com/guides/sexually-flu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