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Join Alki Beach Pride: Volunteer, Celebrate, and Wave the Flags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Turn up this Saturday and be part of the pre-party: volunteers are needed to unfurl two giant Pride flags on Alki Beach ahead of the big festival on 15 August, a hands-on way to help celebrate Seattle’s community and visibility. Meet at Blue Moon Burgers Alki at 11:30am, bring friends, and stay for food and sun.</w:t>
      </w:r>
      <w:r/>
    </w:p>
    <w:p>
      <w:r/>
      <w:r>
        <w:t>Essential Takeaways</w:t>
      </w:r>
      <w:r/>
      <w:r/>
    </w:p>
    <w:p>
      <w:pPr>
        <w:pStyle w:val="ListBullet"/>
        <w:spacing w:line="240" w:lineRule="auto"/>
        <w:ind w:left="720"/>
      </w:pPr>
      <w:r/>
      <w:r>
        <w:rPr>
          <w:b/>
        </w:rPr>
        <w:t>When and where:</w:t>
      </w:r>
      <w:r>
        <w:t xml:space="preserve"> Saturday, 1 August, meet 11:30am at Blue Moon Burgers Alki, 2504 Alki Avenue SW. </w:t>
      </w:r>
      <w:r/>
    </w:p>
    <w:p>
      <w:pPr>
        <w:pStyle w:val="ListBullet"/>
        <w:spacing w:line="240" w:lineRule="auto"/>
        <w:ind w:left="720"/>
      </w:pPr>
      <w:r/>
      <w:r>
        <w:rPr>
          <w:b/>
        </w:rPr>
        <w:t>What to do:</w:t>
      </w:r>
      <w:r>
        <w:t xml:space="preserve"> Help wave two enormous Pride flags on the sand; organisers want at least 50 volunteers for the display. </w:t>
      </w:r>
      <w:r/>
    </w:p>
    <w:p>
      <w:pPr>
        <w:pStyle w:val="ListBullet"/>
        <w:spacing w:line="240" w:lineRule="auto"/>
        <w:ind w:left="720"/>
      </w:pPr>
      <w:r/>
      <w:r>
        <w:rPr>
          <w:b/>
        </w:rPr>
        <w:t>No RSVP required:</w:t>
      </w:r>
      <w:r>
        <w:t xml:space="preserve"> Just show up , Dykes on Bikes will lead the march to the beach. </w:t>
      </w:r>
      <w:r/>
    </w:p>
    <w:p>
      <w:pPr>
        <w:pStyle w:val="ListBullet"/>
        <w:spacing w:line="240" w:lineRule="auto"/>
        <w:ind w:left="720"/>
      </w:pPr>
      <w:r/>
      <w:r>
        <w:rPr>
          <w:b/>
        </w:rPr>
        <w:t>Afterparty:</w:t>
      </w:r>
      <w:r>
        <w:t xml:space="preserve"> Volunteers and attendees are invited to join for food and drinks at Blue Moon Burgers Alki; expect casual, beachside vibes. </w:t>
      </w:r>
      <w:r/>
    </w:p>
    <w:p>
      <w:pPr>
        <w:pStyle w:val="ListBullet"/>
        <w:spacing w:line="240" w:lineRule="auto"/>
        <w:ind w:left="720"/>
      </w:pPr>
      <w:r/>
      <w:r>
        <w:rPr>
          <w:b/>
        </w:rPr>
        <w:t>Why it matters:</w:t>
      </w:r>
      <w:r>
        <w:t xml:space="preserve"> It’s a visible community moment ahead of Alki Beach Pride on 15 August and a simple way to support LGBTQ+ celebration and solidarity.</w:t>
      </w:r>
      <w:r/>
      <w:r/>
    </w:p>
    <w:p>
      <w:pPr>
        <w:pStyle w:val="Heading2"/>
      </w:pPr>
      <w:r>
        <w:t>A bright, hands-on welcome to Pride</w:t>
      </w:r>
      <w:r/>
    </w:p>
    <w:p>
      <w:r/>
      <w:r>
        <w:t>This isn’t a formal shift or a meeting , it’s a joyful, tactile moment you can be part of. Organisers are looking for bodies and smiles to help lift and wave two massive flags across the sand, which makes for a striking sight and a brilliant photo op. The sensory detail matters: imagine bright colours snapping gently in the sea breeze and the sound of waves underscoring the cheer.</w:t>
      </w:r>
      <w:r/>
    </w:p>
    <w:p>
      <w:r/>
      <w:r>
        <w:t>The flag event is the warm-up to Alki Beach Pride on 15 August, and it’s been organised with the same grassroots energy. Local groups including Dykes on Bikes will help mobilise the procession from Blue Moon Burgers Alki to the stretch of sand where the flags will fly. Bring sunscreen, sturdy shoes for the sand, and a willingness to join a crowd.</w:t>
      </w:r>
      <w:r/>
    </w:p>
    <w:p>
      <w:pPr>
        <w:pStyle w:val="Heading2"/>
      </w:pPr>
      <w:r>
        <w:t>How this spot on Alki became a summer staple</w:t>
      </w:r>
      <w:r/>
    </w:p>
    <w:p>
      <w:r/>
      <w:r>
        <w:t>Alki Beach has been hosting Pride celebrations for years and the community momentum keeps growing. According to event listings and local organisers, this daylong festival is a highlight of Seattle’s summer calendar, combining music, vendors, and family-friendly activities. The pre-event flag wave has become a symbolic opening act , simple, visual, and very shareable on social.</w:t>
      </w:r>
      <w:r/>
    </w:p>
    <w:p>
      <w:r/>
      <w:r>
        <w:t>If you’re curious about the wider festival, local Pride organisations publish schedules and volunteer opportunities in the run-up; checking those listings is a good idea if you want to help beyond this Saturday. For now, the beach flag wave is an easy way to plug in without a long-term commitment.</w:t>
      </w:r>
      <w:r/>
    </w:p>
    <w:p>
      <w:pPr>
        <w:pStyle w:val="Heading2"/>
      </w:pPr>
      <w:r>
        <w:t>What to bring , practical, not fussy</w:t>
      </w:r>
      <w:r/>
    </w:p>
    <w:p>
      <w:r/>
      <w:r>
        <w:t>This is low-friction volunteering, but a little preparation makes it more fun. Pack water, sun protection, and a light jacket for the breeze. A picnic blanket or a foldable chair is handy if you plan to hang around after the flag wave. Comfortable shoes that can handle sand will keep you steady as you lift and walk.</w:t>
      </w:r>
      <w:r/>
    </w:p>
    <w:p>
      <w:r/>
      <w:r>
        <w:t>If you’re the organising type, bring a portable phone charger and a small bag for trash , community events run smoother when people notice the little things. And if you want to join like-minded friends, suggest meeting a few minutes early at Blue Moon Burgers Alki so you can all walk to the beach together.</w:t>
      </w:r>
      <w:r/>
    </w:p>
    <w:p>
      <w:pPr>
        <w:pStyle w:val="Heading2"/>
      </w:pPr>
      <w:r>
        <w:t>Why show up , beyond the photo ops</w:t>
      </w:r>
      <w:r/>
    </w:p>
    <w:p>
      <w:r/>
      <w:r>
        <w:t>This kind of volunteer moment is more than a prop for social media; it’s a public act of visibility that helps set the tone for the full festival in mid-August. Community members and allies turning up together creates energy and shows support in a visible way. For newcomers, it’s an easy, social way to meet people and learn about other volunteer roles at Alki Beach Pride.</w:t>
      </w:r>
      <w:r/>
    </w:p>
    <w:p>
      <w:r/>
      <w:r>
        <w:t>Organisers have kept the logistics simple , no RSVP, a clear meet-up spot, and a modest headcount request of at least 50 people , which makes it a friendly chance to try volunteering for the first time. Expect smiles, conversation, and the satisfying communal thrill of seeing a big flag fill with wind.</w:t>
      </w:r>
      <w:r/>
    </w:p>
    <w:p>
      <w:pPr>
        <w:pStyle w:val="Heading2"/>
      </w:pPr>
      <w:r>
        <w:t>Looking ahead to the main festival on 15 August</w:t>
      </w:r>
      <w:r/>
    </w:p>
    <w:p>
      <w:r/>
      <w:r>
        <w:t>This flag event is just the start: Alki Beach Pride on 15 August will be a full day of performances, stalls, and community programming. If you enjoy the Saturday warm-up, consider checking organisers’ calendars for further volunteer slots or vendor information. The main festival is where the tiny acts of support turn into a citywide celebration.</w:t>
      </w:r>
      <w:r/>
    </w:p>
    <w:p>
      <w:r/>
      <w:r>
        <w:t>Whether you want to help for half an hour or stay for lunch by the sea, turning up this Saturday is a small, practical way to put yourself in the middle of Pride season in Seattle.</w:t>
      </w:r>
      <w:r/>
    </w:p>
    <w:p>
      <w:r/>
      <w:r>
        <w:t>It's a small moment that makes a big visual difference , bring friends and your best beach energy.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5">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https://westseattleblog.com/2026/07/volunteers-needed-saturday-for-flag-celebration-in-advance-of-alki-beach-pride-2026/</w:t>
        </w:r>
      </w:hyperlink>
      <w:r>
        <w:t xml:space="preserve"> - Please view link - unable to able to access data</w:t>
      </w:r>
      <w:r/>
    </w:p>
    <w:p>
      <w:pPr>
        <w:pStyle w:val="ListNumber"/>
        <w:spacing w:line="240" w:lineRule="auto"/>
        <w:ind w:left="720"/>
      </w:pPr>
      <w:r/>
      <w:hyperlink r:id="rId10">
        <w:r>
          <w:rPr>
            <w:color w:val="0000EE"/>
            <w:u w:val="single"/>
          </w:rPr>
          <w:t>https://queerpoweralliance.org/events/alki-beach-pride</w:t>
        </w:r>
      </w:hyperlink>
      <w:r>
        <w:t xml:space="preserve"> - Alki Beach Pride is a family-friendly event celebrating the LGBTQIA+ community with free activities, vendors, and entertainment. Organised by the Queer Power Alliance, it aims to promote awareness and inclusion for all ages and families along the shores of Alki Beach. The event features handcrafted goods, food vendors, music by DJs, and performances by various LGBTQIA+ entertainers. The 2026 festival is scheduled for Saturday, August 15, from 12:00 PM to 8:00 PM at Alki Beach, 2665 Alki Avenue Southwest, Seattle, WA 98116.</w:t>
      </w:r>
      <w:r/>
    </w:p>
    <w:p>
      <w:pPr>
        <w:pStyle w:val="ListNumber"/>
        <w:spacing w:line="240" w:lineRule="auto"/>
        <w:ind w:left="720"/>
      </w:pPr>
      <w:r/>
      <w:hyperlink r:id="rId13">
        <w:r>
          <w:rPr>
            <w:color w:val="0000EE"/>
            <w:u w:val="single"/>
          </w:rPr>
          <w:t>https://www.seattleparksfoundation.org/project/alki-beach-pride/</w:t>
        </w:r>
      </w:hyperlink>
      <w:r>
        <w:t xml:space="preserve"> - Alki Beach Pride is an LGBTQ+ event founded by two Black women, aiming to promote awareness and inclusion for all ages and families along the shores of Alki Beach. The event features vendors, community organisations, music, and performances by LGBTQIA+ entertainers. The 2026 festival is scheduled for August 15, 2026. The Seattle Parks Foundation supports this event, highlighting its commitment to fostering safe spaces for community celebration, diversity, and inclusion in collaboration with neighbourhood businesses.</w:t>
      </w:r>
      <w:r/>
    </w:p>
    <w:p>
      <w:pPr>
        <w:pStyle w:val="ListNumber"/>
        <w:spacing w:line="240" w:lineRule="auto"/>
        <w:ind w:left="720"/>
      </w:pPr>
      <w:r/>
      <w:hyperlink r:id="rId11">
        <w:r>
          <w:rPr>
            <w:color w:val="0000EE"/>
            <w:u w:val="single"/>
          </w:rPr>
          <w:t>https://pinkuk.com/events/north-america/usa/washington/seattle/alki-beach-pride-2026</w:t>
        </w:r>
      </w:hyperlink>
      <w:r>
        <w:t xml:space="preserve"> - Alki Beach Pride 2026 is scheduled for Saturday, August 15, 2026, at Alki Beach, West Seattle. The event aims to unite the 2SLGBTQ+ community, celebrate 2SLGBTQ+ culture, and educate the community in a way that fosters inclusivity, equality, and respect for everyone. Organised by two Black women, the event is designed to be a fun, urban, inclusive, and family-friendly celebration of diversity and equality. The festival will feature a beach festival, family-friendly activities, pet-friendly environments, food vendors, DJs, entertainment, and local restaurant specials.</w:t>
      </w:r>
      <w:r/>
    </w:p>
    <w:p>
      <w:pPr>
        <w:pStyle w:val="ListNumber"/>
        <w:spacing w:line="240" w:lineRule="auto"/>
        <w:ind w:left="720"/>
      </w:pPr>
      <w:r/>
      <w:hyperlink r:id="rId14">
        <w:r>
          <w:rPr>
            <w:color w:val="0000EE"/>
            <w:u w:val="single"/>
          </w:rPr>
          <w:t>https://lgbtq.wa.gov/events/alki-beach-pride-2</w:t>
        </w:r>
      </w:hyperlink>
      <w:r>
        <w:t xml:space="preserve"> - Alki Beach Pride is an annual event celebrating the love in the community with free activities, vendors, and entertainment. Organised by the Queer Power Alliance, it aims to promote awareness and inclusion for all ages and families along the shores of Alki Beach. The event features handcrafted goods, food vendors, music by DJs, and performances by various LGBTQIA+ entertainers. The 2026 festival is scheduled for Saturday, August 15, from 12:00 PM to 8:00 PM at Alki Beach, 2665 Alki Avenue Southwest, Seattle, WA 98116.</w:t>
      </w:r>
      <w:r/>
    </w:p>
    <w:p>
      <w:pPr>
        <w:pStyle w:val="ListNumber"/>
        <w:spacing w:line="240" w:lineRule="auto"/>
        <w:ind w:left="720"/>
      </w:pPr>
      <w:r/>
      <w:hyperlink r:id="rId12">
        <w:r>
          <w:rPr>
            <w:color w:val="0000EE"/>
            <w:u w:val="single"/>
          </w:rPr>
          <w:t>https://seattlepride.org/events/alki-beach-pride</w:t>
        </w:r>
      </w:hyperlink>
      <w:r>
        <w:t xml:space="preserve"> - Alki Beach Pride is an annual festival uniting Seattle’s LGBTQ+ community and celebrating queer culture in a fun, urban, inclusive, and family-friendly event. The 2026 festival is scheduled for August 31, from noon to 7:30 PM at Alki Beach, Seattle. The event is free and features live music, waterfront dining, inspiring performances from diverse artists, and local vendors proudly representing the LGBTQ+ community. The festival aims to be a signature Seattle event that is a destination experience featuring live music, waterfront dining, inspiring performances, and breathtaking views of the Puget Sound.</w:t>
      </w:r>
      <w:r/>
    </w:p>
    <w:p>
      <w:pPr>
        <w:pStyle w:val="ListNumber"/>
        <w:spacing w:line="240" w:lineRule="auto"/>
        <w:ind w:left="720"/>
      </w:pPr>
      <w:r/>
      <w:hyperlink r:id="rId15">
        <w:r>
          <w:rPr>
            <w:color w:val="0000EE"/>
            <w:u w:val="single"/>
          </w:rPr>
          <w:t>https://www.gaytravel4u.com/event/alki-beach-pride-seattle/</w:t>
        </w:r>
      </w:hyperlink>
      <w:r>
        <w:t xml:space="preserve"> - Alki Beach Pride showcases the diversity of West Seattle with a weekend of fun events right on the beach. The 2026 event is scheduled for Saturday, August 15, from noon until 8 pm at 2701 Alki Beach Park. The festival offers fire pits, a car parade, beach volleyball, contests, and prizes. Signature events include a wellness zone featuring saunas, cold plunges, fitness classes, massages, a non-alcoholic Bevy Garden at the bathhouse, performances like a Marching Band, a Beach 'Kiki Ball', Fashion Show, DJ Stage, and an outdoor movie at dusk. An official after-party is planned at Mission Cantina until midnight.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estseattleblog.com/2026/07/volunteers-needed-saturday-for-flag-celebration-in-advance-of-alki-beach-pride-2026/" TargetMode="External"/><Relationship Id="rId10" Type="http://schemas.openxmlformats.org/officeDocument/2006/relationships/hyperlink" Target="https://queerpoweralliance.org/events/alki-beach-pride" TargetMode="External"/><Relationship Id="rId11" Type="http://schemas.openxmlformats.org/officeDocument/2006/relationships/hyperlink" Target="https://pinkuk.com/events/north-america/usa/washington/seattle/alki-beach-pride-2026" TargetMode="External"/><Relationship Id="rId12" Type="http://schemas.openxmlformats.org/officeDocument/2006/relationships/hyperlink" Target="https://seattlepride.org/events/alki-beach-pride" TargetMode="External"/><Relationship Id="rId13" Type="http://schemas.openxmlformats.org/officeDocument/2006/relationships/hyperlink" Target="https://www.seattleparksfoundation.org/project/alki-beach-pride/" TargetMode="External"/><Relationship Id="rId14" Type="http://schemas.openxmlformats.org/officeDocument/2006/relationships/hyperlink" Target="https://lgbtq.wa.gov/events/alki-beach-pride-2" TargetMode="External"/><Relationship Id="rId15" Type="http://schemas.openxmlformats.org/officeDocument/2006/relationships/hyperlink" Target="https://www.gaytravel4u.com/event/alki-beach-pride-seatt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