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Baltimore’s Trans Pride Turmoil and What It Means for Future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supporters have watched a weekend of celebration turn into conflict , Baltimore’s Trans Pride faced police shutdowns, permit disputes and organisational missteps that left organisers and attendees feeling sidelined. Here’s what happened, why it matters for the city’s LGBTQ+ events, and how organisers and residents can push for safer, fairer Pride planning.</w:t>
      </w:r>
      <w:r/>
    </w:p>
    <w:p>
      <w:r/>
      <w:r>
        <w:t>Essential Takeaways</w:t>
      </w:r>
      <w:r/>
      <w:r/>
    </w:p>
    <w:p>
      <w:pPr>
        <w:pStyle w:val="ListBullet"/>
        <w:spacing w:line="240" w:lineRule="auto"/>
        <w:ind w:left="720"/>
      </w:pPr>
      <w:r/>
      <w:r>
        <w:rPr>
          <w:b/>
        </w:rPr>
        <w:t>Police intervention:</w:t>
      </w:r>
      <w:r>
        <w:t xml:space="preserve"> Officers arrived during Baltimore Trans Pride and shut down the main stage early; organisers say attendees were maced and equipment was threatened, while the police say permit issues explain the action.</w:t>
      </w:r>
      <w:r/>
    </w:p>
    <w:p>
      <w:pPr>
        <w:pStyle w:val="ListBullet"/>
        <w:spacing w:line="240" w:lineRule="auto"/>
        <w:ind w:left="720"/>
      </w:pPr>
      <w:r/>
      <w:r>
        <w:rPr>
          <w:b/>
        </w:rPr>
        <w:t>Permit confusion:</w:t>
      </w:r>
      <w:r>
        <w:t xml:space="preserve"> Maryland Safe Haven says its permit was authorised and a fee waiver agreed; the Mayor’s Office and police say permits were incomplete or deadlines missed.</w:t>
      </w:r>
      <w:r/>
    </w:p>
    <w:p>
      <w:pPr>
        <w:pStyle w:val="ListBullet"/>
        <w:spacing w:line="240" w:lineRule="auto"/>
        <w:ind w:left="720"/>
      </w:pPr>
      <w:r/>
      <w:r>
        <w:rPr>
          <w:b/>
        </w:rPr>
        <w:t>Logistical breakdown:</w:t>
      </w:r>
      <w:r>
        <w:t xml:space="preserve"> Stage sound and site setup were delayed, tree cover and fences reduced footfall, and DOT miscommunications affected access and vendor income.</w:t>
      </w:r>
      <w:r/>
    </w:p>
    <w:p>
      <w:pPr>
        <w:pStyle w:val="ListBullet"/>
        <w:spacing w:line="240" w:lineRule="auto"/>
        <w:ind w:left="720"/>
      </w:pPr>
      <w:r/>
      <w:r>
        <w:rPr>
          <w:b/>
        </w:rPr>
        <w:t>City oversight formalised:</w:t>
      </w:r>
      <w:r>
        <w:t xml:space="preserve"> The Mayor’s Office of LGBTQ Affairs signed memorandums of understanding giving it final logistical authority over both Pride festivals for the first time , a move some community members resent.</w:t>
      </w:r>
      <w:r/>
    </w:p>
    <w:p>
      <w:pPr>
        <w:pStyle w:val="ListBullet"/>
        <w:spacing w:line="240" w:lineRule="auto"/>
        <w:ind w:left="720"/>
      </w:pPr>
      <w:r/>
      <w:r>
        <w:rPr>
          <w:b/>
        </w:rPr>
        <w:t>Community response:</w:t>
      </w:r>
      <w:r>
        <w:t xml:space="preserve"> Organisers have published a petition demanding accountability, are scheduled for mediation with the city, and want the same visibility for Trans Pride as for Baltimore Pride.</w:t>
      </w:r>
      <w:r/>
      <w:r/>
    </w:p>
    <w:p>
      <w:pPr>
        <w:pStyle w:val="Heading2"/>
      </w:pPr>
      <w:r>
        <w:t>What actually happened on the night the music stopped</w:t>
      </w:r>
      <w:r/>
    </w:p>
    <w:p>
      <w:r/>
      <w:r>
        <w:t>The sharpest fact is simple and jarring: a celebration intended to centre trans people ended in an early shutdown, with organisers and attendees recounting officers turning off a generator and threats to seize equipment. The footage circulating shows officers engaging with stage staff and festivalgoers, and organisers say some attendees were maced as officers pressed for a faster shutdown. The police and city spokespeople offer a different emphasis , that permit paperwork and timing were at fault. Either way, the emotional effect was real; attendees describe fear, confusion and a sense of being delegitimised.</w:t>
      </w:r>
      <w:r/>
    </w:p>
    <w:p>
      <w:pPr>
        <w:pStyle w:val="Heading2"/>
      </w:pPr>
      <w:r>
        <w:t>How permit disputes turned into a public fight</w:t>
      </w:r>
      <w:r/>
    </w:p>
    <w:p>
      <w:r/>
      <w:r>
        <w:t>Permits are the dull administrative stuff that can ripple into a crisis when there’s disagreement. Maryland Safe Haven says its permit was authorised and that city staff verbally waived fees in exchange for compliance with new site decisions. The Mayor’s Office counters that deadlines were missed and payments absent. This is where transparency matters: when paperwork is the source of a police confrontation, organisers need clear, documented sign-offs , not conflicting emails or oral agreements. If you’re running a community festival, get written confirmations and keep multiple copies on hand.</w:t>
      </w:r>
      <w:r/>
    </w:p>
    <w:p>
      <w:pPr>
        <w:pStyle w:val="Heading2"/>
      </w:pPr>
      <w:r>
        <w:t>Logistics and location: why moving both festivals mattered</w:t>
      </w:r>
      <w:r/>
    </w:p>
    <w:p>
      <w:r/>
      <w:r>
        <w:t>Putting both Baltimore Pride and Trans Pride in the same park seemed efficient on paper but altered the lived experience. Trans Pride’s stages were tucked behind fences and heavy tree cover, which organisers say depressed attendance and made youth and main-stage programming less visible. DOT’s delayed setup and apparent lack of clear footprints compounded the problem, leaving some vendors out of pocket and performers unable to go on. The lesson for event planners is to weigh accessibility and sightlines as heavily as entry permits; a tucked-away stage equals fewer attendees and more frustration.</w:t>
      </w:r>
      <w:r/>
    </w:p>
    <w:p>
      <w:pPr>
        <w:pStyle w:val="Heading2"/>
      </w:pPr>
      <w:r>
        <w:t>The politics of the Mayor’s Office getting more control</w:t>
      </w:r>
      <w:r/>
    </w:p>
    <w:p>
      <w:r/>
      <w:r>
        <w:t>This year’s memorandums of understanding handed the Mayor’s Office of LGBTQ Affairs final logistical authority over both festivals for the first time. The office frames that as formalising a partnership and offering discounted services. Critics see it as a centralisation of control that narrows organisers’ autonomy and risks sidelining community voices. That power shift matters because it changes who gets to decide routes, stages and site plans , and those choices shape who feels welcome. Expect continued debate about whether the city’s role helps or hinders grassroots Pride.</w:t>
      </w:r>
      <w:r/>
    </w:p>
    <w:p>
      <w:pPr>
        <w:pStyle w:val="Heading2"/>
      </w:pPr>
      <w:r>
        <w:t>What organisers and attendees are doing next , and what to watch for</w:t>
      </w:r>
      <w:r/>
    </w:p>
    <w:p>
      <w:r/>
      <w:r>
        <w:t>Maryland Safe Haven has published a petition demanding accountability and has scheduled mediation with the city, including a requested explanation of the Mayor’s Office’s role. Attendance decline, vendor losses and the trauma of that night have turned into calls for concrete remedies: clearer permit processes, equitable site placement, and public accountability for any officer conduct deemed inappropriate. For residents and prospective festivalgoers, watch for updated permit timelines, public transparency around agreements, and communities pushing for rehearsal-style checks with city agencies ahead of big events.</w:t>
      </w:r>
      <w:r/>
    </w:p>
    <w:p>
      <w:r/>
      <w:r>
        <w:t>It's a small change that can make every Pride turnout safer and more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https://baltimorebeat.com/like-stonewall-all-over-again-the-turmoil-after-the-citys-infringement-on-baltimore-pride-and-trans-pride-planning/</w:t>
        </w:r>
      </w:hyperlink>
      <w:r>
        <w:t xml:space="preserve"> - Please view link - unable to able to access data</w:t>
      </w:r>
      <w:r/>
    </w:p>
    <w:p>
      <w:pPr>
        <w:pStyle w:val="ListNumber"/>
        <w:spacing w:line="240" w:lineRule="auto"/>
        <w:ind w:left="720"/>
      </w:pPr>
      <w:r/>
      <w:hyperlink r:id="rId10">
        <w:r>
          <w:rPr>
            <w:color w:val="0000EE"/>
            <w:u w:val="single"/>
          </w:rPr>
          <w:t>https://www.thecrownbaltimore.com/event/official-baltimore-trans-pride-after-party/</w:t>
        </w:r>
      </w:hyperlink>
      <w:r>
        <w:t xml:space="preserve"> - The Crown Baltimore hosted the Official Baltimore Trans Pride After Party on June 3, 2023, featuring performances by DJ AAVE, Hazel Dereon, Jesus Vice, Devine, DJ Justjuwit, and BATTY. The event aimed to celebrate Trans Pride and raise funds for Baltimore Safe Haven, a non-profit supporting the transgender community. The party was part of a full-day parade and block party in the Station North and Old Goucher neighborhoods, marking a significant celebration of the trans community during Pride Month.</w:t>
      </w:r>
      <w:r/>
    </w:p>
    <w:p>
      <w:pPr>
        <w:pStyle w:val="ListNumber"/>
        <w:spacing w:line="240" w:lineRule="auto"/>
        <w:ind w:left="720"/>
      </w:pPr>
      <w:r/>
      <w:hyperlink r:id="rId14">
        <w:r>
          <w:rPr>
            <w:color w:val="0000EE"/>
            <w:u w:val="single"/>
          </w:rPr>
          <w:t>https://www.sweetspotbmore.com/pride2023</w:t>
        </w:r>
      </w:hyperlink>
      <w:r>
        <w:t xml:space="preserve"> - Sweet Spot Pride 2023 took place on June 15, 2023, at Baltimore Soundstage, featuring a six-hour lineup of DJs, drag performances, and live shows. The event was headlined by Aquaria (DJ set) and aimed to benefit FreeState Justice, a legal advocacy organization supporting low-income LGBTQ+ Marylanders. The celebration was part of Baltimore's Pride Month festivities, offering a high-energy environment with major sound, lighting, and a large video wall.</w:t>
      </w:r>
      <w:r/>
    </w:p>
    <w:p>
      <w:pPr>
        <w:pStyle w:val="ListNumber"/>
        <w:spacing w:line="240" w:lineRule="auto"/>
        <w:ind w:left="720"/>
      </w:pPr>
      <w:r/>
      <w:hyperlink r:id="rId15">
        <w:r>
          <w:rPr>
            <w:color w:val="0000EE"/>
            <w:u w:val="single"/>
          </w:rPr>
          <w:t>https://governor.maryland.gov/news/press-releases/governor-moore-and-lieutenant-governor-miller-visit-baltimore-safe-haven</w:t>
        </w:r>
      </w:hyperlink>
      <w:r>
        <w:t xml:space="preserve"> - On September 9, 2023, Governor Wes Moore and Lieutenant Governor Aruna Miller visited Baltimore Safe Haven, a transitional housing facility for Maryland's transgender community. The visit, in partnership with the Maryland Commission on LGBTQIA+ Affairs, included a tour of the organization's housing facilities and discussions about the needs of transgender Marylanders. Governor Moore emphasized the state's commitment to inclusion and support for the transgender community.</w:t>
      </w:r>
      <w:r/>
    </w:p>
    <w:p>
      <w:pPr>
        <w:pStyle w:val="ListNumber"/>
        <w:spacing w:line="240" w:lineRule="auto"/>
        <w:ind w:left="720"/>
      </w:pPr>
      <w:r/>
      <w:hyperlink r:id="rId12">
        <w:r>
          <w:rPr>
            <w:color w:val="0000EE"/>
            <w:u w:val="single"/>
          </w:rPr>
          <w:t>https://www.baltimorepolice.org/community/safe-place-initiative</w:t>
        </w:r>
      </w:hyperlink>
      <w:r>
        <w:t xml:space="preserve"> - The Baltimore Police Department's Safe Place Initiative is dedicated to the safety of LGBTQIA+ residents and visitors. The program creates safe locations for individuals who have been victims of anti-LGBTQIA+ crimes, with participating businesses displaying signage to indicate their support. The initiative aims to reduce anti-LGBTQIA+ crimes and encourage reporting, enhancing the relationship between the police department, the LGBTQIA+ community, and local businesses.</w:t>
      </w:r>
      <w:r/>
    </w:p>
    <w:p>
      <w:pPr>
        <w:pStyle w:val="ListNumber"/>
        <w:spacing w:line="240" w:lineRule="auto"/>
        <w:ind w:left="720"/>
      </w:pPr>
      <w:r/>
      <w:hyperlink r:id="rId11">
        <w:r>
          <w:rPr>
            <w:color w:val="0000EE"/>
            <w:u w:val="single"/>
          </w:rPr>
          <w:t>https://www.cbsnews.com/baltimore/news/national-performers-remy-ma-k-michelle-headline-baltimore-pride-2023/</w:t>
        </w:r>
      </w:hyperlink>
      <w:r>
        <w:t xml:space="preserve"> - Rapper Remy Ma and singer K. Michelle headlined Baltimore Pride 2023, which took place from June 19-25. The festival's theme was 'One Heart, One Love, One Pride,' and it featured a week of events hosted by the Pride Center of Maryland. The festival aimed to bring together over 100,000 people to celebrate the contributions of sexual and gender minorities to society, with performances by national artists and various community activities.</w:t>
      </w:r>
      <w:r/>
    </w:p>
    <w:p>
      <w:pPr>
        <w:pStyle w:val="ListNumber"/>
        <w:spacing w:line="240" w:lineRule="auto"/>
        <w:ind w:left="720"/>
      </w:pPr>
      <w:r/>
      <w:hyperlink r:id="rId13">
        <w:r>
          <w:rPr>
            <w:color w:val="0000EE"/>
            <w:u w:val="single"/>
          </w:rPr>
          <w:t>https://dhs.maryland.gov/safe-haven/</w:t>
        </w:r>
      </w:hyperlink>
      <w:r>
        <w:t xml:space="preserve"> - The Maryland Department of Human Services provides a Safe Haven program offering support and resources for individuals in crisis. The program includes a network of hospitals and police stations across Baltimore City and County, ensuring accessible assistance for those in need. The Safe Haven initiative aims to provide immediate help and support to individuals facing emergencies, with locations offering various services to assist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altimorebeat.com/like-stonewall-all-over-again-the-turmoil-after-the-citys-infringement-on-baltimore-pride-and-trans-pride-planning/" TargetMode="External"/><Relationship Id="rId10" Type="http://schemas.openxmlformats.org/officeDocument/2006/relationships/hyperlink" Target="https://www.thecrownbaltimore.com/event/official-baltimore-trans-pride-after-party/" TargetMode="External"/><Relationship Id="rId11" Type="http://schemas.openxmlformats.org/officeDocument/2006/relationships/hyperlink" Target="https://www.cbsnews.com/baltimore/news/national-performers-remy-ma-k-michelle-headline-baltimore-pride-2023/" TargetMode="External"/><Relationship Id="rId12" Type="http://schemas.openxmlformats.org/officeDocument/2006/relationships/hyperlink" Target="https://www.baltimorepolice.org/community/safe-place-initiative" TargetMode="External"/><Relationship Id="rId13" Type="http://schemas.openxmlformats.org/officeDocument/2006/relationships/hyperlink" Target="https://dhs.maryland.gov/safe-haven/" TargetMode="External"/><Relationship Id="rId14" Type="http://schemas.openxmlformats.org/officeDocument/2006/relationships/hyperlink" Target="https://www.sweetspotbmore.com/pride2023" TargetMode="External"/><Relationship Id="rId15" Type="http://schemas.openxmlformats.org/officeDocument/2006/relationships/hyperlink" Target="https://governor.maryland.gov/news/press-releases/governor-moore-and-lieutenant-governor-miller-visit-baltimore-safe-hav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