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Sydney Pop-Up Venue Shutdown Sparks Legal Fight Over "Offensive Trading"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talking , a newly opened LGBTQ+ pop-up in a converted Sydney church was forced to close just three days after its launch, sparking protests, petitions and a legal challenge over a little-known lease clause that landlords are invoking. Here's what happened, why it matters and what comes next.</w:t>
      </w:r>
      <w:r/>
    </w:p>
    <w:p>
      <w:r/>
      <w:r>
        <w:t>Essential Takeaways</w:t>
      </w:r>
      <w:r/>
      <w:r/>
    </w:p>
    <w:p>
      <w:pPr>
        <w:pStyle w:val="ListBullet"/>
        <w:spacing w:line="240" w:lineRule="auto"/>
        <w:ind w:left="720"/>
      </w:pPr>
      <w:r/>
      <w:r>
        <w:rPr>
          <w:b/>
        </w:rPr>
        <w:t>Rapid closure:</w:t>
      </w:r>
      <w:r>
        <w:t xml:space="preserve"> The Divine Playhouse LGBTQ+ venue shut three days after opening following the landlord's termination of the lease. </w:t>
      </w:r>
      <w:r/>
    </w:p>
    <w:p>
      <w:pPr>
        <w:pStyle w:val="ListBullet"/>
        <w:spacing w:line="240" w:lineRule="auto"/>
        <w:ind w:left="720"/>
      </w:pPr>
      <w:r/>
      <w:r>
        <w:rPr>
          <w:b/>
        </w:rPr>
        <w:t>Legal hook:</w:t>
      </w:r>
      <w:r>
        <w:t xml:space="preserve"> The landlord relied on an 1840s-era Conveyancing Act clause banning "noxious, noisome or offensive" uses, a provision never tested for moral offence. </w:t>
      </w:r>
      <w:r/>
    </w:p>
    <w:p>
      <w:pPr>
        <w:pStyle w:val="ListBullet"/>
        <w:spacing w:line="240" w:lineRule="auto"/>
        <w:ind w:left="720"/>
      </w:pPr>
      <w:r/>
      <w:r>
        <w:rPr>
          <w:b/>
        </w:rPr>
        <w:t>Community response:</w:t>
      </w:r>
      <w:r>
        <w:t xml:space="preserve"> Nearly 20,000 petition signatures, mass sing-ins in Hyde Park and a GoFundMe campaign raised substantial support for the venue. </w:t>
      </w:r>
      <w:r/>
    </w:p>
    <w:p>
      <w:pPr>
        <w:pStyle w:val="ListBullet"/>
        <w:spacing w:line="240" w:lineRule="auto"/>
        <w:ind w:left="720"/>
      </w:pPr>
      <w:r/>
      <w:r>
        <w:rPr>
          <w:b/>
        </w:rPr>
        <w:t>Political fallout:</w:t>
      </w:r>
      <w:r>
        <w:t xml:space="preserve"> City officials and ministers called the closure a setback for Sydney's nightlife and pledged to help find alternative space. </w:t>
      </w:r>
      <w:r/>
    </w:p>
    <w:p>
      <w:pPr>
        <w:pStyle w:val="ListBullet"/>
        <w:spacing w:line="240" w:lineRule="auto"/>
        <w:ind w:left="720"/>
      </w:pPr>
      <w:r/>
      <w:r>
        <w:rPr>
          <w:b/>
        </w:rPr>
        <w:t>Cultural flashpoint:</w:t>
      </w:r>
      <w:r>
        <w:t xml:space="preserve"> Opponents framed some performances as mockery of Christian rituals, while supporters argued the shut-down targets LGBTQ+ artistic expression.</w:t>
      </w:r>
      <w:r/>
      <w:r/>
    </w:p>
    <w:p>
      <w:pPr>
        <w:pStyle w:val="Heading2"/>
      </w:pPr>
      <w:r>
        <w:t>What happened in three days , and how a lease clause ended the party</w:t>
      </w:r>
      <w:r/>
    </w:p>
    <w:p>
      <w:r/>
      <w:r>
        <w:t>It opened to hundreds, with drag acts, speeches and a raucous, colourful atmosphere, and it was closed within a weekend. According to ABC and The Guardian, the Kent Street property , a deconsecrated Catholic church bought by developers last year , was leased to Heaps Gay for pop-up events under the name Divine Playhouse. The landlord moved quickly to terminate the lease, citing an old Conveyancing Act provision that bans tenants from carrying out "noxious, noisome, or offensive" activities. That wording dates from the 1840s and was aimed at industrial nuisances, not performances that offend religious sensibilities.</w:t>
      </w:r>
      <w:r/>
    </w:p>
    <w:p>
      <w:pPr>
        <w:pStyle w:val="Heading2"/>
      </w:pPr>
      <w:r>
        <w:t>The legal debate , can "offensive" cover moral objection?</w:t>
      </w:r>
      <w:r/>
    </w:p>
    <w:p>
      <w:r/>
      <w:r>
        <w:t>Lawyers for Divine Playhouse argue the clause has never been applied to moral offensiveness and that invoking it here stretches the law. Michael Bradley of Marque Lawyers told The Guardian this use is untested and subjective. Meanwhile the landlord said they were unaware of the planned programming and described some acts as equivalent to hate speech. This clash sets up a likely court test over whether a centuries-old pollution-era rule can police contemporary cultural expression.</w:t>
      </w:r>
      <w:r/>
    </w:p>
    <w:p>
      <w:pPr>
        <w:pStyle w:val="Heading2"/>
      </w:pPr>
      <w:r>
        <w:t>Community rallies and fundraising , culture fights back</w:t>
      </w:r>
      <w:r/>
    </w:p>
    <w:p>
      <w:r/>
      <w:r>
        <w:t>Support for the venue was swift. Close to 20,000 people signed a petition supporting Divine Playhouse, a GoFundMe raised significant funds for legal action, and thousands turned out in Hyde Park for a sing-in. Heaps Gay founder Kat Dopper framed the battle as about art and people, not just bricks and mortar. Local politicians, including Sydney Lord Mayor Clover Moore and the Night-time Economy Minister, described the closure as a step backwards for the city's creative life and urged support for safe performance spaces.</w:t>
      </w:r>
      <w:r/>
    </w:p>
    <w:p>
      <w:pPr>
        <w:pStyle w:val="Heading2"/>
      </w:pPr>
      <w:r>
        <w:t>Opponents' viewpoint , respect for faith and "Christ-phobia" claims</w:t>
      </w:r>
      <w:r/>
    </w:p>
    <w:p>
      <w:r/>
      <w:r>
        <w:t>Critics said the programming crossed a line, arguing some sketches and costumes ridiculed Christian rites. Figures such as Chris Nave and Catholic commentator Liam Aquilina, as reported in national outlets, framed the events as mockery of the Eucharist and questioned public funding for arts that offend faith communities. Their counter-petition and social media campaigns helped create the public pressure that contributed to the landlord's decision.</w:t>
      </w:r>
      <w:r/>
    </w:p>
    <w:p>
      <w:pPr>
        <w:pStyle w:val="Heading2"/>
      </w:pPr>
      <w:r>
        <w:t>Where this leaves Sydney's nightlife , policy, spaces and the future</w:t>
      </w:r>
      <w:r/>
    </w:p>
    <w:p>
      <w:r/>
      <w:r>
        <w:t>City officials are now looking for alternative venues and discussing emergency funding for the pop-up, with calls to protect LGBTQ+ arts spaces. The dispute highlights a wider trend: venues are scarce, and cultural clashes can escalate quickly when historic buildings and faith memories meet contemporary queer expression. Expect legal skirmishes over lease law, political debate about arts grants, and renewed campaigning for safe, durable performance spaces.</w:t>
      </w:r>
      <w:r/>
    </w:p>
    <w:p>
      <w:r/>
      <w:r>
        <w:t>It's a small battle over one building, but it could reshape how cities balance heritage, free expression and community sensitivities.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[2]</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1">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https://www.gbnews.com/news/world/church-converted-lgbt-nightclub-row-sydney-australia</w:t>
        </w:r>
      </w:hyperlink>
      <w:r>
        <w:t xml:space="preserve"> - Please view link - unable to able to access data</w:t>
      </w:r>
      <w:r/>
    </w:p>
    <w:p>
      <w:pPr>
        <w:pStyle w:val="ListNumber"/>
        <w:spacing w:line="240" w:lineRule="auto"/>
        <w:ind w:left="720"/>
      </w:pPr>
      <w:r/>
      <w:hyperlink r:id="rId11">
        <w:r>
          <w:rPr>
            <w:color w:val="0000EE"/>
            <w:u w:val="single"/>
          </w:rPr>
          <w:t>https://www.abc.net.au/news/2026-07-20/lgbtqia-divine-playhouse-lease-terminated-former-sydney-church/106935874</w:t>
        </w:r>
      </w:hyperlink>
      <w:r>
        <w:t xml:space="preserve"> - The owners of a deconsecrated church in Sydney's CBD terminated the lease of a LGBTQIA+ pop-up club, claiming the venue had been used for 'offensive trade'. Organisers of Divine Playhouse were served with a breach notice earlier this month, in the wake of complaints from some members of the Christian community. (</w:t>
      </w:r>
      <w:hyperlink r:id="rId15">
        <w:r>
          <w:rPr>
            <w:color w:val="0000EE"/>
            <w:u w:val="single"/>
          </w:rPr>
          <w:t>abc.net.au</w:t>
        </w:r>
      </w:hyperlink>
      <w:r>
        <w:t>)</w:t>
      </w:r>
      <w:r/>
    </w:p>
    <w:p>
      <w:pPr>
        <w:pStyle w:val="ListNumber"/>
        <w:spacing w:line="240" w:lineRule="auto"/>
        <w:ind w:left="720"/>
      </w:pPr>
      <w:r/>
      <w:hyperlink r:id="rId13">
        <w:r>
          <w:rPr>
            <w:color w:val="0000EE"/>
            <w:u w:val="single"/>
          </w:rPr>
          <w:t>https://www.abc.net.au/news/2026-07-15/nsw-divine-playhouse-church-ordered-to-cease-offensive-trading/106915110</w:t>
        </w:r>
      </w:hyperlink>
      <w:r>
        <w:t xml:space="preserve"> - A new LGBTQIA+ pop-up club at a former church in Sydney's CBD has closed after being ordered to 'cease carrying on offensive trade' or face eviction following protests by religious groups. Up to 70 protesters from Catholic and other Christian groups gathered outside Divine Playhouse on July 8 to rally against the venue's opening night. (</w:t>
      </w:r>
      <w:hyperlink r:id="rId16">
        <w:r>
          <w:rPr>
            <w:color w:val="0000EE"/>
            <w:u w:val="single"/>
          </w:rPr>
          <w:t>abc.net.au</w:t>
        </w:r>
      </w:hyperlink>
      <w:r>
        <w:t>)</w:t>
      </w:r>
      <w:r/>
    </w:p>
    <w:p>
      <w:pPr>
        <w:pStyle w:val="ListNumber"/>
        <w:spacing w:line="240" w:lineRule="auto"/>
        <w:ind w:left="720"/>
      </w:pPr>
      <w:r/>
      <w:hyperlink r:id="rId10">
        <w:r>
          <w:rPr>
            <w:color w:val="0000EE"/>
            <w:u w:val="single"/>
          </w:rPr>
          <w:t>https://www.theguardian.com/australia-news/2026/jul/25/it-took-months-for-an-lgbtq-arts-pop-up-to-resurrect-an-old-church-but-just-three-days-to-shut-it-down-ntwnfb</w:t>
        </w:r>
      </w:hyperlink>
      <w:r>
        <w:t xml:space="preserve"> - This week, the gothic signage and queer absurdist art commissioned for Divine Playhouse had to be removed and placed into storage, as volunteers whitewashed a vibrant mural that had been painted on its walls. LGBTQI+ artists have been targeted for ‘insulting Christianity’. To queer people, this feels particularly cruel. (</w:t>
      </w:r>
      <w:hyperlink r:id="rId17">
        <w:r>
          <w:rPr>
            <w:color w:val="0000EE"/>
            <w:u w:val="single"/>
          </w:rPr>
          <w:t>theguardian.com</w:t>
        </w:r>
      </w:hyperlink>
      <w:r>
        <w:t>)</w:t>
      </w:r>
      <w:r/>
    </w:p>
    <w:p>
      <w:pPr>
        <w:pStyle w:val="ListNumber"/>
        <w:spacing w:line="240" w:lineRule="auto"/>
        <w:ind w:left="720"/>
      </w:pPr>
      <w:r/>
      <w:hyperlink r:id="rId12">
        <w:r>
          <w:rPr>
            <w:color w:val="0000EE"/>
            <w:u w:val="single"/>
          </w:rPr>
          <w:t>https://www.theguardian.com/australia-news/2026/jul/15/divine-playhouse-sydney-lgbtq-church-religious-protest-landlord-ntwnfb</w:t>
        </w:r>
      </w:hyperlink>
      <w:r>
        <w:t xml:space="preserve"> - A former church turned arts venue at the centre of a culture war is exploring legal action after receiving a notice from its landlord that forced its organisers to close the space and cancel planned events. Divine Playhouse is facing possible eviction, with its landlord ordering the venue’s organisers, Heaps Gay Events, to stop 'engaging in offensive trade', days after religious groups protested its opening night. (</w:t>
      </w:r>
      <w:hyperlink r:id="rId18">
        <w:r>
          <w:rPr>
            <w:color w:val="0000EE"/>
            <w:u w:val="single"/>
          </w:rPr>
          <w:t>theguardian.com</w:t>
        </w:r>
      </w:hyperlink>
      <w:r>
        <w:t>)</w:t>
      </w:r>
      <w:r/>
    </w:p>
    <w:p>
      <w:pPr>
        <w:pStyle w:val="ListNumber"/>
        <w:spacing w:line="240" w:lineRule="auto"/>
        <w:ind w:left="720"/>
      </w:pPr>
      <w:r/>
      <w:hyperlink r:id="rId14">
        <w:r>
          <w:rPr>
            <w:color w:val="0000EE"/>
            <w:u w:val="single"/>
          </w:rPr>
          <w:t>https://newsdive.net/2026/07/15/former-sydney-church-transformed-into-lgbt-nightclub-instructed-to-halt-offensive-operations/</w:t>
        </w:r>
      </w:hyperlink>
      <w:r>
        <w:t xml:space="preserve"> - A new LGBTQIA+ nightclub, Divine Playhouse, has been instructed by its landlords to halt operations deemed 'offensive' following complaints from religious organizations. On July 8, approximately 70 individuals assembled outside the former Catholic church located in Sydney’s Central Business District to protest the establishment’s grand opening. (</w:t>
      </w:r>
      <w:hyperlink r:id="rId19">
        <w:r>
          <w:rPr>
            <w:color w:val="0000EE"/>
            <w:u w:val="single"/>
          </w:rPr>
          <w:t>newsdive.net</w:t>
        </w:r>
      </w:hyperlink>
      <w:r>
        <w:t>)</w:t>
      </w:r>
      <w:r/>
    </w:p>
    <w:p>
      <w:pPr>
        <w:pStyle w:val="ListNumber"/>
        <w:spacing w:line="240" w:lineRule="auto"/>
        <w:ind w:left="720"/>
      </w:pPr>
      <w:r/>
      <w:hyperlink r:id="rId20">
        <w:r>
          <w:rPr>
            <w:color w:val="0000EE"/>
            <w:u w:val="single"/>
          </w:rPr>
          <w:t>https://www.theguardian.com/australia-news/2026/jul/14/divine-playhouse-lgbtq-events-cancelled-sydney-church</w:t>
        </w:r>
      </w:hyperlink>
      <w:r>
        <w:t xml:space="preserve"> - A deconsecrated Sydney church newly transformed into an arts venue hosting LGBTQ+ events has been ordered to stop 'engaging in offensive trade' by its landlord after religious groups protested against its opening night. (</w:t>
      </w:r>
      <w:hyperlink r:id="rId21">
        <w:r>
          <w:rPr>
            <w:color w:val="0000EE"/>
            <w:u w:val="single"/>
          </w:rPr>
          <w:t>theguardian.com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bnews.com/news/world/church-converted-lgbt-nightclub-row-sydney-australia" TargetMode="External"/><Relationship Id="rId10" Type="http://schemas.openxmlformats.org/officeDocument/2006/relationships/hyperlink" Target="https://www.theguardian.com/australia-news/2026/jul/25/it-took-months-for-an-lgbtq-arts-pop-up-to-resurrect-an-old-church-but-just-three-days-to-shut-it-down-ntwnfb" TargetMode="External"/><Relationship Id="rId11" Type="http://schemas.openxmlformats.org/officeDocument/2006/relationships/hyperlink" Target="https://www.abc.net.au/news/2026-07-20/lgbtqia-divine-playhouse-lease-terminated-former-sydney-church/106935874" TargetMode="External"/><Relationship Id="rId12" Type="http://schemas.openxmlformats.org/officeDocument/2006/relationships/hyperlink" Target="https://www.theguardian.com/australia-news/2026/jul/15/divine-playhouse-sydney-lgbtq-church-religious-protest-landlord-ntwnfb" TargetMode="External"/><Relationship Id="rId13" Type="http://schemas.openxmlformats.org/officeDocument/2006/relationships/hyperlink" Target="https://www.abc.net.au/news/2026-07-15/nsw-divine-playhouse-church-ordered-to-cease-offensive-trading/106915110" TargetMode="External"/><Relationship Id="rId14" Type="http://schemas.openxmlformats.org/officeDocument/2006/relationships/hyperlink" Target="https://newsdive.net/2026/07/15/former-sydney-church-transformed-into-lgbt-nightclub-instructed-to-halt-offensive-operations/" TargetMode="External"/><Relationship Id="rId15" Type="http://schemas.openxmlformats.org/officeDocument/2006/relationships/hyperlink" Target="https://www.abc.net.au/news/2026-07-20/lgbtqia-divine-playhouse-lease-terminated-former-sydney-church/106935874?utm_source=openai" TargetMode="External"/><Relationship Id="rId16" Type="http://schemas.openxmlformats.org/officeDocument/2006/relationships/hyperlink" Target="https://www.abc.net.au/news/2026-07-15/nsw-divine-playhouse-church-ordered-to-cease-offensive-trading/106915110?utm_source=openai" TargetMode="External"/><Relationship Id="rId17" Type="http://schemas.openxmlformats.org/officeDocument/2006/relationships/hyperlink" Target="https://www.theguardian.com/australia-news/2026/jul/25/it-took-months-for-an-lgbtq-arts-pop-up-to-resurrect-an-old-church-but-just-three-days-to-shut-it-down-ntwnfb?utm_source=openai" TargetMode="External"/><Relationship Id="rId18" Type="http://schemas.openxmlformats.org/officeDocument/2006/relationships/hyperlink" Target="https://www.theguardian.com/australia-news/2026/jul/15/divine-playhouse-sydney-lgbtq-church-religious-protest-landlord-ntwnfb?utm_source=openai" TargetMode="External"/><Relationship Id="rId19" Type="http://schemas.openxmlformats.org/officeDocument/2006/relationships/hyperlink" Target="https://newsdive.net/2026/07/15/former-sydney-church-transformed-into-lgbt-nightclub-instructed-to-halt-offensive-operations/?utm_source=openai" TargetMode="External"/><Relationship Id="rId20" Type="http://schemas.openxmlformats.org/officeDocument/2006/relationships/hyperlink" Target="https://www.theguardian.com/australia-news/2026/jul/14/divine-playhouse-lgbtq-events-cancelled-sydney-church" TargetMode="External"/><Relationship Id="rId21" Type="http://schemas.openxmlformats.org/officeDocument/2006/relationships/hyperlink" Target="https://www.theguardian.com/australia-news/2026/jul/14/divine-playhouse-lgbtq-events-cancelled-sydney-church?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