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Sachin Bhatt Roles Showing Queer Intimacy and Representation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Sachin Bhatt's rise: a charismatic actor bringing nuanced queer intimacy, disability visibility and chosen-family storytelling to screens from Peacock to Netflix and the festival circuit. Fans and newcomers alike are noticing why his scenes , sensual, tender and politically resonant , matter right now.</w:t>
      </w:r>
      <w:r/>
    </w:p>
    <w:p>
      <w:r/>
      <w:r>
        <w:t>Essential Takeaways</w:t>
      </w:r>
      <w:r/>
      <w:r/>
    </w:p>
    <w:p>
      <w:pPr>
        <w:pStyle w:val="ListBullet"/>
        <w:spacing w:line="240" w:lineRule="auto"/>
        <w:ind w:left="720"/>
      </w:pPr>
      <w:r/>
      <w:r>
        <w:rPr>
          <w:b/>
        </w:rPr>
        <w:t>Standout performances:</w:t>
      </w:r>
      <w:r>
        <w:t xml:space="preserve"> Bhatt’s roles in Queer as Folk and Boots put queer intimacy and real desire centre stage.</w:t>
      </w:r>
      <w:r/>
    </w:p>
    <w:p>
      <w:pPr>
        <w:pStyle w:val="ListBullet"/>
        <w:spacing w:line="240" w:lineRule="auto"/>
        <w:ind w:left="720"/>
      </w:pPr>
      <w:r/>
      <w:r>
        <w:rPr>
          <w:b/>
        </w:rPr>
        <w:t>Disability visibility:</w:t>
      </w:r>
      <w:r>
        <w:t xml:space="preserve"> A Peacock scene depicts sex between Bhatt’s Ali and Marvin, a bilateral amputee, handled with empathy and warmth.</w:t>
      </w:r>
      <w:r/>
    </w:p>
    <w:p>
      <w:pPr>
        <w:pStyle w:val="ListBullet"/>
        <w:spacing w:line="240" w:lineRule="auto"/>
        <w:ind w:left="720"/>
      </w:pPr>
      <w:r/>
      <w:r>
        <w:rPr>
          <w:b/>
        </w:rPr>
        <w:t>Historical context:</w:t>
      </w:r>
      <w:r>
        <w:t xml:space="preserve"> Boots (set in 1990) shows the risk and secrecy queer servicemen faced, making its quiet love scenes heavy with tension.</w:t>
      </w:r>
      <w:r/>
    </w:p>
    <w:p>
      <w:pPr>
        <w:pStyle w:val="ListBullet"/>
        <w:spacing w:line="240" w:lineRule="auto"/>
        <w:ind w:left="720"/>
      </w:pPr>
      <w:r/>
      <w:r>
        <w:rPr>
          <w:b/>
        </w:rPr>
        <w:t>New film focus:</w:t>
      </w:r>
      <w:r>
        <w:t xml:space="preserve"> In Between finds Bhatt as Ezra, a loyal best friend exploring mental health, body image and chosen family.</w:t>
      </w:r>
      <w:r/>
    </w:p>
    <w:p>
      <w:pPr>
        <w:pStyle w:val="ListBullet"/>
        <w:spacing w:line="240" w:lineRule="auto"/>
        <w:ind w:left="720"/>
      </w:pPr>
      <w:r/>
      <w:r>
        <w:rPr>
          <w:b/>
        </w:rPr>
        <w:t>Texture and realism:</w:t>
      </w:r>
      <w:r>
        <w:t xml:space="preserve"> Bhatt emphasizes authenticity , his on-screen physicality and talk about body hair and self-acceptance resonate with audiences.</w:t>
      </w:r>
      <w:r/>
      <w:r/>
    </w:p>
    <w:p>
      <w:pPr>
        <w:pStyle w:val="Heading2"/>
      </w:pPr>
      <w:r>
        <w:t>Why one passionate scene in Queer as Folk is being talked about</w:t>
      </w:r>
      <w:r/>
    </w:p>
    <w:p>
      <w:r/>
      <w:r>
        <w:t>The most-talked-about moment on Peacock finds Bhatt’s Ali sharing a tender, consensual encounter with Marvin, played by Eric Graise, and it lingers because it treats sex as human, not sensational. According to coverage in Out and GQ, the sequence foregrounds disability, race and sex work in a way that feels earned, not exploitative. Viewers have noticed that the scene avoids the usual anxieties , there’s no pity, no voyeurism , just mutual care. That’s partly why representation advocates are pointing to it as a small but important recalibration of how intimacy is shown on mainstream streams. If you want to see disability and desire portrayed honestly, this is a scene to watch; it’s also a reminder that casting and consultation matter when telling these stories.</w:t>
      </w:r>
      <w:r/>
    </w:p>
    <w:p>
      <w:pPr>
        <w:pStyle w:val="Heading2"/>
      </w:pPr>
      <w:r>
        <w:t>Boots: a secret romance that carries the weight of history</w:t>
      </w:r>
      <w:r/>
    </w:p>
    <w:p>
      <w:r/>
      <w:r>
        <w:t>Set in 1990, Boots finds Bhatt’s Major Wilkinson and Max Parker’s Sgt Sullivan negotiating a hidden relationship under the threat of military discharge. Reviews and fan pieces note how one intimate scene in particular captures the fear and longing of closeted service members. The historical angle gives each touch and glance extra gravity. For queer viewers who’ve lived secrecy and risk, that nuance lands hard; for newer audiences it’s an education in what love looked like under institutional hostility. If you’re choosing between episodes, look for the quieter scenes , they do most of the storytelling. And remember, the tension is deliberate: it’s not just romance, it’s survival dressed as intimacy.</w:t>
      </w:r>
      <w:r/>
    </w:p>
    <w:p>
      <w:pPr>
        <w:pStyle w:val="Heading2"/>
      </w:pPr>
      <w:r>
        <w:t>In Between: chosen family and the work of self‑acceptance</w:t>
      </w:r>
      <w:r/>
    </w:p>
    <w:p>
      <w:r/>
      <w:r>
        <w:t>Bhatt’s new film In Between casts him as Ezra, the steady best friend helping Nick through self‑esteem struggles. Out reports the film explores mental health, body image and community judgement , themes that are urgent for many queer people today. The film’s strength is its domestic texture: supportive group dynamics, small acts of care and the messy business of growing into yourself. Bhatt says his choices are an "active rebellion" against silencing, and the role offers a softer, emotionally grounded counterpoint to his sex-scenes notoriety. Practical tip: if you want a film that’s less about plot and more about emotional repair, In Between is the kind of festival title that rewards patient viewing.</w:t>
      </w:r>
      <w:r/>
    </w:p>
    <w:p>
      <w:pPr>
        <w:pStyle w:val="Heading2"/>
      </w:pPr>
      <w:r>
        <w:t>What Bhatt brings to queer stories , authenticity, texture, voice</w:t>
      </w:r>
      <w:r/>
    </w:p>
    <w:p>
      <w:r/>
      <w:r>
        <w:t>Across projects he talks about keeping things "real" , from body hair to cultural identity , and that shows on screen. Interviews in Out and profiles in Queerty and Instinct highlight his commitment to portraying people who aren’t tidy archetypes. That honesty helps audiences recognise themselves; his characters feel lived‑in, with small, tactile details that make them human. In a TV landscape where queer shows can be cancelled quickly, Bhatt’s work matters because it insists on nuance. For casting directors and viewers alike, he’s a reminder that representation grows richer when actors bring their whole selves to a role.</w:t>
      </w:r>
      <w:r/>
    </w:p>
    <w:p>
      <w:pPr>
        <w:pStyle w:val="Heading2"/>
      </w:pPr>
      <w:r>
        <w:t>Why these scenes matter in today’s political climate</w:t>
      </w:r>
      <w:r/>
    </w:p>
    <w:p>
      <w:r/>
      <w:r>
        <w:t>With several queer shows facing uncertain futures, scenes that normalise queer love and depict the breadth of queer experience do more than entertain. They act as cultural records and, as Bhatt puts it, a form of resistance. Audiences respond to stories that validate lived experience , whether it’s sex with a disabled partner, closeted military love, or the tender work of friendship. That resonance explains why Boots and Queer as Folk clips circulate long after broadcast. Looking ahead, expect more interest in modest, character-driven queer projects that prioritise realism over spectacle; they’re the stories people keep talking about.</w:t>
      </w:r>
      <w:r/>
    </w:p>
    <w:p>
      <w:r/>
      <w:r>
        <w:t>It's a small change on screen that can make every story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[5]</w:t>
        </w:r>
      </w:hyperlink>
      <w:r>
        <w:t xml:space="preserve">, </w:t>
      </w:r>
      <w:hyperlink r:id="rId9">
        <w:r>
          <w:rPr>
            <w:color w:val="0000EE"/>
            <w:u w:val="single"/>
          </w:rPr>
          <w:t>[2]</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[7]</w:t>
        </w:r>
      </w:hyperlink>
      <w:r>
        <w:t xml:space="preserve">- Paragraph 5: </w:t>
      </w:r>
      <w:hyperlink r:id="rId9">
        <w:r>
          <w:rPr>
            <w:color w:val="0000EE"/>
            <w:u w:val="single"/>
          </w:rPr>
          <w:t>[1]</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https://www.out.com/celebs/sachin-bhatt-gay-sex-scenes</w:t>
        </w:r>
      </w:hyperlink>
      <w:r>
        <w:t xml:space="preserve"> - Please view link - unable to able to access data</w:t>
      </w:r>
      <w:r/>
    </w:p>
    <w:p>
      <w:pPr>
        <w:pStyle w:val="ListNumber"/>
        <w:spacing w:line="240" w:lineRule="auto"/>
        <w:ind w:left="720"/>
      </w:pPr>
      <w:r/>
      <w:hyperlink r:id="rId9">
        <w:r>
          <w:rPr>
            <w:color w:val="0000EE"/>
            <w:u w:val="single"/>
          </w:rPr>
          <w:t>https://www.out.com/celebs/sachin-bhatt-gay-sex-scenes</w:t>
        </w:r>
      </w:hyperlink>
      <w:r>
        <w:t xml:space="preserve"> - This article discusses actor Sachin Bhatt's impactful roles in Hollywood, particularly in the Peacock series 'Queer as Folk' and the Netflix series 'Boots'. In 'Queer as Folk', Bhatt portrays Ali, an empathetic sex worker who shares a profound connection with Marvin, a bilateral amputee, highlighting themes of disability, race, and sex work. In 'Boots', set in 1990, Bhatt plays Major Wilkinson, involved in a secret queer romance with Sgt. Sullivan, navigating the risks of a dishonorable discharge from the U.S. Marine Corps. The piece also touches on Bhatt's role in the film 'In Between', focusing on the importance of chosen family within the LGBTQ+ community.</w:t>
      </w:r>
      <w:r/>
    </w:p>
    <w:p>
      <w:pPr>
        <w:pStyle w:val="ListNumber"/>
        <w:spacing w:line="240" w:lineRule="auto"/>
        <w:ind w:left="720"/>
      </w:pPr>
      <w:r/>
      <w:hyperlink r:id="rId12">
        <w:r>
          <w:rPr>
            <w:color w:val="0000EE"/>
            <w:u w:val="single"/>
          </w:rPr>
          <w:t>https://www.queerty.com/6-sizzling-photos-of-boots-scene-stealer-sachin-bhatt-and-good-news-for-fans-of-the-show-20251022/</w:t>
        </w:r>
      </w:hyperlink>
      <w:r>
        <w:t xml:space="preserve"> - This article features six sizzling photos of Sachin Bhatt, who plays Major Wilkinson in the Netflix series 'Boots'. It highlights Bhatt's performance and the positive reception of his character, noting that he brings a warm and caring energy to Wilkinson, appealing to the closeted gay character of Sullivan. The piece also mentions Bhatt's previous roles in 'Queer as Folk', 'Grace and Frankie', and 'The Company You Keep', and provides information about his Instagram account for fans to follow.</w:t>
      </w:r>
      <w:r/>
    </w:p>
    <w:p>
      <w:pPr>
        <w:pStyle w:val="ListNumber"/>
        <w:spacing w:line="240" w:lineRule="auto"/>
        <w:ind w:left="720"/>
      </w:pPr>
      <w:r/>
      <w:hyperlink r:id="rId10">
        <w:r>
          <w:rPr>
            <w:color w:val="0000EE"/>
            <w:u w:val="single"/>
          </w:rPr>
          <w:t>https://www.out.com/gay-tv-shows/sachin-bhatt-boots-netflix</w:t>
        </w:r>
      </w:hyperlink>
      <w:r>
        <w:t xml:space="preserve"> - This article discusses Sachin Bhatt's role as Major Wilkinson in the Netflix series 'Boots'. It highlights Bhatt's portrayal of a significant character who brings a warm and caring energy to the role, appealing to the closeted gay character of Sullivan. The piece also mentions Bhatt's previous roles in 'Queer as Folk', 'Grace and Frankie', and 'The Company You Keep', and provides information about his Instagram account for fans to follow.</w:t>
      </w:r>
      <w:r/>
    </w:p>
    <w:p>
      <w:pPr>
        <w:pStyle w:val="ListNumber"/>
        <w:spacing w:line="240" w:lineRule="auto"/>
        <w:ind w:left="720"/>
      </w:pPr>
      <w:r/>
      <w:hyperlink r:id="rId11">
        <w:r>
          <w:rPr>
            <w:color w:val="0000EE"/>
            <w:u w:val="single"/>
          </w:rPr>
          <w:t>https://www.gq.com/story/queer-as-folk-peacock-sex-scenes-people-with-disabilities</w:t>
        </w:r>
      </w:hyperlink>
      <w:r>
        <w:t xml:space="preserve"> - This article examines the groundbreaking sex scenes in the Peacock series 'Queer as Folk', focusing on the portrayal of a bilateral amputee named Marvin (Eric Graise) hiring a sex worker named Ali (Sachin Bhatt). It discusses the significance of depicting people with disabilities as sexual beings in a positive and non-traumatic light, highlighting the emotional and empowering aspects of the scene for both actors and viewers.</w:t>
      </w:r>
      <w:r/>
    </w:p>
    <w:p>
      <w:pPr>
        <w:pStyle w:val="ListNumber"/>
        <w:spacing w:line="240" w:lineRule="auto"/>
        <w:ind w:left="720"/>
      </w:pPr>
      <w:r/>
      <w:hyperlink r:id="rId12">
        <w:r>
          <w:rPr>
            <w:color w:val="0000EE"/>
            <w:u w:val="single"/>
          </w:rPr>
          <w:t>https://www.queerty.com/6-sizzling-photos-of-boots-scene-stealer-sachin-bhatt-and-good-news-for-fans-of-the-show-20251022/</w:t>
        </w:r>
      </w:hyperlink>
      <w:r>
        <w:t xml:space="preserve"> - This article features six sizzling photos of Sachin Bhatt, who plays Major Wilkinson in the Netflix series 'Boots'. It highlights Bhatt's performance and the positive reception of his character, noting that he brings a warm and caring energy to Wilkinson, appealing to the closeted gay character of Sullivan. The piece also mentions Bhatt's previous roles in 'Queer as Folk', 'Grace and Frankie', and 'The Company You Keep', and provides information about his Instagram account for fans to follow.</w:t>
      </w:r>
      <w:r/>
    </w:p>
    <w:p>
      <w:pPr>
        <w:pStyle w:val="ListNumber"/>
        <w:spacing w:line="240" w:lineRule="auto"/>
        <w:ind w:left="720"/>
      </w:pPr>
      <w:r/>
      <w:hyperlink r:id="rId13">
        <w:r>
          <w:rPr>
            <w:color w:val="0000EE"/>
            <w:u w:val="single"/>
          </w:rPr>
          <w:t>https://instinctmagazine.com/boots-biceps-and-bhatt-meet-the-scene-stealing-star-of-boots/</w:t>
        </w:r>
      </w:hyperlink>
      <w:r>
        <w:t xml:space="preserve"> - This article introduces Sachin Bhatt, the actor portraying Major Wilkinson in the Netflix series 'Boots'. It highlights Bhatt's diverse acting career, including roles in 'Queer as Folk', 'Grace and Frankie', and 'The Company You Keep'. The piece also discusses Bhatt's background, noting his roots in St. Louis, Missouri, and his Indian heritage, and provides insights into his personal life and social media presence.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celebs/sachin-bhatt-gay-sex-scenes" TargetMode="External"/><Relationship Id="rId10" Type="http://schemas.openxmlformats.org/officeDocument/2006/relationships/hyperlink" Target="https://www.out.com/gay-tv-shows/sachin-bhatt-boots-netflix" TargetMode="External"/><Relationship Id="rId11" Type="http://schemas.openxmlformats.org/officeDocument/2006/relationships/hyperlink" Target="https://www.gq.com/story/queer-as-folk-peacock-sex-scenes-people-with-disabilities" TargetMode="External"/><Relationship Id="rId12" Type="http://schemas.openxmlformats.org/officeDocument/2006/relationships/hyperlink" Target="https://www.queerty.com/6-sizzling-photos-of-boots-scene-stealer-sachin-bhatt-and-good-news-for-fans-of-the-show-20251022/" TargetMode="External"/><Relationship Id="rId13" Type="http://schemas.openxmlformats.org/officeDocument/2006/relationships/hyperlink" Target="https://instinctmagazine.com/boots-biceps-and-bhatt-meet-the-scene-stealing-star-of-boo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