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Remembered: Kathleen Walsh D’Arcy and the St. Pat’s for All Legacy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marchers and neighbours alike have watched an inclusive tradition grow from a determined idea into a Queens institution; Kathleen Walsh D’Arcy helped make St. Pat’s for All the warm, noisy, proudly Irish-American parade that celebrates LGBTQ+ visibility and community. Her energy, writing, and organising changed lives, and the parade still carries her spirit.</w:t>
      </w:r>
      <w:r/>
    </w:p>
    <w:p>
      <w:r/>
      <w:r>
        <w:t>Essential Takeaways</w:t>
      </w:r>
      <w:r/>
      <w:r/>
    </w:p>
    <w:p>
      <w:pPr>
        <w:pStyle w:val="ListBullet"/>
        <w:spacing w:line="240" w:lineRule="auto"/>
        <w:ind w:left="720"/>
      </w:pPr>
      <w:r/>
      <w:r>
        <w:rPr>
          <w:b/>
        </w:rPr>
        <w:t>Community builder:</w:t>
      </w:r>
      <w:r>
        <w:t xml:space="preserve"> Walsh D’Arcy co-chaired St. Pat’s for All, turning a small Sunnyside–Woodside parade into a yearly, welcoming celebration.</w:t>
      </w:r>
      <w:r/>
    </w:p>
    <w:p>
      <w:pPr>
        <w:pStyle w:val="ListBullet"/>
        <w:spacing w:line="240" w:lineRule="auto"/>
        <w:ind w:left="720"/>
      </w:pPr>
      <w:r/>
      <w:r>
        <w:rPr>
          <w:b/>
        </w:rPr>
        <w:t>Award-winning activist:</w:t>
      </w:r>
      <w:r>
        <w:t xml:space="preserve"> She and co-founder Brendan Fay received a Presidential Distinguished Service Award for the Irish Abroad in 2016.</w:t>
      </w:r>
      <w:r/>
    </w:p>
    <w:p>
      <w:pPr>
        <w:pStyle w:val="ListBullet"/>
        <w:spacing w:line="240" w:lineRule="auto"/>
        <w:ind w:left="720"/>
      </w:pPr>
      <w:r/>
      <w:r>
        <w:rPr>
          <w:b/>
        </w:rPr>
        <w:t>Creative and scholarly:</w:t>
      </w:r>
      <w:r>
        <w:t xml:space="preserve"> An editor and writer, she compiled the first American collection of Irish women’s short stories and produced oral histories about women in nursing homes.</w:t>
      </w:r>
      <w:r/>
    </w:p>
    <w:p>
      <w:pPr>
        <w:pStyle w:val="ListBullet"/>
        <w:spacing w:line="240" w:lineRule="auto"/>
        <w:ind w:left="720"/>
      </w:pPr>
      <w:r/>
      <w:r>
        <w:rPr>
          <w:b/>
        </w:rPr>
        <w:t>Loved by peers:</w:t>
      </w:r>
      <w:r>
        <w:t xml:space="preserve"> Political leaders, journalists and fellow activists praised her warmth, tenacity and practical organising skills.</w:t>
      </w:r>
      <w:r/>
    </w:p>
    <w:p>
      <w:pPr>
        <w:pStyle w:val="ListBullet"/>
        <w:spacing w:line="240" w:lineRule="auto"/>
        <w:ind w:left="720"/>
      </w:pPr>
      <w:r/>
      <w:r>
        <w:rPr>
          <w:b/>
        </w:rPr>
        <w:t>Lasting atmosphere:</w:t>
      </w:r>
      <w:r>
        <w:t xml:space="preserve"> The parade is known for music, long after-parties and an inclusive, joyful feel, exactly the atmosphere she nurtured.</w:t>
      </w:r>
      <w:r/>
      <w:r/>
    </w:p>
    <w:p>
      <w:pPr>
        <w:pStyle w:val="Heading2"/>
      </w:pPr>
      <w:r>
        <w:t>A force who loved loud gatherings and quiet work</w:t>
      </w:r>
      <w:r/>
    </w:p>
    <w:p>
      <w:r/>
      <w:r>
        <w:t>Kathleen Walsh D’Arcy was the kind of organiser whose voice could fill a room and whose emails kept the details moving; you felt both the warmth and the gears turning. According to friends and public figures who marched with her, she combined Irish humour with an activist’s relentlessness, the sort that makes parades happen and policies shift. That mix mattered: it made St. Pat’s for All not just an event, but a place people returned to year after year.</w:t>
      </w:r>
      <w:r/>
    </w:p>
    <w:p>
      <w:r/>
      <w:r>
        <w:t>Her commitment wasn’t sudden. She learned from teachers and thinkers like Audre Lorde at Hunter College, then put those lessons into practice as a social worker and community advocate. The parade became one of many outlets for her energy, alongside writing, oral-history projects and immigrant and worker-rights campaigns, so her impact spread across culture and politics in New York.</w:t>
      </w:r>
      <w:r/>
    </w:p>
    <w:p>
      <w:pPr>
        <w:pStyle w:val="Heading2"/>
      </w:pPr>
      <w:r>
        <w:t>Why St. Pat’s for All mattered, and still does</w:t>
      </w:r>
      <w:r/>
    </w:p>
    <w:p>
      <w:r/>
      <w:r>
        <w:t>St. Pat’s for All was created as an antidote to exclusion, a neighbourhood parade on Skillman Avenue that proudly welcomed LGBTQ+ Irish and Irish Americans. The route, the music and the after-party culture created an atmosphere where families, activists and visitors mixed freely. Community groups, charities and public officials joined in, which kept the event visible and politically meaningful.</w:t>
      </w:r>
      <w:r/>
    </w:p>
    <w:p>
      <w:r/>
      <w:r>
        <w:t>Parade organisers point out that what started as a grassroots response to exclusion ended up reshaping conversations about who gets to claim an ethnic tradition. That shift is cultural as much as logistical: when politicians march under playful Irish pseudonyms and charities from Derry march side by side with Queens locals, the message is simple and sensory, music, laughter, and inclusion.</w:t>
      </w:r>
      <w:r/>
    </w:p>
    <w:p>
      <w:pPr>
        <w:pStyle w:val="Heading2"/>
      </w:pPr>
      <w:r>
        <w:t>How her organising style made things stick</w:t>
      </w:r>
      <w:r/>
    </w:p>
    <w:p>
      <w:r/>
      <w:r>
        <w:t>Walsh D’Arcy’s approach married meticulous logistics with a talent for making people feel valued. Co-chairs and longtime participants remember her calling colleagues before the parade, reserving tables, and making sure newcomers felt welcomed. These small gestures added up; the parade’s survival and growth hinged on both paperwork and personal warmth.</w:t>
      </w:r>
      <w:r/>
    </w:p>
    <w:p>
      <w:r/>
      <w:r>
        <w:t>For anyone trying to build a similar community event, her methods offer practical pointers: nurture repeat participants, tend to hospitality as much as permits, and lean on cultural programming, poetry readings, music, local artists, to create an emotional throughline that keeps people coming back.</w:t>
      </w:r>
      <w:r/>
    </w:p>
    <w:p>
      <w:pPr>
        <w:pStyle w:val="Heading2"/>
      </w:pPr>
      <w:r>
        <w:t>A writer who documented women’s voices and Irish-American stories</w:t>
      </w:r>
      <w:r/>
    </w:p>
    <w:p>
      <w:r/>
      <w:r>
        <w:t>Beyond marches, Walsh D’Arcy edited Territories of the Voice, the first US collection focused on Irish women’s short fiction, and she published essays in cultural outlets. She also produced an oral-history piece about women in nursing homes that played at local cultural venues, proving she saw creativity as a tool for justice. These projects made visible the private lives and memories that often get sidelined in civic histories.</w:t>
      </w:r>
      <w:r/>
    </w:p>
    <w:p>
      <w:r/>
      <w:r>
        <w:t>Her literary work explains part of her organising instinct: stories build empathy, and empathy builds durable communities. It’s a useful model for activists and cultural organisers, use words as much as banners.</w:t>
      </w:r>
      <w:r/>
    </w:p>
    <w:p>
      <w:pPr>
        <w:pStyle w:val="Heading2"/>
      </w:pPr>
      <w:r>
        <w:t>What her passing means for the parade and the city</w:t>
      </w:r>
      <w:r/>
    </w:p>
    <w:p>
      <w:r/>
      <w:r>
        <w:t>Leaders from Queens Borough Hall to the Irish Consulate paid tribute, noting that the parade’s welcoming character is part of her legacy. Awards and official praise, like the Presidential Distinguished Service Award she shared with Brendan Fay, underline that her work resonated on both sides of the Atlantic. But those who knew her remember the small things: phone calls about after-parties, a joke at the right moment, the stubborn, everyday kindness that makes organising sustainable.</w:t>
      </w:r>
      <w:r/>
    </w:p>
    <w:p>
      <w:r/>
      <w:r>
        <w:t>St. Pat’s for All will continue to be a place where music plays long into the afternoon, and where generations meet. That continuity is the kind of thing Kathleen Walsh D’Arcy spent her life building: public rituals that hold difference, and do so with music, food and a sense of welcome.</w:t>
      </w:r>
      <w:r/>
    </w:p>
    <w:p>
      <w:r/>
      <w:r>
        <w:t>It's a small change that can make every parade, and every community,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https://gaycitynews.com/kathleen-walsh-darcy-lgbtq-st-pats-for-all-irish/</w:t>
        </w:r>
      </w:hyperlink>
      <w:r>
        <w:t xml:space="preserve"> - Please view link - unable to able to access data</w:t>
      </w:r>
      <w:r/>
    </w:p>
    <w:p>
      <w:pPr>
        <w:pStyle w:val="ListNumber"/>
        <w:spacing w:line="240" w:lineRule="auto"/>
        <w:ind w:left="720"/>
      </w:pPr>
      <w:r/>
      <w:hyperlink r:id="rId10">
        <w:r>
          <w:rPr>
            <w:color w:val="0000EE"/>
            <w:u w:val="single"/>
          </w:rPr>
          <w:t>https://www.nyclgbtsites.org/site/starting-point-of-first-st-pats-for-all-parade/</w:t>
        </w:r>
      </w:hyperlink>
      <w:r>
        <w:t xml:space="preserve"> - This article provides an overview of the inaugural St. Pat's for All Parade, which took place in 2000 in the historically Irish neighborhoods of Sunnyside and Woodside, Queens. Founded by LGBTQ rights activist Brendan Fay, the parade was established as an inclusive alternative to the exclusionary St. Patrick's Day parades in Manhattan, Brooklyn, and the Bronx. The event aimed to celebrate Irish heritage while embracing the LGBTQ community, marking a significant step towards inclusivity in New York City's cultural celebrations.</w:t>
      </w:r>
      <w:r/>
    </w:p>
    <w:p>
      <w:pPr>
        <w:pStyle w:val="ListNumber"/>
        <w:spacing w:line="240" w:lineRule="auto"/>
        <w:ind w:left="720"/>
      </w:pPr>
      <w:r/>
      <w:hyperlink r:id="rId11">
        <w:r>
          <w:rPr>
            <w:color w:val="0000EE"/>
            <w:u w:val="single"/>
          </w:rPr>
          <w:t>https://www.stpatsforall.org/about</w:t>
        </w:r>
      </w:hyperlink>
      <w:r>
        <w:t xml:space="preserve"> - The 'About' page of the St. Pat's for All Parade website details the event's mission and history. It highlights the parade's commitment to inclusivity, welcoming participants of all backgrounds to celebrate Irish heritage and culture. The page also introduces key figures involved in the parade's organisation, including co-chair Kathleen Walsh D'Arcy, a proud feminist, community activist, writer, editor, teacher, and social worker. Her dedication to ending the ban on LGBTQ Irish people marching in the 5th Avenue St. Patrick's Day Parade is also noted.</w:t>
      </w:r>
      <w:r/>
    </w:p>
    <w:p>
      <w:pPr>
        <w:pStyle w:val="ListNumber"/>
        <w:spacing w:line="240" w:lineRule="auto"/>
        <w:ind w:left="720"/>
      </w:pPr>
      <w:r/>
      <w:hyperlink r:id="rId13">
        <w:r>
          <w:rPr>
            <w:color w:val="0000EE"/>
            <w:u w:val="single"/>
          </w:rPr>
          <w:t>https://www.stpatsforall.org/</w:t>
        </w:r>
      </w:hyperlink>
      <w:r>
        <w:t xml:space="preserve"> - The official website of the St. Pat's for All Parade offers comprehensive information about the annual event. It celebrates the diversity of the Irish and Irish American communities in New York, emphasizing inclusivity and solidarity. The site provides details on upcoming events, ways to get involved, and the parade's motto, 'cherishing all the children of the nation equally,' which is taken from the 1916 Easter Proclamation of the Irish Republic. This motto reflects the parade's vision of inclusivity and equality.</w:t>
      </w:r>
      <w:r/>
    </w:p>
    <w:p>
      <w:pPr>
        <w:pStyle w:val="ListNumber"/>
        <w:spacing w:line="240" w:lineRule="auto"/>
        <w:ind w:left="720"/>
      </w:pPr>
      <w:r/>
      <w:hyperlink r:id="rId12">
        <w:r>
          <w:rPr>
            <w:color w:val="0000EE"/>
            <w:u w:val="single"/>
          </w:rPr>
          <w:t>https://citylore.org/places/st-pats-for-all-parade-route/</w:t>
        </w:r>
      </w:hyperlink>
      <w:r>
        <w:t xml:space="preserve"> - This article from City Lore describes the route of the St. Pat's for All Parade, which runs through the Sunnyside and Woodside neighborhoods of Queens. The parade serves as a platform for unifying and celebrating diverse local residents and the history of the surrounding area. It honors Irish heritage and culture, as well as political activism and civil rights. The event is organized by Sunnyside and Woodside residents and co-chaired by Brendan Fay and Kathleen Walsh D'Arcy.</w:t>
      </w:r>
      <w:r/>
    </w:p>
    <w:p>
      <w:pPr>
        <w:pStyle w:val="ListNumber"/>
        <w:spacing w:line="240" w:lineRule="auto"/>
        <w:ind w:left="720"/>
      </w:pPr>
      <w:r/>
      <w:hyperlink r:id="rId14">
        <w:r>
          <w:rPr>
            <w:color w:val="0000EE"/>
            <w:u w:val="single"/>
          </w:rPr>
          <w:t>https://www.fogoazulnyc.com/see-fogoazul/events-st-pats-for-all-parade</w:t>
        </w:r>
      </w:hyperlink>
      <w:r>
        <w:t xml:space="preserve"> - This page provides information about Fogo Azul NYC's participation in the 27th Annual St. Pat's For All Parade, scheduled for March 1, 2026. Fogo Azul NYC, a percussion ensemble, is set to perform Brazilian beats during the parade, celebrating St. Patrick and Irish and Celtic history and heritage. The event is described as an inclusive and diverse signature Queens event, marching along with local community groups, unions, businesses, activists, schools, clubs, artists, musicians, and dancers.</w:t>
      </w:r>
      <w:r/>
    </w:p>
    <w:p>
      <w:pPr>
        <w:pStyle w:val="ListNumber"/>
        <w:spacing w:line="240" w:lineRule="auto"/>
        <w:ind w:left="720"/>
      </w:pPr>
      <w:r/>
      <w:hyperlink r:id="rId15">
        <w:r>
          <w:rPr>
            <w:color w:val="0000EE"/>
            <w:u w:val="single"/>
          </w:rPr>
          <w:t>https://www.youtube.com/watch?v=_63OZdIkFCw</w:t>
        </w:r>
      </w:hyperlink>
      <w:r>
        <w:t xml:space="preserve"> - This YouTube video provides a live broadcast of the St. Pat's For All Parade in Queens, New York. The parade, which began as a response to the exclusion of Irish LGBTQ communities from the 5th Avenue parade, has been running for more than twenty years. It continues to be the most inclusive and progressive celebration of Irish culture and solidarity in the USA. The parade's motto, 'cherishing all the children of the nation equally,' is taken from the 1916 Easter Proclamation of the Irish Republic.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citynews.com/kathleen-walsh-darcy-lgbtq-st-pats-for-all-irish/" TargetMode="External"/><Relationship Id="rId10" Type="http://schemas.openxmlformats.org/officeDocument/2006/relationships/hyperlink" Target="https://www.nyclgbtsites.org/site/starting-point-of-first-st-pats-for-all-parade/" TargetMode="External"/><Relationship Id="rId11" Type="http://schemas.openxmlformats.org/officeDocument/2006/relationships/hyperlink" Target="https://www.stpatsforall.org/about" TargetMode="External"/><Relationship Id="rId12" Type="http://schemas.openxmlformats.org/officeDocument/2006/relationships/hyperlink" Target="https://citylore.org/places/st-pats-for-all-parade-route/" TargetMode="External"/><Relationship Id="rId13" Type="http://schemas.openxmlformats.org/officeDocument/2006/relationships/hyperlink" Target="https://www.stpatsforall.org/" TargetMode="External"/><Relationship Id="rId14" Type="http://schemas.openxmlformats.org/officeDocument/2006/relationships/hyperlink" Target="https://www.fogoazulnyc.com/see-fogoazul/events-st-pats-for-all-parade" TargetMode="External"/><Relationship Id="rId15" Type="http://schemas.openxmlformats.org/officeDocument/2006/relationships/hyperlink" Target="https://www.youtube.com/watch?v=_63OZdIkFC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