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Historical Novels to Read When You Need to Travel Back in Time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Craving an escape into another era? Readers are diving into queer historical fiction that teaches and thrills, from 1920s Bombay to McCarthy‑era Washington, and these 15 page‑turners show why history tastes so good when it’s told through queer lives. Expect aching love, stiff collars, smoky rooms and plenty of heart.</w:t>
      </w:r>
      <w:r/>
    </w:p>
    <w:p>
      <w:r/>
      <w:r>
        <w:t>Essential Takeaways</w:t>
      </w:r>
      <w:r/>
      <w:r/>
    </w:p>
    <w:p>
      <w:pPr>
        <w:pStyle w:val="ListBullet"/>
        <w:spacing w:line="240" w:lineRule="auto"/>
        <w:ind w:left="720"/>
      </w:pPr>
      <w:r/>
      <w:r>
        <w:rPr>
          <w:b/>
        </w:rPr>
        <w:t>Wide eras covered:</w:t>
      </w:r>
      <w:r>
        <w:t xml:space="preserve"> Titles span antiquity through the late 20th century, so you can pick a period that fits your mood.</w:t>
      </w:r>
      <w:r/>
    </w:p>
    <w:p>
      <w:pPr>
        <w:pStyle w:val="ListBullet"/>
        <w:spacing w:line="240" w:lineRule="auto"/>
        <w:ind w:left="720"/>
      </w:pPr>
      <w:r/>
      <w:r>
        <w:rPr>
          <w:b/>
        </w:rPr>
        <w:t>Emotional depth:</w:t>
      </w:r>
      <w:r>
        <w:t xml:space="preserve"> Many books lean into tender, aching relationships and moral complexity, with a strong sense of place and time.</w:t>
      </w:r>
      <w:r/>
    </w:p>
    <w:p>
      <w:pPr>
        <w:pStyle w:val="ListBullet"/>
        <w:spacing w:line="240" w:lineRule="auto"/>
        <w:ind w:left="720"/>
      </w:pPr>
      <w:r/>
      <w:r>
        <w:rPr>
          <w:b/>
        </w:rPr>
        <w:t>Accessible entry points:</w:t>
      </w:r>
      <w:r>
        <w:t xml:space="preserve"> Several novels are modern bestsellers or adapted for screen, making them easy to find and share.</w:t>
      </w:r>
      <w:r/>
    </w:p>
    <w:p>
      <w:pPr>
        <w:pStyle w:val="ListBullet"/>
        <w:spacing w:line="240" w:lineRule="auto"/>
        <w:ind w:left="720"/>
      </w:pPr>
      <w:r/>
      <w:r>
        <w:rPr>
          <w:b/>
        </w:rPr>
        <w:t>Diverse perspectives:</w:t>
      </w:r>
      <w:r>
        <w:t xml:space="preserve"> You’ll find stories about Black, Asian, immigrant, working‑class and LGBTQ+ lives, not just canonical white Western narratives.</w:t>
      </w:r>
      <w:r/>
      <w:r/>
    </w:p>
    <w:p>
      <w:pPr>
        <w:pStyle w:val="Heading2"/>
      </w:pPr>
      <w:r>
        <w:t>Why queer historical fiction feels like a balm right now</w:t>
      </w:r>
      <w:r/>
    </w:p>
    <w:p>
      <w:r/>
      <w:r>
        <w:t>There’s a particular comfort in stories that whisk you away to another time, where stakes feel both intimate and epic, and queer characters are carved into the centre of the drama. According to the round‑up in Queerty, titles like The Seven Husbands of Evelyn Hugo and Fellow Travelers mix glamour and political peril, offering both escapism and a sharper lens on how queer lives were policed and politicised. Pick one when you want to feel pulled in, not lectured.</w:t>
      </w:r>
      <w:r/>
    </w:p>
    <w:p>
      <w:pPr>
        <w:pStyle w:val="Heading2"/>
      </w:pPr>
      <w:r>
        <w:t>Classics that have quietly waited to be read aloud</w:t>
      </w:r>
      <w:r/>
    </w:p>
    <w:p>
      <w:r/>
      <w:r>
        <w:t>Some of the most affecting books were written decades ago but only found their audience later, whether through posthumous publication or renewed interest. Forster’s Maurice sat undeclared for years because its author feared the world wasn’t ready; Christopher Isherwood’s A Single Man captures a single day of mourning with crystalline restraint. These books give you that poignant, lived‑in texture of the past , like a photograph with sound.</w:t>
      </w:r>
      <w:r/>
    </w:p>
    <w:p>
      <w:pPr>
        <w:pStyle w:val="Heading2"/>
      </w:pPr>
      <w:r>
        <w:t>Modern hits that make history feel urgent and cinematic</w:t>
      </w:r>
      <w:r/>
    </w:p>
    <w:p>
      <w:r/>
      <w:r>
        <w:t>Contemporary authors are reworking the past with fresh urgency. Madeline Miller’s The Song of Achilles retells myth with aching intimacy and has become a cultural phenomenon, while Taylor Jenkins Reid’s The Seven Husbands of Evelyn Hugo reanimates Hollywood’s golden age into a fierce, confessional page‑turner. These novels often land on bestseller lists and streaming adaptations, so they’re great if you like books that spark conversation.</w:t>
      </w:r>
      <w:r/>
    </w:p>
    <w:p>
      <w:pPr>
        <w:pStyle w:val="Heading2"/>
      </w:pPr>
      <w:r>
        <w:t>Stories from overlooked places and communities</w:t>
      </w:r>
      <w:r/>
    </w:p>
    <w:p>
      <w:r/>
      <w:r>
        <w:t>The list leans into geographic and cultural range: Sujata Massey’s The Widows of Malabar Hill sets a queer‑adjacent mystery in 1920s Bombay, while C Pam Zhang’s How Much of These Hills Is Gold reframes the American West through Chinese‑American siblings. These books broaden your sense of queer history beyond the usual settings and remind you that queerness has always been everywhere.</w:t>
      </w:r>
      <w:r/>
    </w:p>
    <w:p>
      <w:pPr>
        <w:pStyle w:val="Heading2"/>
      </w:pPr>
      <w:r>
        <w:t>How to choose your next time‑travelling read</w:t>
      </w:r>
      <w:r/>
    </w:p>
    <w:p>
      <w:r/>
      <w:r>
        <w:t>Start with mood. Want glamour and secrecy? Try Evelyn Hugo. Craving poetic myth and full‑throated grief? Go for The Song of Achilles. Looking for young protagonists learning love under pressure? Pick Last Night at the Telegraph Club or Aristotle and Dante Discover the Secrets of the Universe. If you’re unsure about committing, opt for a novella or a title with a film or TV adaptation so you can switch mediums if you run dry.</w:t>
      </w:r>
      <w:r/>
    </w:p>
    <w:p>
      <w:pPr>
        <w:pStyle w:val="Heading2"/>
      </w:pPr>
      <w:r>
        <w:t>Practical tips for getting the most from period books</w:t>
      </w:r>
      <w:r/>
    </w:p>
    <w:p>
      <w:r/>
      <w:r>
        <w:t>Read with a little context: a quick online search about the era will deepen small details without spoiling the story. Swap notes with friends or a book club to catch nuances you might miss alone. And if sensitive topics surface, check content warnings first , some historical novels don’t shy away from violent or traumatic episodes.</w:t>
      </w:r>
      <w:r/>
    </w:p>
    <w:p>
      <w:r/>
      <w:r>
        <w:t>It's a small change that can make every reading hour feel like a proper escape.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[1]</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https://www.queerty.com/15-queer-af-page-turners-that-will-take-you-back-in-time-20240710/</w:t>
        </w:r>
      </w:hyperlink>
      <w:r>
        <w:t xml:space="preserve"> - Please view link - unable to able to access data</w:t>
      </w:r>
      <w:r/>
    </w:p>
    <w:p>
      <w:pPr>
        <w:pStyle w:val="ListNumber"/>
        <w:spacing w:line="240" w:lineRule="auto"/>
        <w:ind w:left="720"/>
      </w:pPr>
      <w:r/>
      <w:hyperlink r:id="rId9">
        <w:r>
          <w:rPr>
            <w:color w:val="0000EE"/>
            <w:u w:val="single"/>
          </w:rPr>
          <w:t>https://www.queerty.com/15-queer-af-page-turners-that-will-take-you-back-in-time-20240710/</w:t>
        </w:r>
      </w:hyperlink>
      <w:r>
        <w:t xml:space="preserve"> - This article from Queerty presents 15 queer historical fiction novels that transport readers to different eras. It highlights works such as 'The Seven Husbands of Evelyn Hugo' by Taylor Jenkins Reid, 'The Song of Achilles' by Madeline Miller, and 'Fellow Travelers' by Thomas Mallon, among others. Each book is briefly described, emphasizing its unique contribution to queer literature and its historical setting.</w:t>
      </w:r>
      <w:r/>
    </w:p>
    <w:p>
      <w:pPr>
        <w:pStyle w:val="ListNumber"/>
        <w:spacing w:line="240" w:lineRule="auto"/>
        <w:ind w:left="720"/>
      </w:pPr>
      <w:r/>
      <w:hyperlink r:id="rId10">
        <w:r>
          <w:rPr>
            <w:color w:val="0000EE"/>
            <w:u w:val="single"/>
          </w:rPr>
          <w:t>https://www.theguardian.com/books/2011/sep/29/song-of-achilles-miller-review</w:t>
        </w:r>
      </w:hyperlink>
      <w:r>
        <w:t xml:space="preserve"> - In this review from The Guardian, Natalie Haynes discusses Madeline Miller's 'The Song of Achilles'. The novel is praised for its poetic prose and its fresh perspective on the relationship between Achilles and Patroclus. Haynes highlights Miller's ability to humanize these legendary figures, making their love story both compelling and emotionally resonant.</w:t>
      </w:r>
      <w:r/>
    </w:p>
    <w:p>
      <w:pPr>
        <w:pStyle w:val="ListNumber"/>
        <w:spacing w:line="240" w:lineRule="auto"/>
        <w:ind w:left="720"/>
      </w:pPr>
      <w:r/>
      <w:hyperlink r:id="rId11">
        <w:r>
          <w:rPr>
            <w:color w:val="0000EE"/>
            <w:u w:val="single"/>
          </w:rPr>
          <w:t>https://www.theguardian.com/books/2011/oct/28/song-achilles-madeline-miller-iliad</w:t>
        </w:r>
      </w:hyperlink>
      <w:r>
        <w:t xml:space="preserve"> - Charlotte Higgins reviews 'The Song of Achilles' by Madeline Miller in The Guardian. She notes that Miller's retelling of the Iliad focuses on the early history of Achilles and Patroclus, providing a new lens through which to view these iconic characters. The review appreciates Miller's narrative style and her contribution to the tradition of reimagining classical myths.</w:t>
      </w:r>
      <w:r/>
    </w:p>
    <w:p>
      <w:pPr>
        <w:pStyle w:val="ListNumber"/>
        <w:spacing w:line="240" w:lineRule="auto"/>
        <w:ind w:left="720"/>
      </w:pPr>
      <w:r/>
      <w:hyperlink r:id="rId12">
        <w:r>
          <w:rPr>
            <w:color w:val="0000EE"/>
            <w:u w:val="single"/>
          </w:rPr>
          <w:t>https://www.bookbrowse.com/mag/reviews/index.cfm/book_number/2680/the-song-of-achilles</w:t>
        </w:r>
      </w:hyperlink>
      <w:r>
        <w:t xml:space="preserve"> - BookBrowse offers a detailed review of 'The Song of Achilles' by Madeline Miller. The review delves into the novel's themes, character development, and its place within the genre of historical fiction. It provides insights into Miller's storytelling techniques and the emotional depth of the narrative.</w:t>
      </w:r>
      <w:r/>
    </w:p>
    <w:p>
      <w:pPr>
        <w:pStyle w:val="ListNumber"/>
        <w:spacing w:line="240" w:lineRule="auto"/>
        <w:ind w:left="720"/>
      </w:pPr>
      <w:r/>
      <w:hyperlink r:id="rId13">
        <w:r>
          <w:rPr>
            <w:color w:val="0000EE"/>
            <w:u w:val="single"/>
          </w:rPr>
          <w:t>https://www.maudesbookclub.com/book-feed/the-song-of-achilles-book-review?rq=song+of+achilles</w:t>
        </w:r>
      </w:hyperlink>
      <w:r>
        <w:t xml:space="preserve"> - Amanda Guarragi reviews 'The Song of Achilles' by Madeline Miller on Maude's Book Club. She discusses the novel's impact on readers, its exploration of love and destiny, and its place in contemporary literature. The review highlights the emotional resonance of the story and its appeal to a wide audience.</w:t>
      </w:r>
      <w:r/>
    </w:p>
    <w:p>
      <w:pPr>
        <w:pStyle w:val="ListNumber"/>
        <w:spacing w:line="240" w:lineRule="auto"/>
        <w:ind w:left="720"/>
      </w:pPr>
      <w:r/>
      <w:hyperlink r:id="rId14">
        <w:r>
          <w:rPr>
            <w:color w:val="0000EE"/>
            <w:u w:val="single"/>
          </w:rPr>
          <w:t>https://www.youtube.com/watch?v=4RsjyF19pk4</w:t>
        </w:r>
      </w:hyperlink>
      <w:r>
        <w:t xml:space="preserve"> - This YouTube video features a review of 'The Song of Achilles' by Madeline Miller. The reviewer shares personal impressions of the novel, discussing its themes, character dynamics, and the emotional journey it offers. The video provides a visual and personal perspective on the book's impact.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15-queer-af-page-turners-that-will-take-you-back-in-time-20240710/" TargetMode="External"/><Relationship Id="rId10" Type="http://schemas.openxmlformats.org/officeDocument/2006/relationships/hyperlink" Target="https://www.theguardian.com/books/2011/sep/29/song-of-achilles-miller-review" TargetMode="External"/><Relationship Id="rId11" Type="http://schemas.openxmlformats.org/officeDocument/2006/relationships/hyperlink" Target="https://www.theguardian.com/books/2011/oct/28/song-achilles-madeline-miller-iliad" TargetMode="External"/><Relationship Id="rId12" Type="http://schemas.openxmlformats.org/officeDocument/2006/relationships/hyperlink" Target="https://www.bookbrowse.com/mag/reviews/index.cfm/book_number/2680/the-song-of-achilles" TargetMode="External"/><Relationship Id="rId13" Type="http://schemas.openxmlformats.org/officeDocument/2006/relationships/hyperlink" Target="https://www.maudesbookclub.com/book-feed/the-song-of-achilles-book-review?rq=song+of+achilles" TargetMode="External"/><Relationship Id="rId14" Type="http://schemas.openxmlformats.org/officeDocument/2006/relationships/hyperlink" Target="https://www.youtube.com/watch?v=4RsjyF19pk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