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Arts Festival in Rural Vermont: Why Barre’s Summer Fair Feels Like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Barre, Vermont, for a joyful, grassroots queer arts festival that showcases rural LGBTQ makers, live music, and hands-on workshops, and it matters because it proves vibrant queer culture isn’t only a city thing. Expect ceramics, prints, farm cheeses, and plenty of warmth.</w:t>
      </w:r>
      <w:r/>
    </w:p>
    <w:p>
      <w:r/>
      <w:r>
        <w:t>Essential Takeaways</w:t>
      </w:r>
      <w:r/>
      <w:r/>
    </w:p>
    <w:p>
      <w:pPr>
        <w:pStyle w:val="ListBullet"/>
        <w:spacing w:line="240" w:lineRule="auto"/>
        <w:ind w:left="720"/>
      </w:pPr>
      <w:r/>
      <w:r>
        <w:rPr>
          <w:b/>
        </w:rPr>
        <w:t>Growing event:</w:t>
      </w:r>
      <w:r>
        <w:t xml:space="preserve"> The Queer Arts Fest in Barre expanded from a winter market to a two-day summer fair after rapid local demand.</w:t>
      </w:r>
      <w:r/>
    </w:p>
    <w:p>
      <w:pPr>
        <w:pStyle w:val="ListBullet"/>
        <w:spacing w:line="240" w:lineRule="auto"/>
        <w:ind w:left="720"/>
      </w:pPr>
      <w:r/>
      <w:r>
        <w:rPr>
          <w:b/>
        </w:rPr>
        <w:t>Handmade variety:</w:t>
      </w:r>
      <w:r>
        <w:t xml:space="preserve"> Vendors offer ceramics, prints, woodcarving, leatherwork, farm-made cheeses and native plants, items with a tactile, worked feel.</w:t>
      </w:r>
      <w:r/>
    </w:p>
    <w:p>
      <w:pPr>
        <w:pStyle w:val="ListBullet"/>
        <w:spacing w:line="240" w:lineRule="auto"/>
        <w:ind w:left="720"/>
      </w:pPr>
      <w:r/>
      <w:r>
        <w:rPr>
          <w:b/>
        </w:rPr>
        <w:t>Community-run:</w:t>
      </w:r>
      <w:r>
        <w:t xml:space="preserve"> Organisers rely on volunteers trained in de-escalation, medicing and traffic to keep things safe and welcoming.</w:t>
      </w:r>
      <w:r/>
    </w:p>
    <w:p>
      <w:pPr>
        <w:pStyle w:val="ListBullet"/>
        <w:spacing w:line="240" w:lineRule="auto"/>
        <w:ind w:left="720"/>
      </w:pPr>
      <w:r/>
      <w:r>
        <w:rPr>
          <w:b/>
        </w:rPr>
        <w:t>Regional draw:</w:t>
      </w:r>
      <w:r>
        <w:t xml:space="preserve"> The festival pulls makers and visitors from across New England; last year’s fair attracted around 3,000 people.</w:t>
      </w:r>
      <w:r/>
    </w:p>
    <w:p>
      <w:pPr>
        <w:pStyle w:val="ListBullet"/>
        <w:spacing w:line="240" w:lineRule="auto"/>
        <w:ind w:left="720"/>
      </w:pPr>
      <w:r/>
      <w:r>
        <w:rPr>
          <w:b/>
        </w:rPr>
        <w:t>Interactive offerings:</w:t>
      </w:r>
      <w:r>
        <w:t xml:space="preserve"> This year adds Sunday workshops and pop-up craft sessions, so visitors can learn as well as shop.</w:t>
      </w:r>
      <w:r/>
      <w:r/>
    </w:p>
    <w:p>
      <w:pPr>
        <w:pStyle w:val="Heading2"/>
      </w:pPr>
      <w:r>
        <w:t>How a potter’s hobby became a summer queer country fair</w:t>
      </w:r>
      <w:r/>
    </w:p>
    <w:p>
      <w:r/>
      <w:r>
        <w:t>Lee Baker started selling pots at farmers markets, but something felt missing: a community that would sustain a gay-owned craft business. That feeling led to a bold experiment, a winter queer craft fair in Barre that drew 1,000 people despite heavy snow. The festival’s roots are refreshingly practical and local: a potter wanting better connections, and a town willing to show up. According to organisers, that early momentum inspired a bigger, summer event that now spans two days and nearly 100 vendors, proving small-town demand for queer-led creative spaces is real.</w:t>
      </w:r>
      <w:r/>
    </w:p>
    <w:p>
      <w:pPr>
        <w:pStyle w:val="Heading2"/>
      </w:pPr>
      <w:r>
        <w:t>It’s handmade, local and often delightfully weird</w:t>
      </w:r>
      <w:r/>
    </w:p>
    <w:p>
      <w:r/>
      <w:r>
        <w:t>Walk a row of tents and you’ll find mugs stamped with cheeky slogans, dyed textiles, carved wood, and cheeses from nearby farms. The work tends to feel tactile and time-consuming, stuff that wouldn’t easily survive mass production. That’s part of the appeal: people buy an object and the story behind it. Vendors say visitors come with intention, not just curiosity, and that kinship shows in sales and conversations. If you treasure craft with personality, this is the kind of fair where a mug can feel like a tiny manifesto.</w:t>
      </w:r>
      <w:r/>
    </w:p>
    <w:p>
      <w:pPr>
        <w:pStyle w:val="Heading2"/>
      </w:pPr>
      <w:r>
        <w:t>Volunteers, safety training and doing things differently</w:t>
      </w:r>
      <w:r/>
    </w:p>
    <w:p>
      <w:r/>
      <w:r>
        <w:t>Organisers have deliberately built a non-police, volunteer-led safety model. Kenzie Hines, who moved between rural Montana and Vermont, coordinates de-escalation training and supplies medics and traffic volunteers. The approach emphasises relational care, getting to know volunteers and vendors, rather than relying on external authorities. It’s a reminder that community-run events can be safe and welcoming without reproducing unequal power dynamics, and it’s part of why many attendees describe the fair as genuinely warm and accessible.</w:t>
      </w:r>
      <w:r/>
    </w:p>
    <w:p>
      <w:pPr>
        <w:pStyle w:val="Heading2"/>
      </w:pPr>
      <w:r>
        <w:t>Rural queerness isn’t a myth , the festival flips the script</w:t>
      </w:r>
      <w:r/>
    </w:p>
    <w:p>
      <w:r/>
      <w:r>
        <w:t>Organisers push back on the stereotype that queerness belongs only in cities. Folks come from farms, volunteer fire departments and towns across New England, and many live quietly in rural places. By choosing Barre instead of a larger city, the fair intentionally centres rural queer life. That choice makes a statement: queer people are everywhere, and they want spaces where their skills and stories are honoured. For many attendees, the festival is less about spectacle and more about recognition and belonging.</w:t>
      </w:r>
      <w:r/>
    </w:p>
    <w:p>
      <w:pPr>
        <w:pStyle w:val="Heading2"/>
      </w:pPr>
      <w:r>
        <w:t>More than shopping: workshops, meet-cutes and community-building</w:t>
      </w:r>
      <w:r/>
    </w:p>
    <w:p>
      <w:r/>
      <w:r>
        <w:t>This year’s expansion adds Sunday workshops, from quilting to somatic craft sessions, and special pop-up events that invite participation. Organisers say the festival has become a place to meet people, and a few vendors report attendees finding partners or collaborators at the fair. If you’re after an experience rather than a mall, plan for hands-on learning and lingering conversations. Bring cash for small vendors, a reusable bag for discoveries, and comfortable shoes for muddy paths, this is a country fair, after all.</w:t>
      </w:r>
      <w:r/>
    </w:p>
    <w:p>
      <w:r/>
      <w:r>
        <w:t>It’s a small change that can make every craft sale feel like a vote for rural queer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https://bostonspiritmagazine.com/2026/07/celebration-of-rural-queer-life-arts-fest-draws-thousands-to-barre-vt/?utm_source=rss&amp;utm_medium=rss&amp;utm_campaign=celebration-of-rural-queer-life-arts-fest-draws-thousands-to-barre-vt</w:t>
        </w:r>
      </w:hyperlink>
      <w:r>
        <w:t xml:space="preserve"> - Please view link - unable to able to access data</w:t>
      </w:r>
      <w:r/>
    </w:p>
    <w:p>
      <w:pPr>
        <w:pStyle w:val="ListNumber"/>
        <w:spacing w:line="240" w:lineRule="auto"/>
        <w:ind w:left="720"/>
      </w:pPr>
      <w:r/>
      <w:hyperlink r:id="rId10">
        <w:r>
          <w:rPr>
            <w:color w:val="0000EE"/>
            <w:u w:val="single"/>
          </w:rPr>
          <w:t>https://www.prideandjoy.riotcraftstudio.com/events/quilt-crafting-event-w-charlie-adams-at-the-queer-arts-festival</w:t>
        </w:r>
      </w:hyperlink>
      <w:r>
        <w:t xml:space="preserve"> - This event invites attendees to participate in creating a collaborative quilt designed by artist Charlie Adams during the Queer Arts Festival in Barre, Vermont, on August 16, 2026. The crafting session is open to all ages and does not require prior registration. The initiative is part of the Pride &amp; Joy project, which celebrates queer joy, vitality, and community through collaborative art quilts. More information about the project and other related events can be found on their official website.</w:t>
      </w:r>
      <w:r/>
    </w:p>
    <w:p>
      <w:pPr>
        <w:pStyle w:val="ListNumber"/>
        <w:spacing w:line="240" w:lineRule="auto"/>
        <w:ind w:left="720"/>
      </w:pPr>
      <w:r/>
      <w:hyperlink r:id="rId13">
        <w:r>
          <w:rPr>
            <w:color w:val="0000EE"/>
            <w:u w:val="single"/>
          </w:rPr>
          <w:t>https://www.pridecentervt.org/event/somatic-street-therapy-pop-up-clinic-2025-06-03/</w:t>
        </w:r>
      </w:hyperlink>
      <w:r>
        <w:t xml:space="preserve"> - The Pride Center of Vermont hosted a free monthly Somatic Pop-up Clinic at the Rainbow Bridge Community Center in Barre, Vermont, starting June 3, 2025. The clinic offered body-based practices for stabilization and support during unstable times, focusing on those impacted by floods, poverty, and marginalized communities, including queer, trans, and racialized individuals. Sessions were available by appointment or on a walk-in basis, providing 45-minute masked sessions to support community resilience and well-being.</w:t>
      </w:r>
      <w:r/>
    </w:p>
    <w:p>
      <w:pPr>
        <w:pStyle w:val="ListNumber"/>
        <w:spacing w:line="240" w:lineRule="auto"/>
        <w:ind w:left="720"/>
      </w:pPr>
      <w:r/>
      <w:hyperlink r:id="rId11">
        <w:r>
          <w:rPr>
            <w:color w:val="0000EE"/>
            <w:u w:val="single"/>
          </w:rPr>
          <w:t>https://linktr.ee/vtqueercrafts</w:t>
        </w:r>
      </w:hyperlink>
      <w:r>
        <w:t xml:space="preserve"> - The Vermont Queer Crafts collective announced that the 2026 Queer Arts Fest would take place on August 15 and 16 at Millstone Hill in Barre, Vermont. Vendor applications had closed by the time of the announcement, and the collective encouraged performers to apply. They also urged supporters to vote for them as the Best LGBTQ+ Event on the Seven Daysies Ballot before June 15. The collective's Instagram handle is @vtqueercrafts, where they share updates and information about the festival.</w:t>
      </w:r>
      <w:r/>
    </w:p>
    <w:p>
      <w:pPr>
        <w:pStyle w:val="ListNumber"/>
        <w:spacing w:line="240" w:lineRule="auto"/>
        <w:ind w:left="720"/>
      </w:pPr>
      <w:r/>
      <w:hyperlink r:id="rId12">
        <w:r>
          <w:rPr>
            <w:color w:val="0000EE"/>
            <w:u w:val="single"/>
          </w:rPr>
          <w:t>https://podcasts.apple.com/us/podcast/vermont-queer-craft-fair/id1823068157?i=1000739358685</w:t>
        </w:r>
      </w:hyperlink>
      <w:r>
        <w:t xml:space="preserve"> - In this episode of the Pride &amp; Prosperity Podcast, hosts Eliza and Lee discuss the Vermont Queer Craft Fair, a biannual event celebrating queer makers and artists. They talk about the significance of creating queer art, the benefits of self-employment, and the use of consensus-based decision-making to foster a vibrant and inclusive event. The episode also highlights the upcoming Arts Fest, scheduled for December 6, 2025, at the Old Labor Hall &amp; Up End This on Granite Street in Barre, Vermont.</w:t>
      </w:r>
      <w:r/>
    </w:p>
    <w:p>
      <w:pPr>
        <w:pStyle w:val="ListNumber"/>
        <w:spacing w:line="240" w:lineRule="auto"/>
        <w:ind w:left="720"/>
      </w:pPr>
      <w:r/>
      <w:hyperlink r:id="rId14">
        <w:r>
          <w:rPr>
            <w:color w:val="0000EE"/>
            <w:u w:val="single"/>
          </w:rPr>
          <w:t>https://www.changearts.org/fit-fest</w:t>
        </w:r>
      </w:hyperlink>
      <w:r>
        <w:t xml:space="preserve"> - CHANGE Arts is presenting the Fire Island Theater Festival (FIT Fest), a weeklong celebration of queer theater, history, and community across Cherry Grove and Fire Island Pines, scheduled for September 21–27, 2026. The festival aims to build on the legacy of theater in these communities by showcasing new theatrical works and community-centered events. FIT Fest is committed to connecting artists, educators, and communities through meaningful cultural experiences, exploring Fire Island's rich history while addressing its future.</w:t>
      </w:r>
      <w:r/>
    </w:p>
    <w:p>
      <w:pPr>
        <w:pStyle w:val="ListNumber"/>
        <w:spacing w:line="240" w:lineRule="auto"/>
        <w:ind w:left="720"/>
      </w:pPr>
      <w:r/>
      <w:hyperlink r:id="rId15">
        <w:r>
          <w:rPr>
            <w:color w:val="0000EE"/>
            <w:u w:val="single"/>
          </w:rPr>
          <w:t>https://meetmeatthefair.com/events/merry-barre-holidays-craft-fair</w:t>
        </w:r>
      </w:hyperlink>
      <w:r>
        <w:t xml:space="preserve"> - The Merry Barre Holidays Craft Fair is Central Vermont's largest craft fair, held annually each November at the Barre Auditorium and produced by The Barre Partnership. The 2026 fair is scheduled for Saturday and Sunday, November 28–29, from 9 am to 3 pm both days. The event features a diverse range of crafters from across Vermont, including ornament-makers, knitters, chocolatiers, candle-makers, wreath-makers, glassblowers, toymakers, confectioners, embroiderers, bakers, quilters, silversmiths, and carvers. Admission is free, with free parking and food and refreshments available.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7/celebration-of-rural-queer-life-arts-fest-draws-thousands-to-barre-vt/?utm_source=rss&amp;utm_medium=rss&amp;utm_campaign=celebration-of-rural-queer-life-arts-fest-draws-thousands-to-barre-vt" TargetMode="External"/><Relationship Id="rId10" Type="http://schemas.openxmlformats.org/officeDocument/2006/relationships/hyperlink" Target="https://www.prideandjoy.riotcraftstudio.com/events/quilt-crafting-event-w-charlie-adams-at-the-queer-arts-festival" TargetMode="External"/><Relationship Id="rId11" Type="http://schemas.openxmlformats.org/officeDocument/2006/relationships/hyperlink" Target="https://linktr.ee/vtqueercrafts" TargetMode="External"/><Relationship Id="rId12" Type="http://schemas.openxmlformats.org/officeDocument/2006/relationships/hyperlink" Target="https://podcasts.apple.com/us/podcast/vermont-queer-craft-fair/id1823068157?i=1000739358685" TargetMode="External"/><Relationship Id="rId13" Type="http://schemas.openxmlformats.org/officeDocument/2006/relationships/hyperlink" Target="https://www.pridecentervt.org/event/somatic-street-therapy-pop-up-clinic-2025-06-03/" TargetMode="External"/><Relationship Id="rId14" Type="http://schemas.openxmlformats.org/officeDocument/2006/relationships/hyperlink" Target="https://www.changearts.org/fit-fest" TargetMode="External"/><Relationship Id="rId15" Type="http://schemas.openxmlformats.org/officeDocument/2006/relationships/hyperlink" Target="https://meetmeatthefair.com/events/merry-barre-holidays-craft-f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