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police safety measures as Brighton Pride ramps up security after Berlin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are watching closely as organisers and police step up security for Brighton Pride this weekend; with around 500,000 people expected, armed officers and plain‑clothes teams will patrol after a deadly attack at a Berlin Pride event raised fears across Europe.</w:t>
      </w:r>
      <w:r/>
    </w:p>
    <w:p>
      <w:r/>
      <w:r>
        <w:t>Essential Takeaways</w:t>
      </w:r>
      <w:r/>
      <w:r/>
    </w:p>
    <w:p>
      <w:pPr>
        <w:pStyle w:val="ListBullet"/>
        <w:spacing w:line="240" w:lineRule="auto"/>
        <w:ind w:left="720"/>
      </w:pPr>
      <w:r/>
      <w:r>
        <w:rPr>
          <w:b/>
        </w:rPr>
        <w:t>What’s happening:</w:t>
      </w:r>
      <w:r>
        <w:t xml:space="preserve"> Armed and plain‑clothes police will be deployed at Brighton Pride to reassure the public and respond quickly if needed. </w:t>
      </w:r>
      <w:r/>
    </w:p>
    <w:p>
      <w:pPr>
        <w:pStyle w:val="ListBullet"/>
        <w:spacing w:line="240" w:lineRule="auto"/>
        <w:ind w:left="720"/>
      </w:pPr>
      <w:r/>
      <w:r>
        <w:rPr>
          <w:b/>
        </w:rPr>
        <w:t>Why now:</w:t>
      </w:r>
      <w:r>
        <w:t xml:space="preserve"> The move follows a deadly van-and-knife attack at Berlin Pride that killed one person and injured dozens. </w:t>
      </w:r>
      <w:r/>
    </w:p>
    <w:p>
      <w:pPr>
        <w:pStyle w:val="ListBullet"/>
        <w:spacing w:line="240" w:lineRule="auto"/>
        <w:ind w:left="720"/>
      </w:pPr>
      <w:r/>
      <w:r>
        <w:rPr>
          <w:b/>
        </w:rPr>
        <w:t>Scale:</w:t>
      </w:r>
      <w:r>
        <w:t xml:space="preserve"> Brighton Pride is the UK’s biggest Pride weekend, drawing roughly half a million visitors, which increases security complexity. </w:t>
      </w:r>
      <w:r/>
    </w:p>
    <w:p>
      <w:pPr>
        <w:pStyle w:val="ListBullet"/>
        <w:spacing w:line="240" w:lineRule="auto"/>
        <w:ind w:left="720"/>
      </w:pPr>
      <w:r/>
      <w:r>
        <w:rPr>
          <w:b/>
        </w:rPr>
        <w:t>Senses and feel:</w:t>
      </w:r>
      <w:r>
        <w:t xml:space="preserve"> Expect more visible patrols, subtle plain‑clothes presence, and a firmer security perimeter , the atmosphere may feel tighter but still celebratory. </w:t>
      </w:r>
      <w:r/>
    </w:p>
    <w:p>
      <w:pPr>
        <w:pStyle w:val="ListBullet"/>
        <w:spacing w:line="240" w:lineRule="auto"/>
        <w:ind w:left="720"/>
      </w:pPr>
      <w:r/>
      <w:r>
        <w:rPr>
          <w:b/>
        </w:rPr>
        <w:t>Practical note:</w:t>
      </w:r>
      <w:r>
        <w:t xml:space="preserve"> Organisers advise arriving early, following steward directions, and reporting anything suspicious to staff or police.</w:t>
      </w:r>
      <w:r/>
      <w:r/>
    </w:p>
    <w:p>
      <w:pPr>
        <w:pStyle w:val="Heading2"/>
      </w:pPr>
      <w:r>
        <w:t>Why armed officers are being sent to Brighton Pride</w:t>
      </w:r>
      <w:r/>
    </w:p>
    <w:p>
      <w:r/>
      <w:r>
        <w:t>The decision to send armed officers into Brighton this weekend comes after a horrific attack at a Pride event in Berlin left people shaken. According to The Guardian and Al Jazeera, that incident involved a vehicle ramming into crowds and a subsequent knife attack, and authorities treated it as an Islamist‑linked terror act. With that fresh in people’s minds, Sussex Police told ITV the force will deploy specialist teams alongside uniformed and plain‑clothes officers to patrol the festival footprint. It’s a visible, rapid‑response approach designed to reduce the risk of copycat attacks and to reassure a large, diverse crowd.</w:t>
      </w:r>
      <w:r/>
    </w:p>
    <w:p>
      <w:pPr>
        <w:pStyle w:val="Heading2"/>
      </w:pPr>
      <w:r>
        <w:t>What attendees are likely to see on the ground</w:t>
      </w:r>
      <w:r/>
    </w:p>
    <w:p>
      <w:r/>
      <w:r>
        <w:t>Expect a mix of uniformed armed officers, plain‑clothes teams and stewards around stages and high‑traffic routes. Brighton and Hove News and ITV report that the presence is both preventative and reactive: armed units can respond to a fast‑moving threat while plain‑clothes officers blend into the crowd to spot suspicious behaviour. The vibe might feel more controlled than previous years, but organisers are keen to balance safety with the festival spirit , so look out for clear signage, bag checks in some zones and extra first‑aid points.</w:t>
      </w:r>
      <w:r/>
    </w:p>
    <w:p>
      <w:pPr>
        <w:pStyle w:val="Heading2"/>
      </w:pPr>
      <w:r>
        <w:t>How this fits into a wider European security shift</w:t>
      </w:r>
      <w:r/>
    </w:p>
    <w:p>
      <w:r/>
      <w:r>
        <w:t>European events have tightened security after the Berlin attack, which Reuters and Al Jazeera documented as a rapid, multi‑stage assault by a suspect later killed by police. Authorities across the continent are reviewing plans for large public gatherings, especially those with symbolic significance like Pride. Brighton’s move follows a trend where policing strategies mix hard deterrents , armed units , with community policing and intelligence work. For festival planners, the lesson is clear: scale and symbolism require both visible measures and quiet prevention.</w:t>
      </w:r>
      <w:r/>
    </w:p>
    <w:p>
      <w:pPr>
        <w:pStyle w:val="Heading2"/>
      </w:pPr>
      <w:r>
        <w:t>Practical tips for staying safe and keeping the mood light</w:t>
      </w:r>
      <w:r/>
    </w:p>
    <w:p>
      <w:r/>
      <w:r>
        <w:t>Arrive early, carry minimal bags, and follow steward instructions , simple steps that speed entry and reduce bottlenecks. Keep your phone charged, note meeting points with your group, and spot the locations of first‑aid and information tents. If you see something worrying, tell the nearest steward or police officer; plain‑clothes teams are listening as much as they’re watching. And remember: higher security doesn’t mean the weekend can’t be fun , small adjustments keep everyone safer while the bands play on.</w:t>
      </w:r>
      <w:r/>
    </w:p>
    <w:p>
      <w:pPr>
        <w:pStyle w:val="Heading2"/>
      </w:pPr>
      <w:r>
        <w:t>What organisers and the community are saying</w:t>
      </w:r>
      <w:r/>
    </w:p>
    <w:p>
      <w:r/>
      <w:r>
        <w:t>Organisers stress the extra measures are precautionary, intended to protect the huge, celebratory crowd while preserving Pride’s inclusive atmosphere. Local leaders and charities are urging calm, thanking police for stepping up and encouraging attendees to support one another. The overall mood is cautious but defiant: communities want to enjoy Pride without being cowed by violence, and enhanced security aims to make that possible.</w:t>
      </w:r>
      <w:r/>
    </w:p>
    <w:p>
      <w:r/>
      <w:r>
        <w:t>It's a small change that can make every celebration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1">
        <w:r>
          <w:rPr>
            <w:color w:val="0000EE"/>
            <w:u w:val="single"/>
          </w:rPr>
          <w:t>[3]</w:t>
        </w:r>
      </w:hyperlink>
      <w:r>
        <w:t xml:space="preserve">, </w:t>
      </w:r>
      <w:hyperlink r:id="rId10">
        <w:r>
          <w:rPr>
            <w:color w:val="0000EE"/>
            <w:u w:val="single"/>
          </w:rPr>
          <w:t>[2]</w:t>
        </w:r>
      </w:hyperlink>
      <w:r>
        <w:t xml:space="preserve">- Paragraph 4: </w:t>
      </w:r>
      <w:hyperlink r:id="rId12">
        <w:r>
          <w:rPr>
            <w:color w:val="0000EE"/>
            <w:u w:val="single"/>
          </w:rPr>
          <w:t>[4]</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https://www.gamereactor.fr/des-policiers-armes-vont-etre-deployes-au-festival-uk-pride-apres-lattaque-de-berlin-2173323/</w:t>
        </w:r>
      </w:hyperlink>
      <w:r>
        <w:t xml:space="preserve"> - Please view link - unable to able to access data</w:t>
      </w:r>
      <w:r/>
    </w:p>
    <w:p>
      <w:pPr>
        <w:pStyle w:val="ListNumber"/>
        <w:spacing w:line="240" w:lineRule="auto"/>
        <w:ind w:left="720"/>
      </w:pPr>
      <w:r/>
      <w:hyperlink r:id="rId10">
        <w:r>
          <w:rPr>
            <w:color w:val="0000EE"/>
            <w:u w:val="single"/>
          </w:rPr>
          <w:t>https://www.brightonandhovenews.org/2026/07/27/armed-police-to-be-deployed-at-brighton-pride/</w:t>
        </w:r>
      </w:hyperlink>
      <w:r>
        <w:t xml:space="preserve"> - In response to the recent attack at Berlin's Pride event, Sussex Police have announced the deployment of armed officers at the upcoming Brighton Pride festival. The force aims to reassure attendees and the local community by enhancing security measures, including uniformed and plain-clothed officers, as well as specialist teams. The Brighton Pride Festival is the UK's largest Pride event, attracting approximately 500,000 participants annually. The decision follows the tragic incident in Berlin, where a van was driven into a crowd, resulting in one death and 29 injuries. The suspect, Abdul Ballout, was later killed by police during a confrontation. (</w:t>
      </w:r>
      <w:hyperlink r:id="rId15">
        <w:r>
          <w:rPr>
            <w:color w:val="0000EE"/>
            <w:u w:val="single"/>
          </w:rPr>
          <w:t>brightonandhovenews.org</w:t>
        </w:r>
      </w:hyperlink>
      <w:r>
        <w:t>)</w:t>
      </w:r>
      <w:r/>
    </w:p>
    <w:p>
      <w:pPr>
        <w:pStyle w:val="ListNumber"/>
        <w:spacing w:line="240" w:lineRule="auto"/>
        <w:ind w:left="720"/>
      </w:pPr>
      <w:r/>
      <w:hyperlink r:id="rId11">
        <w:r>
          <w:rPr>
            <w:color w:val="0000EE"/>
            <w:u w:val="single"/>
          </w:rPr>
          <w:t>https://www.itv.com/news/meridian/2026-07-28/armed-police-officers-to-be-deployed-for-uks-biggest-pride-festival-in-brighton</w:t>
        </w:r>
      </w:hyperlink>
      <w:r>
        <w:t xml:space="preserve"> - Following the attack at Berlin's Pride event, armed police officers will be deployed at Brighton Pride, the UK's largest Pride festival. The tragic incident in Berlin, where a van was driven into a crowd, resulted in one death and at least 29 injuries. The suspect, Abdul Ballout, was shot dead by police after a 24-hour manhunt. Brighton Pride attracts an estimated 500,000 people to the city, prompting authorities to enhance security measures to ensure the safety of attendees. (</w:t>
      </w:r>
      <w:hyperlink r:id="rId16">
        <w:r>
          <w:rPr>
            <w:color w:val="0000EE"/>
            <w:u w:val="single"/>
          </w:rPr>
          <w:t>itv.com</w:t>
        </w:r>
      </w:hyperlink>
      <w:r>
        <w:t>)</w:t>
      </w:r>
      <w:r/>
    </w:p>
    <w:p>
      <w:pPr>
        <w:pStyle w:val="ListNumber"/>
        <w:spacing w:line="240" w:lineRule="auto"/>
        <w:ind w:left="720"/>
      </w:pPr>
      <w:r/>
      <w:hyperlink r:id="rId12">
        <w:r>
          <w:rPr>
            <w:color w:val="0000EE"/>
            <w:u w:val="single"/>
          </w:rPr>
          <w:t>https://www.theguardian.com/world/2026/jul/26/berlin-pride-van-knife-rampage-islamist-terrorist-attack-germany</w:t>
        </w:r>
      </w:hyperlink>
      <w:r>
        <w:t xml:space="preserve"> - German police have shot dead the suspect in a van and knife attack near Berlin's Pride festival, which resulted in one death and 29 injuries. The suspect, Abdul Ballout, a 21-year-old German citizen with Lebanese roots, was identified as the perpetrator. He was known to authorities due to previous criminal offences and radicalisation. The attack occurred near the Brandenburg Gate, close to one of Europe's largest LGBTQ+ celebrations. (</w:t>
      </w:r>
      <w:hyperlink r:id="rId17">
        <w:r>
          <w:rPr>
            <w:color w:val="0000EE"/>
            <w:u w:val="single"/>
          </w:rPr>
          <w:t>theguardian.com</w:t>
        </w:r>
      </w:hyperlink>
      <w:r>
        <w:t>)</w:t>
      </w:r>
      <w:r/>
    </w:p>
    <w:p>
      <w:pPr>
        <w:pStyle w:val="ListNumber"/>
        <w:spacing w:line="240" w:lineRule="auto"/>
        <w:ind w:left="720"/>
      </w:pPr>
      <w:r/>
      <w:hyperlink r:id="rId13">
        <w:r>
          <w:rPr>
            <w:color w:val="0000EE"/>
            <w:u w:val="single"/>
          </w:rPr>
          <w:t>https://www.aljazeera.com/news/2026/7/26/berlin-police-shoot-dead-suspect-in-car-ramming-attack-on-pride-event</w:t>
        </w:r>
      </w:hyperlink>
      <w:r>
        <w:t xml:space="preserve"> - German police have shot dead the suspect in a car-ramming attack on Berlin's Pride march, ending a 24-hour manhunt. Abdul Ballout, a German citizen with Lebanese roots, was killed on Sunday as he attacked officers with a bladed weapon. The attack resulted in one death and 29 injuries. Authorities have asserted that all indications suggest it was an 'Islamist terror attack'. (</w:t>
      </w:r>
      <w:hyperlink r:id="rId18">
        <w:r>
          <w:rPr>
            <w:color w:val="0000EE"/>
            <w:u w:val="single"/>
          </w:rPr>
          <w:t>aljazeera.com</w:t>
        </w:r>
      </w:hyperlink>
      <w:r>
        <w:t>)</w:t>
      </w:r>
      <w:r/>
    </w:p>
    <w:p>
      <w:pPr>
        <w:pStyle w:val="ListNumber"/>
        <w:spacing w:line="240" w:lineRule="auto"/>
        <w:ind w:left="720"/>
      </w:pPr>
      <w:r/>
      <w:hyperlink r:id="rId14">
        <w:r>
          <w:rPr>
            <w:color w:val="0000EE"/>
            <w:u w:val="single"/>
          </w:rPr>
          <w:t>https://www.aljazeera.com/news/2026/7/25/one-dead-14-injured-as-car-reportedly-strikes-crowd-at-berlin-lgbtq-event</w:t>
        </w:r>
      </w:hyperlink>
      <w:r>
        <w:t xml:space="preserve"> - A car reportedly struck a crowd at Berlin's LGBTQ+ event, resulting in one death and 14 injuries. German authorities are seeking Abdul Ballout after the 'Islamist terror attack'. The incident occurred near the Brandenburg Gate, close to one of Europe's largest LGBTQ+ celebrations. (</w:t>
      </w:r>
      <w:hyperlink r:id="rId19">
        <w:r>
          <w:rPr>
            <w:color w:val="0000EE"/>
            <w:u w:val="single"/>
          </w:rPr>
          <w:t>aljazeera.com</w:t>
        </w:r>
      </w:hyperlink>
      <w:r>
        <w:t>)</w:t>
      </w:r>
      <w:r/>
    </w:p>
    <w:p>
      <w:pPr>
        <w:pStyle w:val="ListNumber"/>
        <w:spacing w:line="240" w:lineRule="auto"/>
        <w:ind w:left="720"/>
      </w:pPr>
      <w:r/>
      <w:hyperlink r:id="rId20">
        <w:r>
          <w:rPr>
            <w:color w:val="0000EE"/>
            <w:u w:val="single"/>
          </w:rPr>
          <w:t>https://www.upi.com/Top_News/World-News/2026/07/26/germany-berlin-pride-attack/5411785076924/</w:t>
        </w:r>
      </w:hyperlink>
      <w:r>
        <w:t xml:space="preserve"> - The suspect accused of driving a vehicle through Berlin's largest Pride event died in an encounter with police, one day after the attack. Abdul Ballout, a 21-year-old German citizen, was tracked to an allotment garden complex in the Spandau district. Holding a knife, he allegedly rushed at officers, who opened fire. Emergency responders provided medical aid, but Ballout died at the scene. (</w:t>
      </w:r>
      <w:hyperlink r:id="rId21">
        <w:r>
          <w:rPr>
            <w:color w:val="0000EE"/>
            <w:u w:val="single"/>
          </w:rPr>
          <w:t>upi.com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mereactor.fr/des-policiers-armes-vont-etre-deployes-au-festival-uk-pride-apres-lattaque-de-berlin-2173323/" TargetMode="External"/><Relationship Id="rId10" Type="http://schemas.openxmlformats.org/officeDocument/2006/relationships/hyperlink" Target="https://www.brightonandhovenews.org/2026/07/27/armed-police-to-be-deployed-at-brighton-pride/" TargetMode="External"/><Relationship Id="rId11" Type="http://schemas.openxmlformats.org/officeDocument/2006/relationships/hyperlink" Target="https://www.itv.com/news/meridian/2026-07-28/armed-police-officers-to-be-deployed-for-uks-biggest-pride-festival-in-brighton" TargetMode="External"/><Relationship Id="rId12" Type="http://schemas.openxmlformats.org/officeDocument/2006/relationships/hyperlink" Target="https://www.theguardian.com/world/2026/jul/26/berlin-pride-van-knife-rampage-islamist-terrorist-attack-germany" TargetMode="External"/><Relationship Id="rId13" Type="http://schemas.openxmlformats.org/officeDocument/2006/relationships/hyperlink" Target="https://www.aljazeera.com/news/2026/7/26/berlin-police-shoot-dead-suspect-in-car-ramming-attack-on-pride-event" TargetMode="External"/><Relationship Id="rId14" Type="http://schemas.openxmlformats.org/officeDocument/2006/relationships/hyperlink" Target="https://www.aljazeera.com/news/2026/7/25/one-dead-14-injured-as-car-reportedly-strikes-crowd-at-berlin-lgbtq-event" TargetMode="External"/><Relationship Id="rId15" Type="http://schemas.openxmlformats.org/officeDocument/2006/relationships/hyperlink" Target="https://www.brightonandhovenews.org/2026/07/27/armed-police-to-be-deployed-at-brighton-pride/?utm_source=openai" TargetMode="External"/><Relationship Id="rId16" Type="http://schemas.openxmlformats.org/officeDocument/2006/relationships/hyperlink" Target="https://www.itv.com/news/meridian/2026-07-28/armed-police-officers-to-be-deployed-for-uks-biggest-pride-festival?utm_source=openai" TargetMode="External"/><Relationship Id="rId17" Type="http://schemas.openxmlformats.org/officeDocument/2006/relationships/hyperlink" Target="https://www.theguardian.com/world/2026/jul/26/berlin-pride-van-knife-rampage-islamist-terrorist-attack-germany?utm_source=openai" TargetMode="External"/><Relationship Id="rId18" Type="http://schemas.openxmlformats.org/officeDocument/2006/relationships/hyperlink" Target="https://www.aljazeera.com/news/2026/7/26/berlin-police-shoot-dead-suspect-in-car-ramming-attack-on-pride-event?utm_source=openai" TargetMode="External"/><Relationship Id="rId19" Type="http://schemas.openxmlformats.org/officeDocument/2006/relationships/hyperlink" Target="https://www.aljazeera.com/news/2026/7/25/one-dead-14-injured-as-car-reportedly-strikes-crowd-at-berlin-lgbtq-event?utm_source=openai" TargetMode="External"/><Relationship Id="rId20" Type="http://schemas.openxmlformats.org/officeDocument/2006/relationships/hyperlink" Target="https://www.upi.com/Top_News/World-News/2026/07/26/germany-berlin-pride-attack/5411785076924/" TargetMode="External"/><Relationship Id="rId21" Type="http://schemas.openxmlformats.org/officeDocument/2006/relationships/hyperlink" Target="https://www.upi.com/Top_News/World-News/2026/07/26/germany-berlin-pride-attack/5411785076924/?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