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Photos of Spencer Tunick’s Gran Spectrum in Las Palmas: a Bold Pride Installation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visitors noticed a colourful, human tide in Vegueta as around 500 volunteers stripped down and were painted for Gran Spectrum, Spencer Tunick’s latest installation in Las Palmas de Gran Canaria , a striking, visible defence of LGTBIQ+ diversity staged during Culture &amp; Business Pride 2026.</w:t>
      </w:r>
      <w:r/>
    </w:p>
    <w:p>
      <w:r/>
      <w:r>
        <w:t>Essential Takeaways</w:t>
      </w:r>
      <w:r/>
      <w:r/>
    </w:p>
    <w:p>
      <w:pPr>
        <w:pStyle w:val="ListBullet"/>
        <w:spacing w:line="240" w:lineRule="auto"/>
        <w:ind w:left="720"/>
      </w:pPr>
      <w:r/>
      <w:r>
        <w:rPr>
          <w:b/>
        </w:rPr>
        <w:t>Large-scale participation:</w:t>
      </w:r>
      <w:r>
        <w:t xml:space="preserve"> About 400–500 volunteers from some 23 countries joined the shoot, creating broad visual impact.</w:t>
      </w:r>
      <w:r/>
    </w:p>
    <w:p>
      <w:pPr>
        <w:pStyle w:val="ListBullet"/>
        <w:spacing w:line="240" w:lineRule="auto"/>
        <w:ind w:left="720"/>
      </w:pPr>
      <w:r/>
      <w:r>
        <w:rPr>
          <w:b/>
        </w:rPr>
        <w:t>Vivid palette:</w:t>
      </w:r>
      <w:r>
        <w:t xml:space="preserve"> Bodies were painted in eleven colours inspired by the Progress Pride flag, giving a layered, inclusive look.</w:t>
      </w:r>
      <w:r/>
    </w:p>
    <w:p>
      <w:pPr>
        <w:pStyle w:val="ListBullet"/>
        <w:spacing w:line="240" w:lineRule="auto"/>
        <w:ind w:left="720"/>
      </w:pPr>
      <w:r/>
      <w:r>
        <w:rPr>
          <w:b/>
        </w:rPr>
        <w:t>Historic setting:</w:t>
      </w:r>
      <w:r>
        <w:t xml:space="preserve"> The main images were taken in Plaza de Santa Ana and around Vegueta, framed against the cathedral and Casa de Colón.</w:t>
      </w:r>
      <w:r/>
    </w:p>
    <w:p>
      <w:pPr>
        <w:pStyle w:val="ListBullet"/>
        <w:spacing w:line="240" w:lineRule="auto"/>
        <w:ind w:left="720"/>
      </w:pPr>
      <w:r/>
      <w:r>
        <w:rPr>
          <w:b/>
        </w:rPr>
        <w:t>Careful logistics:</w:t>
      </w:r>
      <w:r>
        <w:t xml:space="preserve"> The production ran overnight into the morning, with roughly 40 crew handling security, paint, and coordination.</w:t>
      </w:r>
      <w:r/>
    </w:p>
    <w:p>
      <w:pPr>
        <w:pStyle w:val="ListBullet"/>
        <w:spacing w:line="240" w:lineRule="auto"/>
        <w:ind w:left="720"/>
      </w:pPr>
      <w:r/>
      <w:r>
        <w:rPr>
          <w:b/>
        </w:rPr>
        <w:t>Message-forward art:</w:t>
      </w:r>
      <w:r>
        <w:t xml:space="preserve"> Tunick framed the work as both celebration and political statement in defence of LGTBIQ+ rights.</w:t>
      </w:r>
      <w:r/>
      <w:r/>
    </w:p>
    <w:p>
      <w:pPr>
        <w:pStyle w:val="Heading2"/>
      </w:pPr>
      <w:r>
        <w:t>A dawn spectacle that felt alive and defiant</w:t>
      </w:r>
      <w:r/>
    </w:p>
    <w:p>
      <w:r/>
      <w:r>
        <w:t>Tunick’s team began before sunrise, and the scene had that quiet, anticipatory hum that makes public art feel cinematic. Participants were organised by colour, painted, and moved into formations while the artist directed from a municipal terrace. According to RTVE and EFE, the main session lasted more than two hours and then spilled into adjacent historic streets for more compositions. The result reads both as a joyful celebration and a deliberate act of visibility.</w:t>
      </w:r>
      <w:r/>
    </w:p>
    <w:p>
      <w:pPr>
        <w:pStyle w:val="Heading2"/>
      </w:pPr>
      <w:r>
        <w:t>Why the Progress Pride palette matters here</w:t>
      </w:r>
      <w:r/>
    </w:p>
    <w:p>
      <w:r/>
      <w:r>
        <w:t>The eleven-colour scheme used for Gran Spectrum riffs on the Progress Pride flag to represent a wider set of identities and histories. That expanded rainbow made the piece feel deliberately inclusive, not just decorative. News outlets such as La Vanguardia and Cadena 3 noted how the chromatic bands became visual metaphors for solidarity , a practical reminder that choices in colour can carry political and cultural weight.</w:t>
      </w:r>
      <w:r/>
    </w:p>
    <w:p>
      <w:pPr>
        <w:pStyle w:val="Heading2"/>
      </w:pPr>
      <w:r>
        <w:t>Setting a human composition against religious architecture</w:t>
      </w:r>
      <w:r/>
    </w:p>
    <w:p>
      <w:r/>
      <w:r>
        <w:t>Staging naked, painted bodies in front of Las Palmas’ cathedral and around Casa de Colón added a striking contrast between flesh and stone. Organisers coordinated entry to the cathedral so religious services could proceed, and police managed cordons without incidents, EFE reported. That courteous coexistence turned the city’s most recognisable square into a temporary forum for debate about public space, representation and respect.</w:t>
      </w:r>
      <w:r/>
    </w:p>
    <w:p>
      <w:pPr>
        <w:pStyle w:val="Heading2"/>
      </w:pPr>
      <w:r>
        <w:t>How Tunick’s long career informs this gesture</w:t>
      </w:r>
      <w:r/>
    </w:p>
    <w:p>
      <w:r/>
      <w:r>
        <w:t>Spencer Tunick has been making mass nude photographs since the 1990s, scaling up from small gatherings to events like Mexico City’s 2007 Zócalo shoot with thousands of participants. Coverage from El Espectador and RTVE places Gran Spectrum in that lineage: part performance, part sculpture, and part civic provocation. For locals and visitors who’ve seen his work before, this felt familiar , but the political climate around LGTBIQ+ rights gives the piece sharper urgency now.</w:t>
      </w:r>
      <w:r/>
    </w:p>
    <w:p>
      <w:pPr>
        <w:pStyle w:val="Heading2"/>
      </w:pPr>
      <w:r>
        <w:t>Practical takeaways for would-be participants or viewers</w:t>
      </w:r>
      <w:r/>
    </w:p>
    <w:p>
      <w:r/>
      <w:r>
        <w:t>If you’re considering joining a Tunick shoot, expect early starts, organised paint stations and clear choreography , production teams of around 40 handled logistics here. Dress for the waiting, bring water, and be ready for the emotional lift of participating in something that’s equal parts art and community statement. For onlookers, arrive with time to explore Vegueta’s architecture; the interplay between bodies and buildings is the point.</w:t>
      </w:r>
      <w:r/>
    </w:p>
    <w:p>
      <w:r/>
      <w:r>
        <w:t>It's a small change in a city’s morning routine that can make public support for diversity visible and hard to ignore.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13">
        <w:r>
          <w:rPr>
            <w:color w:val="0000EE"/>
            <w:u w:val="single"/>
          </w:rPr>
          <w:t>[7]</w:t>
        </w:r>
      </w:hyperlink>
      <w:r>
        <w:t xml:space="preserve">, </w:t>
      </w:r>
      <w:hyperlink r:id="rId11">
        <w:r>
          <w:rPr>
            <w:color w:val="0000EE"/>
            <w:u w:val="single"/>
          </w:rPr>
          <w:t>[5]</w:t>
        </w:r>
      </w:hyperlink>
      <w:r>
        <w:t xml:space="preserve">- Paragraph 5: </w:t>
      </w:r>
      <w:hyperlink r:id="rId12">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https://www.perfil.com/noticias/sociedad/a50-spencer-tunick-reunio-a-500-personas-desnudas-en-gran-canaria-por-la-diversidad-lgtbiq.phtml</w:t>
        </w:r>
      </w:hyperlink>
      <w:r>
        <w:t xml:space="preserve"> - Please view link - unable to able to access data</w:t>
      </w:r>
      <w:r/>
    </w:p>
    <w:p>
      <w:pPr>
        <w:pStyle w:val="ListNumber"/>
        <w:spacing w:line="240" w:lineRule="auto"/>
        <w:ind w:left="720"/>
      </w:pPr>
      <w:r/>
      <w:hyperlink r:id="rId12">
        <w:r>
          <w:rPr>
            <w:color w:val="0000EE"/>
            <w:u w:val="single"/>
          </w:rPr>
          <w:t>https://www.lavanguardia.com/local/canarias/20260727/11601760/spencer-tunick-desnuda-500-personas-gran-canaria-proyectar-libertad-defensa-lgtbiqa.html?home=ultima_hora</w:t>
        </w:r>
      </w:hyperlink>
      <w:r>
        <w:t xml:space="preserve"> - Spencer Tunick, the renowned American photographer, gathered approximately 500 naked individuals in Las Palmas de Gran Canaria to create 'Gran Spectrum', an art installation dedicated to the diversity, visibility, and rights of the LGTBIQ+ community. The event took place on the morning of Sunday, July 26, in the Plaza de Santa Ana, in front of the Cathedral of Santa Ana, and other areas of the historic Vegueta neighborhood. Participants were painted with eleven colours inspired by the Progress Pride flag, a version of the traditional rainbow flag that includes additional stripes to represent various identities and communities. The installation was part of the Culture &amp; Business Pride 2026 festival. (</w:t>
      </w:r>
      <w:hyperlink r:id="rId15">
        <w:r>
          <w:rPr>
            <w:color w:val="0000EE"/>
            <w:u w:val="single"/>
          </w:rPr>
          <w:t>lavanguardia.com</w:t>
        </w:r>
      </w:hyperlink>
      <w:r>
        <w:t>)</w:t>
      </w:r>
      <w:r/>
    </w:p>
    <w:p>
      <w:pPr>
        <w:pStyle w:val="ListNumber"/>
        <w:spacing w:line="240" w:lineRule="auto"/>
        <w:ind w:left="720"/>
      </w:pPr>
      <w:r/>
      <w:hyperlink r:id="rId16">
        <w:r>
          <w:rPr>
            <w:color w:val="0000EE"/>
            <w:u w:val="single"/>
          </w:rPr>
          <w:t>https://noticiasargentinas.com/cultura/spencer-tunick-reunio-a-500-personas-desnudas-en-una-obra-que-celebro-la-diversidad-lgtbiq-_a6a676368c5b51cb7e4e4f4f4?output=amp</w:t>
        </w:r>
      </w:hyperlink>
      <w:r>
        <w:t xml:space="preserve"> - Spencer Tunick, the American photographer, transformed the human body into the main element of a large-scale artistic intervention by gathering nearly 500 naked individuals to create 'Gran Spectrum', an installation conceived as a human sculpture dedicated to the diversity and inclusion of the LGTBIQ+ community. The action took place in the Plaza de Santa Ana, in the historic centre of Las Palmas de Gran Canaria, where participants, painted with eleven different colours, were positioned by the artist to form a composition inspired by the rainbow flag. The work was part of the Culture &amp; Business Pride 2026 festival programme. (</w:t>
      </w:r>
      <w:hyperlink r:id="rId17">
        <w:r>
          <w:rPr>
            <w:color w:val="0000EE"/>
            <w:u w:val="single"/>
          </w:rPr>
          <w:t>noticiasargentinas.com</w:t>
        </w:r>
      </w:hyperlink>
      <w:r>
        <w:t>)</w:t>
      </w:r>
      <w:r/>
    </w:p>
    <w:p>
      <w:pPr>
        <w:pStyle w:val="ListNumber"/>
        <w:spacing w:line="240" w:lineRule="auto"/>
        <w:ind w:left="720"/>
      </w:pPr>
      <w:r/>
      <w:hyperlink r:id="rId14">
        <w:r>
          <w:rPr>
            <w:color w:val="0000EE"/>
            <w:u w:val="single"/>
          </w:rPr>
          <w:t>https://www.cadena3.com/noticia/cultura/spencer-tunick-congrego-a-500-desnudos-en-gran-canaria-para-celebrar-la-diversidad-lgtbiq_577395</w:t>
        </w:r>
      </w:hyperlink>
      <w:r>
        <w:t xml:space="preserve"> - Spencer Tunick, the American photographer, transformed the human body into the main element of a large-scale artistic intervention by gathering nearly 500 naked individuals to create 'Gran Spectrum', an installation conceived as a human sculpture dedicated to the diversity and inclusion of the LGTBIQ+ community. The action took place in the Plaza de Santa Ana, in the historic centre of Las Palmas de Gran Canaria, where participants, painted with eleven different colours, were positioned by the artist to form a composition inspired by the rainbow flag. The work was part of the Culture &amp; Business Pride 2026 festival programme. (</w:t>
      </w:r>
      <w:hyperlink r:id="rId18">
        <w:r>
          <w:rPr>
            <w:color w:val="0000EE"/>
            <w:u w:val="single"/>
          </w:rPr>
          <w:t>cadena3.com</w:t>
        </w:r>
      </w:hyperlink>
      <w:r>
        <w:t>)</w:t>
      </w:r>
      <w:r/>
    </w:p>
    <w:p>
      <w:pPr>
        <w:pStyle w:val="ListNumber"/>
        <w:spacing w:line="240" w:lineRule="auto"/>
        <w:ind w:left="720"/>
      </w:pPr>
      <w:r/>
      <w:hyperlink r:id="rId11">
        <w:r>
          <w:rPr>
            <w:color w:val="0000EE"/>
            <w:u w:val="single"/>
          </w:rPr>
          <w:t>https://www.rtve.es/noticias/20260726/tunick-plasma-gran-espectro-identidad-lgtbiq-escultura-humana-multicolor-palmas/17169558.shtml</w:t>
        </w:r>
      </w:hyperlink>
      <w:r>
        <w:t xml:space="preserve"> - Spencer Tunick, the New York-born artist, captured the 'great spectrum of LGTBIQ+ identity' in a large sculpture formed by approximately 500 naked bodies painted with the colours of the rainbow flag. With the first light of day and using a megaphone, the artist began giving instructions from the rooftop of the Casas Consistoriales to the volunteers, gathered in the vicinity from 5:00 local time (3:00 GMT) to paint their bodies with cream paint, covering them from head to toe to form groups of colours: black, brown, turquoise, pink, white, red, orange, yellow, green, indigo, and violet. (</w:t>
      </w:r>
      <w:hyperlink r:id="rId19">
        <w:r>
          <w:rPr>
            <w:color w:val="0000EE"/>
            <w:u w:val="single"/>
          </w:rPr>
          <w:t>rtve.es</w:t>
        </w:r>
      </w:hyperlink>
      <w:r>
        <w:t>)</w:t>
      </w:r>
      <w:r/>
    </w:p>
    <w:p>
      <w:pPr>
        <w:pStyle w:val="ListNumber"/>
        <w:spacing w:line="240" w:lineRule="auto"/>
        <w:ind w:left="720"/>
      </w:pPr>
      <w:r/>
      <w:hyperlink r:id="rId10">
        <w:r>
          <w:rPr>
            <w:color w:val="0000EE"/>
            <w:u w:val="single"/>
          </w:rPr>
          <w:t>https://efe.com/cultura/2026-07-26/tunick-plasma-en-las-palmas-el-gran-espectro-de-la-identidad-lgtbiq-en-una-escultura-humana-multicolor/</w:t>
        </w:r>
      </w:hyperlink>
      <w:r>
        <w:t xml:space="preserve"> - Spencer Tunick, the New York-born artist, captured the 'great spectrum of LGTBIQ+ identity' in a large sculpture formed by approximately 500 naked bodies painted with the colours of the rainbow flag. With the first light of day and using a megaphone, the artist began giving instructions from the rooftop of the Casas Consistoriales to the volunteers, gathered in the vicinity from 5:00 local time (3:00 GMT) to paint their bodies with cream paint, covering them from head to toe to form groups of colours: black, brown, turquoise, pink, white, red, orange, yellow, green, indigo, and violet. (</w:t>
      </w:r>
      <w:hyperlink r:id="rId20">
        <w:r>
          <w:rPr>
            <w:color w:val="0000EE"/>
            <w:u w:val="single"/>
          </w:rPr>
          <w:t>efe.com</w:t>
        </w:r>
      </w:hyperlink>
      <w:r>
        <w:t>)</w:t>
      </w:r>
      <w:r/>
    </w:p>
    <w:p>
      <w:pPr>
        <w:pStyle w:val="ListNumber"/>
        <w:spacing w:line="240" w:lineRule="auto"/>
        <w:ind w:left="720"/>
      </w:pPr>
      <w:r/>
      <w:hyperlink r:id="rId13">
        <w:r>
          <w:rPr>
            <w:color w:val="0000EE"/>
            <w:u w:val="single"/>
          </w:rPr>
          <w:t>https://www.elespectador.com/el-magazin-cultural/spencer-tunick-reune-500-cuerpos-para-crear-una-escultura-sobre-la-diversidad-lgtbiq/</w:t>
        </w:r>
      </w:hyperlink>
      <w:r>
        <w:t xml:space="preserve"> - The New York-born artist, Spencer Tunick, paid tribute to the LGTBI community with the installation 'Gran Spectrum', in which he captured the colours of the rainbow flag in one of his classic collective nudes. The action took place in the Plaza de Santa Ana, in the historic centre of Las Palmas de Gran Canaria, where participants, painted with eleven different colours, were positioned by the artist to form a composition inspired by the rainbow flag. The work was part of the Culture &amp; Business Pride 2026 festival programme. (</w:t>
      </w:r>
      <w:hyperlink r:id="rId21">
        <w:r>
          <w:rPr>
            <w:color w:val="0000EE"/>
            <w:u w:val="single"/>
          </w:rPr>
          <w:t>elespectador.com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erfil.com/noticias/sociedad/a50-spencer-tunick-reunio-a-500-personas-desnudas-en-gran-canaria-por-la-diversidad-lgtbiq.phtml" TargetMode="External"/><Relationship Id="rId10" Type="http://schemas.openxmlformats.org/officeDocument/2006/relationships/hyperlink" Target="https://efe.com/cultura/2026-07-26/tunick-plasma-en-las-palmas-el-gran-espectro-de-la-identidad-lgtbiq-en-una-escultura-humana-multicolor/" TargetMode="External"/><Relationship Id="rId11" Type="http://schemas.openxmlformats.org/officeDocument/2006/relationships/hyperlink" Target="https://www.rtve.es/noticias/20260726/tunick-plasma-gran-espectro-identidad-lgtbiq-escultura-humana-multicolor-palmas/17169558.shtml" TargetMode="External"/><Relationship Id="rId12" Type="http://schemas.openxmlformats.org/officeDocument/2006/relationships/hyperlink" Target="https://www.lavanguardia.com/local/canarias/20260727/11601760/spencer-tunick-desnuda-500-personas-gran-canaria-proyectar-libertad-defensa-lgtbiqa.html?home=ultima_hora" TargetMode="External"/><Relationship Id="rId13" Type="http://schemas.openxmlformats.org/officeDocument/2006/relationships/hyperlink" Target="https://www.elespectador.com/el-magazin-cultural/spencer-tunick-reune-500-cuerpos-para-crear-una-escultura-sobre-la-diversidad-lgtbiq/" TargetMode="External"/><Relationship Id="rId14" Type="http://schemas.openxmlformats.org/officeDocument/2006/relationships/hyperlink" Target="https://www.cadena3.com/noticia/cultura/spencer-tunick-congrego-a-500-desnudos-en-gran-canaria-para-celebrar-la-diversidad-lgtbiq_577395" TargetMode="External"/><Relationship Id="rId15" Type="http://schemas.openxmlformats.org/officeDocument/2006/relationships/hyperlink" Target="https://www.lavanguardia.com/local/canarias/20260727/11601760/spencer-tunick-desnuda-500-personas-gran-canaria-proyectar-libertad-defensa-lgtbiqa.html?home=ultima_hora&amp;utm_source=openai" TargetMode="External"/><Relationship Id="rId16" Type="http://schemas.openxmlformats.org/officeDocument/2006/relationships/hyperlink" Target="https://noticiasargentinas.com/cultura/spencer-tunick-reunio-a-500-personas-desnudas-en-una-obra-que-celebro-la-diversidad-lgtbiq-_a6a676368c5b51cb7e4e4f4f4?output=amp" TargetMode="External"/><Relationship Id="rId17" Type="http://schemas.openxmlformats.org/officeDocument/2006/relationships/hyperlink" Target="https://noticiasargentinas.com/cultura/spencer-tunick-reunio-a-500-personas-desnudas-en-una-obra-que-celebro-la-diversidad-lgtbiq-_a6a676368c5b51cb7e4e4f4f4?output=amp&amp;utm_source=openai" TargetMode="External"/><Relationship Id="rId18" Type="http://schemas.openxmlformats.org/officeDocument/2006/relationships/hyperlink" Target="https://www.cadena3.com/noticia/cultura/spencer-tunick-congrego-a-500-desnudos-en-gran-canaria-para-celebrar-la-diversidad-lgtbiq_577395?utm_source=openai" TargetMode="External"/><Relationship Id="rId19" Type="http://schemas.openxmlformats.org/officeDocument/2006/relationships/hyperlink" Target="https://www.rtve.es/noticias/20260726/tunick-plasma-gran-espectro-identidad-lgtbiq-escultura-humana-multicolor-palmas/17169558.shtml?utm_source=openai" TargetMode="External"/><Relationship Id="rId20" Type="http://schemas.openxmlformats.org/officeDocument/2006/relationships/hyperlink" Target="https://efe.com/cultura/2026-07-26/tunick-plasma-en-las-palmas-el-gran-espectro-de-la-identidad-lgtbiq-en-una-escultura-humana-multicolor/?utm_source=openai" TargetMode="External"/><Relationship Id="rId21" Type="http://schemas.openxmlformats.org/officeDocument/2006/relationships/hyperlink" Target="https://www.elespectador.com/el-magazin-cultural/spencer-tunick-reune-500-cuerpos-para-crear-una-escultura-sobre-la-diversidad-lgtbiq/?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