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Night of Stars Lineup: Alyssa Edwards Headlines GDMAF Fundraiser in Dallas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show‑goers are buzzing as Alyssa Edwards, Dallas native and drag superstar, is set to headline the Greg Dollgener Memorial AIDS Fund’s Night of Stars: The Original on Saturday 12 September , a high‑energy fundraiser at the Rose Room that blends drag glamour with vital local HIV support.</w:t>
      </w:r>
      <w:r/>
    </w:p>
    <w:p>
      <w:r/>
      <w:r>
        <w:t>Essential Takeaways</w:t>
      </w:r>
      <w:r/>
      <w:r/>
    </w:p>
    <w:p>
      <w:pPr>
        <w:pStyle w:val="ListBullet"/>
        <w:spacing w:line="240" w:lineRule="auto"/>
        <w:ind w:left="720"/>
      </w:pPr>
      <w:r/>
      <w:r>
        <w:rPr>
          <w:b/>
        </w:rPr>
        <w:t>Headline performer:</w:t>
      </w:r>
      <w:r>
        <w:t xml:space="preserve"> Alyssa Edwards, Mesquite‑born drag icon, will lead Night of Stars on 12 September at the Rose Room inside S4. </w:t>
      </w:r>
      <w:r/>
    </w:p>
    <w:p>
      <w:pPr>
        <w:pStyle w:val="ListBullet"/>
        <w:spacing w:line="240" w:lineRule="auto"/>
        <w:ind w:left="720"/>
      </w:pPr>
      <w:r/>
      <w:r>
        <w:rPr>
          <w:b/>
        </w:rPr>
        <w:t>Supportive cast:</w:t>
      </w:r>
      <w:r>
        <w:t xml:space="preserve"> The evening features a strong local bill including Onyx Anderson, Penny Cilyn, JT Davenport and more. </w:t>
      </w:r>
      <w:r/>
    </w:p>
    <w:p>
      <w:pPr>
        <w:pStyle w:val="ListBullet"/>
        <w:spacing w:line="240" w:lineRule="auto"/>
        <w:ind w:left="720"/>
      </w:pPr>
      <w:r/>
      <w:r>
        <w:rPr>
          <w:b/>
        </w:rPr>
        <w:t>Ticketing:</w:t>
      </w:r>
      <w:r>
        <w:t xml:space="preserve"> General admission is $30 in advance; VIP (pre‑show reception and meet‑and‑greet) is $50 in advance. </w:t>
      </w:r>
      <w:r/>
    </w:p>
    <w:p>
      <w:pPr>
        <w:pStyle w:val="ListBullet"/>
        <w:spacing w:line="240" w:lineRule="auto"/>
        <w:ind w:left="720"/>
      </w:pPr>
      <w:r/>
      <w:r>
        <w:rPr>
          <w:b/>
        </w:rPr>
        <w:t>Purpose:</w:t>
      </w:r>
      <w:r>
        <w:t xml:space="preserve"> The event raises funds for GDMAF’s HIV‑related programmes across North Texas; sponsorships are available. </w:t>
      </w:r>
      <w:r/>
    </w:p>
    <w:p>
      <w:pPr>
        <w:pStyle w:val="ListBullet"/>
        <w:spacing w:line="240" w:lineRule="auto"/>
        <w:ind w:left="720"/>
      </w:pPr>
      <w:r/>
      <w:r>
        <w:rPr>
          <w:b/>
        </w:rPr>
        <w:t>Vibe:</w:t>
      </w:r>
      <w:r>
        <w:t xml:space="preserve"> Expect theatrical numbers, polished choreography and a community atmosphere , Alyssa’s dance background promises a lively, precise show.</w:t>
      </w:r>
      <w:r/>
      <w:r/>
    </w:p>
    <w:p>
      <w:pPr>
        <w:pStyle w:val="Heading2"/>
      </w:pPr>
      <w:r>
        <w:t>Why Alyssa Edwards matters to this Night of Stars</w:t>
      </w:r>
      <w:r/>
    </w:p>
    <w:p>
      <w:r/>
      <w:r>
        <w:t>Alyssa Edwards is not just a familiar face from reality TV; she’s a North Texas success story with a real performance pedigree, and that matters when a fundraiser leans into spectacle. Her Beyond Belief Dance Company roots mean she brings a choreographic polish and stagecraft that make numbers pop and fundraising nights feel like events you won’t forget. According to local organisers, that blend of local pride and star power helps drive ticket sales and attention for GDMAF’s mission.</w:t>
      </w:r>
      <w:r/>
    </w:p>
    <w:p>
      <w:pPr>
        <w:pStyle w:val="Heading2"/>
      </w:pPr>
      <w:r>
        <w:t>What to expect from the show and the line‑up</w:t>
      </w:r>
      <w:r/>
    </w:p>
    <w:p>
      <w:r/>
      <w:r>
        <w:t>Night of Stars traditionally mixes national names with homegrown talent, and this year’s roster keeps that tradition. Alongside Alyssa you’ll see performers like Onyx Anderson, Penny Cilyn and JT Davenport , a mix that promises variety from comedy to high‑glamour lipsyncs. The Rose Room is known for an intimate yet theatrical feel; expect close views, dramatic lighting and a lively crowd. If you like polished choreography and vivid costumes, this is the kind of night that delivers.</w:t>
      </w:r>
      <w:r/>
    </w:p>
    <w:p>
      <w:pPr>
        <w:pStyle w:val="Heading2"/>
      </w:pPr>
      <w:r>
        <w:t>Tickets, VIP perks and practical tips</w:t>
      </w:r>
      <w:r/>
    </w:p>
    <w:p>
      <w:r/>
      <w:r>
        <w:t>Tickets are available on the GDMAF website: advance general admission is $30, while VIP tickets are $50 and include an exclusive pre‑show reception and a meet‑and‑greet with Alyssa. If you want photos or a moment with the star, VIP is the sensible choice , just buy early, these fundraisers often sell out. For groups, check sponsorship packages; businesses and individuals can both contribute while getting extra visibility and event access.</w:t>
      </w:r>
      <w:r/>
    </w:p>
    <w:p>
      <w:pPr>
        <w:pStyle w:val="Heading2"/>
      </w:pPr>
      <w:r>
        <w:t>Why GDMAF’s Night of Stars still matters</w:t>
      </w:r>
      <w:r/>
    </w:p>
    <w:p>
      <w:r/>
      <w:r>
        <w:t>GDMAF says Night of Stars has been a staple for more than a decade, combining entertainment with fundraising for HIV‑related services in North Texas. Events like this do two things: they bring community together and they sustain services that many rely on. Industry observers and local outlets note that showcasing queer talent while raising vital funds has become a trusted formula for impact and celebration.</w:t>
      </w:r>
      <w:r/>
    </w:p>
    <w:p>
      <w:pPr>
        <w:pStyle w:val="Heading2"/>
      </w:pPr>
      <w:r>
        <w:t>How to plan your night and support beyond tickets</w:t>
      </w:r>
      <w:r/>
    </w:p>
    <w:p>
      <w:r/>
      <w:r>
        <w:t>Arrive early to enjoy the pre‑show atmosphere and, if you’ve got VIP, that meet‑and‑greet window. Wear something you’ll feel fabulous in , part of the fun is seeing the room come alive. If you can’t attend, consider sponsoring or donating via GDMAF’s site; these contributions often underwrite services that tickets alone can’t cover. And if you love Alyssa’s style, follow her work and the dance company to keep supporting local arts between events.</w:t>
      </w:r>
      <w:r/>
    </w:p>
    <w:p>
      <w:r/>
      <w:r>
        <w:t>It's a small change in your evening plan that can make a big difference for local services and deliver a brilliantly theatrical night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https://meaws.com/news/breaking-news-gdmaf-announces-alyssa-edwards/104680</w:t>
        </w:r>
      </w:hyperlink>
      <w:r>
        <w:t xml:space="preserve"> - Please view link - unable to able to access data</w:t>
      </w:r>
      <w:r/>
    </w:p>
    <w:p>
      <w:pPr>
        <w:pStyle w:val="ListNumber"/>
        <w:spacing w:line="240" w:lineRule="auto"/>
        <w:ind w:left="720"/>
      </w:pPr>
      <w:r/>
      <w:hyperlink r:id="rId10">
        <w:r>
          <w:rPr>
            <w:color w:val="0000EE"/>
            <w:u w:val="single"/>
          </w:rPr>
          <w:t>https://www.gdmaf.org/night-of-stars/</w:t>
        </w:r>
      </w:hyperlink>
      <w:r>
        <w:t xml:space="preserve"> - The Greg Dollgener Memorial AIDS Fund (GDMAF) hosts the annual 'Night of Stars' event, featuring performances by renowned drag artists and local talents. The 2025 event, held on September 6, showcased RuPaul’s Drag Race All-Star fan favourite Bosco, along with entertainers like Wayne Smith, Devon DeVasquez, and Gloria Devine. The fundraiser supports GDMAF's mission to provide emergency financial assistance to individuals living with HIV/AIDS in North Texas. The event took place at The Rose Room inside S4, located in Dallas' Oak Lawn district.</w:t>
      </w:r>
      <w:r/>
    </w:p>
    <w:p>
      <w:pPr>
        <w:pStyle w:val="ListNumber"/>
        <w:spacing w:line="240" w:lineRule="auto"/>
        <w:ind w:left="720"/>
      </w:pPr>
      <w:r/>
      <w:hyperlink r:id="rId11">
        <w:r>
          <w:rPr>
            <w:color w:val="0000EE"/>
            <w:u w:val="single"/>
          </w:rPr>
          <w:t>https://www.gdmaf.org/event/night-of-stars/</w:t>
        </w:r>
      </w:hyperlink>
      <w:r>
        <w:t xml:space="preserve"> - GDMAF's 'Night of Stars' is an annual benefit show supporting the Greg Dollgener Memorial AIDS Fund. The 2025 event, scheduled for September 6, featured Bosco, a Seattle performer known for her appearances on RuPaul’s Drag Race Season 14 and All Stars 10. The lineup also included Wayne Smith, Devon DeVasquez, Gloria Devine, Sienna Silver, Sierra Lapuerta, Mary Anne Somers, Carmella Dubuque, Kabrina D Sierra, Mattie Madison, Bronx Davenport, Peter DiCesare, and Italy Nicole Jenkins. Tickets were available for general admission and VIP packages.</w:t>
      </w:r>
      <w:r/>
    </w:p>
    <w:p>
      <w:pPr>
        <w:pStyle w:val="ListNumber"/>
        <w:spacing w:line="240" w:lineRule="auto"/>
        <w:ind w:left="720"/>
      </w:pPr>
      <w:r/>
      <w:hyperlink r:id="rId12">
        <w:r>
          <w:rPr>
            <w:color w:val="0000EE"/>
            <w:u w:val="single"/>
          </w:rPr>
          <w:t>https://dallasvoice.com/thorgy-thor-to-headline-gdmafs-night-of-stars/</w:t>
        </w:r>
      </w:hyperlink>
      <w:r>
        <w:t xml:space="preserve"> - In July 2024, the Greg Dollgener Memorial AIDS Fund announced that Thorgy Thor, a fan favourite from Season 8 of RuPaul’s Drag Race and Season 3 of RuPaul’s Drag Race All Stars, would headline the 'Night of Stars: Icons' fundraiser. The event was set for September 7, 2024, at The Rose Room inside S4 in Dallas. The show also featured a lineup of local entertainers, including Wayne Smith as Cher, Carmella Dubuque, Devon DeVasquez, Sierra LaPuerta, Edna Jean Robinson, Gloria Devine, Vanity Storm, Sienna Silver, Layla LaRue, Mary Anne Somers, and Mattie Madison.</w:t>
      </w:r>
      <w:r/>
    </w:p>
    <w:p>
      <w:pPr>
        <w:pStyle w:val="ListNumber"/>
        <w:spacing w:line="240" w:lineRule="auto"/>
        <w:ind w:left="720"/>
      </w:pPr>
      <w:r/>
      <w:hyperlink r:id="rId13">
        <w:r>
          <w:rPr>
            <w:color w:val="0000EE"/>
            <w:u w:val="single"/>
          </w:rPr>
          <w:t>https://dallasvoice.com/dvtv-gdmafs-night-of-stars-icons/</w:t>
        </w:r>
      </w:hyperlink>
      <w:r>
        <w:t xml:space="preserve"> - The Greg Dollgener Memorial AIDS Fund's 'Night of Stars — Icons' event featured Thorgy Thor and a host of local legends. DVtv's Regina Lyn and Paula S. captured the action, including an interview with Thorgy Thor. The event showcased performances by various entertainers and was held at The Rose Room inside S4 in Dallas. The fundraiser supported GDMAF's mission to provide emergency financial assistance to individuals living with HIV/AIDS in North Texas.</w:t>
      </w:r>
      <w:r/>
    </w:p>
    <w:p>
      <w:pPr>
        <w:pStyle w:val="ListNumber"/>
        <w:spacing w:line="240" w:lineRule="auto"/>
        <w:ind w:left="720"/>
      </w:pPr>
      <w:r/>
      <w:hyperlink r:id="rId14">
        <w:r>
          <w:rPr>
            <w:color w:val="0000EE"/>
            <w:u w:val="single"/>
          </w:rPr>
          <w:t>https://www.gdmaf.org/board-members/</w:t>
        </w:r>
      </w:hyperlink>
      <w:r>
        <w:t xml:space="preserve"> - The Greg Dollgener Memorial AIDS Fund (GDMAF) is governed by a dedicated board of directors. The current board members include President Barry Robertson, Vice-President Christian Perow, Secretary Dawn Shults, Treasurer Jim Newton, and Board Members David Hearn, Doris Newton, Greg Wallace, Michael Screws, Tony Rox, and Fernie Sanchez. GDMAF is a 501(c)(3) nonprofit organization that provides emergency financial assistance to individuals living with HIV/AIDS in North Texas.</w:t>
      </w:r>
      <w:r/>
    </w:p>
    <w:p>
      <w:pPr>
        <w:pStyle w:val="ListNumber"/>
        <w:spacing w:line="240" w:lineRule="auto"/>
        <w:ind w:left="720"/>
      </w:pPr>
      <w:r/>
      <w:hyperlink r:id="rId15">
        <w:r>
          <w:rPr>
            <w:color w:val="0000EE"/>
            <w:u w:val="single"/>
          </w:rPr>
          <w:t>https://dallasvoice.com/bosco-to-headline-night-of-stars/</w:t>
        </w:r>
      </w:hyperlink>
      <w:r>
        <w:t xml:space="preserve"> - In July 2025, it was announced that Bosco, a fan favourite from RuPaul’s Drag Race All-Stars, would headline the 'Night of Stars' benefit show supporting the Greg Dollgener Memorial AIDS Fund. The event was scheduled for September 6, 2025, at The Rose Room inside S4 in Dallas. The lineup also included performances by Wayne Smith, Devon DeVasquez, Gloria Devine, Sienna Silver, Sierra Lapuerta, Mary Anne Somers, Carmella Dubuque, Kabrina D Sierra, Mattie Madison, Bronx Davenport, Peter DiCesare, and Italy Nicole Jenkins. Tickets were available for general admission and VIP packages.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reaking-news-gdmaf-announces-alyssa-edwards/104680" TargetMode="External"/><Relationship Id="rId10" Type="http://schemas.openxmlformats.org/officeDocument/2006/relationships/hyperlink" Target="https://www.gdmaf.org/night-of-stars/" TargetMode="External"/><Relationship Id="rId11" Type="http://schemas.openxmlformats.org/officeDocument/2006/relationships/hyperlink" Target="https://www.gdmaf.org/event/night-of-stars/" TargetMode="External"/><Relationship Id="rId12" Type="http://schemas.openxmlformats.org/officeDocument/2006/relationships/hyperlink" Target="https://dallasvoice.com/thorgy-thor-to-headline-gdmafs-night-of-stars/" TargetMode="External"/><Relationship Id="rId13" Type="http://schemas.openxmlformats.org/officeDocument/2006/relationships/hyperlink" Target="https://dallasvoice.com/dvtv-gdmafs-night-of-stars-icons/" TargetMode="External"/><Relationship Id="rId14" Type="http://schemas.openxmlformats.org/officeDocument/2006/relationships/hyperlink" Target="https://www.gdmaf.org/board-members/" TargetMode="External"/><Relationship Id="rId15" Type="http://schemas.openxmlformats.org/officeDocument/2006/relationships/hyperlink" Target="https://dallasvoice.com/bosco-to-headline-night-of-st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