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Gay Bars in Luxembourg City That Are Reviving Nightlife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night owls are noticing a welcome return: two new gay bars have opened in Luxembourg City, offering LGBTQ+ people a visible, social place to meet, relax and feel safer in public life. The Glëck and Dorothy's launched in June and are already shaping a fresh, diverse scene.</w:t>
      </w:r>
      <w:r/>
    </w:p>
    <w:p>
      <w:r/>
      <w:r>
        <w:t>Essential Takeaways</w:t>
      </w:r>
      <w:r/>
      <w:r/>
    </w:p>
    <w:p>
      <w:pPr>
        <w:pStyle w:val="ListBullet"/>
        <w:spacing w:line="240" w:lineRule="auto"/>
        <w:ind w:left="720"/>
      </w:pPr>
      <w:r/>
      <w:r>
        <w:rPr>
          <w:b/>
        </w:rPr>
        <w:t>Two new venues:</w:t>
      </w:r>
      <w:r>
        <w:t xml:space="preserve"> The Glëck and Dorothy's opened in June, filling a gap in Luxembourg City's queer nightlife.</w:t>
      </w:r>
      <w:r/>
    </w:p>
    <w:p>
      <w:pPr>
        <w:pStyle w:val="ListBullet"/>
        <w:spacing w:line="240" w:lineRule="auto"/>
        <w:ind w:left="720"/>
      </w:pPr>
      <w:r/>
      <w:r>
        <w:rPr>
          <w:b/>
        </w:rPr>
        <w:t>Warm, cross-generational vibe:</w:t>
      </w:r>
      <w:r>
        <w:t xml:space="preserve"> Owners report crowds from late teens to people in their 70s, creating a mixed, inclusive atmosphere.</w:t>
      </w:r>
      <w:r/>
    </w:p>
    <w:p>
      <w:pPr>
        <w:pStyle w:val="ListBullet"/>
        <w:spacing w:line="240" w:lineRule="auto"/>
        <w:ind w:left="720"/>
      </w:pPr>
      <w:r/>
      <w:r>
        <w:rPr>
          <w:b/>
        </w:rPr>
        <w:t>Safety and visibility:</w:t>
      </w:r>
      <w:r>
        <w:t xml:space="preserve"> Dedicated spaces matter when many LGBTQ+ people still limit public displays of affection or avoid certain areas.</w:t>
      </w:r>
      <w:r/>
    </w:p>
    <w:p>
      <w:pPr>
        <w:pStyle w:val="ListBullet"/>
        <w:spacing w:line="240" w:lineRule="auto"/>
        <w:ind w:left="720"/>
      </w:pPr>
      <w:r/>
      <w:r>
        <w:rPr>
          <w:b/>
        </w:rPr>
        <w:t>Beyond apps:</w:t>
      </w:r>
      <w:r>
        <w:t xml:space="preserve"> Despite dating apps and social media, in-person gathering places remain vital for community building.</w:t>
      </w:r>
      <w:r/>
    </w:p>
    <w:p>
      <w:pPr>
        <w:pStyle w:val="ListBullet"/>
        <w:spacing w:line="240" w:lineRule="auto"/>
        <w:ind w:left="720"/>
      </w:pPr>
      <w:r/>
      <w:r>
        <w:rPr>
          <w:b/>
        </w:rPr>
        <w:t>Events and afterworks:</w:t>
      </w:r>
      <w:r>
        <w:t xml:space="preserve"> Regular meet-ups, aperitivo-style evenings and themed nights are already drawing steady footfall.</w:t>
      </w:r>
      <w:r/>
      <w:r/>
    </w:p>
    <w:p>
      <w:pPr>
        <w:pStyle w:val="Heading2"/>
      </w:pPr>
      <w:r>
        <w:t>Why two bars matter: visibility, comfort and community</w:t>
      </w:r>
      <w:r/>
    </w:p>
    <w:p>
      <w:r/>
      <w:r>
        <w:t>Luxembourg City had reached a point where queer-specific venues were scarce, and that absence was more than inconvenient , it eroded visible community presence and casual socialising. The arrival of the Glëck in Grand-Rue and Dorothy's by the Rives de Clausen doesn't just add nightlife options, it restores that simple human thing: a place where you can hold hands, chat across a table and feel recognised. Owners and patrons alike say the rooms feel warm rather than clubby, with a relaxed hum that encourages conversation.</w:t>
      </w:r>
      <w:r/>
    </w:p>
    <w:p>
      <w:pPr>
        <w:pStyle w:val="Heading2"/>
      </w:pPr>
      <w:r>
        <w:t>What locals are saying , a cross-generational crowd</w:t>
      </w:r>
      <w:r/>
    </w:p>
    <w:p>
      <w:r/>
      <w:r>
        <w:t>According to operators and early customers, these bars are attracting an unusually wide age range. Where nightlife often fragments by generation, the new venues seem to knit the community together: students, young professionals and older regulars sharing the same stool. That mix gives evenings a lived-in, friendly feel , think comfortable banter, not staged inclusivity. For anyone choosing where to go, pick a night that matches your vibe: quieter afterworks for conversation, later events if you're after music and dancing.</w:t>
      </w:r>
      <w:r/>
    </w:p>
    <w:p>
      <w:pPr>
        <w:pStyle w:val="Heading2"/>
      </w:pPr>
      <w:r>
        <w:t>Safety still matters , why dedicated spaces help</w:t>
      </w:r>
      <w:r/>
    </w:p>
    <w:p>
      <w:r/>
      <w:r>
        <w:t>Surveys show a significant share of LGBTQ+ people in Luxembourg modify behaviour in public because of fear or discomfort. That reality makes dedicated venues more than a nicety; they're a practical response to ongoing social awkwardness and occasional prejudice. Owners frame their role as creating small islands of safety within the city, with staff trained to spot and defuse trouble and with layouts that encourage groups rather than isolating lone visitors. If safety is a priority, call ahead about the night’s vibe or visit early to get a sense of the space.</w:t>
      </w:r>
      <w:r/>
    </w:p>
    <w:p>
      <w:pPr>
        <w:pStyle w:val="Heading2"/>
      </w:pPr>
      <w:r>
        <w:t>Events and partnerships are bringing people together</w:t>
      </w:r>
      <w:r/>
    </w:p>
    <w:p>
      <w:r/>
      <w:r>
        <w:t>Both bars are leaning into programming to keep people coming back: afterworks, aperitivo-style gatherings, theme nights and collaborations with local collectives. Those kinds of events work on two levels , they soften first-time visits and give established patrons reasons to bring friends who might not otherwise step into a queer bar. For organisers, the lesson is simple: blend low-pressure socialising with occasional headline nights to keep the calendar lively without overwhelming newcomers.</w:t>
      </w:r>
      <w:r/>
    </w:p>
    <w:p>
      <w:pPr>
        <w:pStyle w:val="Heading2"/>
      </w:pPr>
      <w:r>
        <w:t>How to choose which night to try first</w:t>
      </w:r>
      <w:r/>
    </w:p>
    <w:p>
      <w:r/>
      <w:r>
        <w:t>If you’re curious but cautious, start with an early-week afterwork or a community-focused apero, where the atmosphere tends to be chatty and low-key. Weekend nights will be livelier and better for dancing or late conversations. Dress comfortably, bring a friend if you like, and remember that welcoming bars depend on patronage , showing up supports the wider community. And if you run a local group or charity, reach out: these venues often welcome partnerships that broaden attendance.</w:t>
      </w:r>
      <w:r/>
    </w:p>
    <w:p>
      <w:r/>
      <w:r>
        <w:t>It's a small but meaningful revival for a city that benefits when its queer life is visible, varied and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12">
        <w:r>
          <w:rPr>
            <w:color w:val="0000EE"/>
            <w:u w:val="single"/>
          </w:rPr>
          <w:t>[3]</w:t>
        </w:r>
      </w:hyperlink>
      <w:r>
        <w:t xml:space="preserve">, </w:t>
      </w:r>
      <w:hyperlink r:id="rId13">
        <w:r>
          <w:rPr>
            <w:color w:val="0000EE"/>
            <w:u w:val="single"/>
          </w:rPr>
          <w:t>[4]</w:t>
        </w:r>
      </w:hyperlink>
      <w:r>
        <w:t xml:space="preserve">- Paragraph 5: </w:t>
      </w:r>
      <w:hyperlink r:id="rId12">
        <w:r>
          <w:rPr>
            <w:color w:val="0000EE"/>
            <w:u w:val="single"/>
          </w:rPr>
          <w:t>[6]</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https://lequotidien.lu/a-la-une/deux-bars-gays-ouvrent-a-luxembourg-il-nous-faut-ce-type-despace-pour-exister/</w:t>
        </w:r>
      </w:hyperlink>
      <w:r>
        <w:t xml:space="preserve"> - Please view link - unable to able to access data</w:t>
      </w:r>
      <w:r/>
    </w:p>
    <w:p>
      <w:pPr>
        <w:pStyle w:val="ListNumber"/>
        <w:spacing w:line="240" w:lineRule="auto"/>
        <w:ind w:left="720"/>
      </w:pPr>
      <w:r/>
      <w:hyperlink r:id="rId10">
        <w:r>
          <w:rPr>
            <w:color w:val="0000EE"/>
            <w:u w:val="single"/>
          </w:rPr>
          <w:t>https://www.luxtimes.lu/luxembourg/customers-flock-to-luxembourg-citys-new-gay-bar/158955981.html</w:t>
        </w:r>
      </w:hyperlink>
      <w:r>
        <w:t xml:space="preserve"> - Le Gléck, Luxembourg's new gay bar, opened in June 2026 at 60 Grand-Rue, replacing the former Letz Boys. Owner Benjamin Bart, originally from Strasbourg, aims to provide a dedicated space for the LGBTQIA+ community, emphasising the importance of such venues for the community's existence. The bar has attracted a diverse clientele, with ages ranging from 19 to over 70, highlighting its broad appeal.</w:t>
      </w:r>
      <w:r/>
    </w:p>
    <w:p>
      <w:pPr>
        <w:pStyle w:val="ListNumber"/>
        <w:spacing w:line="240" w:lineRule="auto"/>
        <w:ind w:left="720"/>
      </w:pPr>
      <w:r/>
      <w:hyperlink r:id="rId12">
        <w:r>
          <w:rPr>
            <w:color w:val="0000EE"/>
            <w:u w:val="single"/>
          </w:rPr>
          <w:t>https://www.chouchou-teadance.com/event-details/aperylux-3</w:t>
        </w:r>
      </w:hyperlink>
      <w:r>
        <w:t xml:space="preserve"> - Dorothy's, a new LGBTIQ+ bar in Luxembourg, opened its doors at Rives de Clausen. To celebrate, an afterwork gathering was held on 27 March 2026, offering a relaxed and colourful evening to toast the launch of this new venue dedicated to the LGBTQ+ community.</w:t>
      </w:r>
      <w:r/>
    </w:p>
    <w:p>
      <w:pPr>
        <w:pStyle w:val="ListNumber"/>
        <w:spacing w:line="240" w:lineRule="auto"/>
        <w:ind w:left="720"/>
      </w:pPr>
      <w:r/>
      <w:hyperlink r:id="rId13">
        <w:r>
          <w:rPr>
            <w:color w:val="0000EE"/>
            <w:u w:val="single"/>
          </w:rPr>
          <w:t>https://www.chouchou-teadance.com/event-details/aperylux-sneak-preview-afterwork-new-lgbtiq-bar</w:t>
        </w:r>
      </w:hyperlink>
      <w:r>
        <w:t xml:space="preserve"> - A private pre-opening event for Dorothy's, Luxembourg's future LGBTIQ+ bar, took place on 22 May 2026. The event aimed to introduce the venue, its atmosphere, and the project prepared with passion for the entire community, highlighting the anticipation and support for this new establishment.</w:t>
      </w:r>
      <w:r/>
    </w:p>
    <w:p>
      <w:pPr>
        <w:pStyle w:val="ListNumber"/>
        <w:spacing w:line="240" w:lineRule="auto"/>
        <w:ind w:left="720"/>
      </w:pPr>
      <w:r/>
      <w:hyperlink r:id="rId11">
        <w:r>
          <w:rPr>
            <w:color w:val="0000EE"/>
            <w:u w:val="single"/>
          </w:rPr>
          <w:t>https://legleck.lu/</w:t>
        </w:r>
      </w:hyperlink>
      <w:r>
        <w:t xml:space="preserve"> - Le Gléck is a gay bar located at 60 Grand-Rue in Luxembourg City. The name 'Gléck' means 'luck' and 'happiness' in Luxembourgish, reflecting the owner's vision of providing a space where the LGBTQ+ community can come together. The bar offers a variety of cocktails and beverages in a welcoming environment.</w:t>
      </w:r>
      <w:r/>
    </w:p>
    <w:p>
      <w:pPr>
        <w:pStyle w:val="ListNumber"/>
        <w:spacing w:line="240" w:lineRule="auto"/>
        <w:ind w:left="720"/>
      </w:pPr>
      <w:r/>
      <w:hyperlink r:id="rId12">
        <w:r>
          <w:rPr>
            <w:color w:val="0000EE"/>
            <w:u w:val="single"/>
          </w:rPr>
          <w:t>https://www.chouchou-teadance.com/event-details/aperylux-3</w:t>
        </w:r>
      </w:hyperlink>
      <w:r>
        <w:t xml:space="preserve"> - Dorothy's, a new LGBTIQ+ bar in Luxembourg, opened its doors at Rives de Clausen. To celebrate, an afterwork gathering was held on 27 March 2026, offering a relaxed and colourful evening to toast the launch of this new venue dedicated to the LGBTQ+ community.</w:t>
      </w:r>
      <w:r/>
    </w:p>
    <w:p>
      <w:pPr>
        <w:pStyle w:val="ListNumber"/>
        <w:spacing w:line="240" w:lineRule="auto"/>
        <w:ind w:left="720"/>
      </w:pPr>
      <w:r/>
      <w:hyperlink r:id="rId13">
        <w:r>
          <w:rPr>
            <w:color w:val="0000EE"/>
            <w:u w:val="single"/>
          </w:rPr>
          <w:t>https://www.chouchou-teadance.com/event-details/aperylux-sneak-preview-afterwork-new-lgbtiq-bar</w:t>
        </w:r>
      </w:hyperlink>
      <w:r>
        <w:t xml:space="preserve"> - A private pre-opening event for Dorothy's, Luxembourg's future LGBTIQ+ bar, took place on 22 May 2026. The event aimed to introduce the venue, its atmosphere, and the project prepared with passion for the entire community, highlighting the anticipation and support for this new establishment.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equotidien.lu/a-la-une/deux-bars-gays-ouvrent-a-luxembourg-il-nous-faut-ce-type-despace-pour-exister/" TargetMode="External"/><Relationship Id="rId10" Type="http://schemas.openxmlformats.org/officeDocument/2006/relationships/hyperlink" Target="https://www.luxtimes.lu/luxembourg/customers-flock-to-luxembourg-citys-new-gay-bar/158955981.html" TargetMode="External"/><Relationship Id="rId11" Type="http://schemas.openxmlformats.org/officeDocument/2006/relationships/hyperlink" Target="https://legleck.lu/" TargetMode="External"/><Relationship Id="rId12" Type="http://schemas.openxmlformats.org/officeDocument/2006/relationships/hyperlink" Target="https://www.chouchou-teadance.com/event-details/aperylux-3" TargetMode="External"/><Relationship Id="rId13" Type="http://schemas.openxmlformats.org/officeDocument/2006/relationships/hyperlink" Target="https://www.chouchou-teadance.com/event-details/aperylux-sneak-preview-afterwork-new-lgbtiq-ba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