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Minecraft Pride Add-on: Hive of Harmony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players are noticing Minecraft’s new Hive of Harmony Pride add-on, a limited-time free pack on the Marketplace that dresses bees and banners in Pride colours and boosts hive productivity , a playful, visual nod to Stockholm Pride that matters because Minecraft reaches hundreds of millions globally.</w:t>
      </w:r>
      <w:r/>
    </w:p>
    <w:p>
      <w:r/>
      <w:r>
        <w:t>Essential takeaways</w:t>
      </w:r>
      <w:r/>
      <w:r/>
    </w:p>
    <w:p>
      <w:pPr>
        <w:pStyle w:val="ListBullet"/>
        <w:spacing w:line="240" w:lineRule="auto"/>
        <w:ind w:left="720"/>
      </w:pPr>
      <w:r/>
      <w:r>
        <w:rPr>
          <w:b/>
        </w:rPr>
        <w:t>Free and time-limited:</w:t>
      </w:r>
      <w:r>
        <w:t xml:space="preserve"> The Hive of Harmony add-on is available for free on the Minecraft Marketplace for a limited period. It includes Pride-themed bees and banners and is downloadable in-game.</w:t>
      </w:r>
      <w:r/>
    </w:p>
    <w:p>
      <w:pPr>
        <w:pStyle w:val="ListBullet"/>
        <w:spacing w:line="240" w:lineRule="auto"/>
        <w:ind w:left="720"/>
      </w:pPr>
      <w:r/>
      <w:r>
        <w:rPr>
          <w:b/>
        </w:rPr>
        <w:t>Gameplay tweak:</w:t>
      </w:r>
      <w:r>
        <w:t xml:space="preserve"> Pride-coloured hives in the pack grow twice as fast and can spawn a special Ally Queen bee, making them both decorative and functional.</w:t>
      </w:r>
      <w:r/>
    </w:p>
    <w:p>
      <w:pPr>
        <w:pStyle w:val="ListBullet"/>
        <w:spacing w:line="240" w:lineRule="auto"/>
        <w:ind w:left="720"/>
      </w:pPr>
      <w:r/>
      <w:r>
        <w:rPr>
          <w:b/>
        </w:rPr>
        <w:t>Festival tie-in:</w:t>
      </w:r>
      <w:r>
        <w:t xml:space="preserve"> The add-on ties directly to Stockholm Pride, which runs late July and hosts large parades and a Pride District with music, art and community spaces.</w:t>
      </w:r>
      <w:r/>
    </w:p>
    <w:p>
      <w:pPr>
        <w:pStyle w:val="ListBullet"/>
        <w:spacing w:line="240" w:lineRule="auto"/>
        <w:ind w:left="720"/>
      </w:pPr>
      <w:r/>
      <w:r>
        <w:rPr>
          <w:b/>
        </w:rPr>
        <w:t>Visual variety:</w:t>
      </w:r>
      <w:r>
        <w:t xml:space="preserve"> The pack includes multiple flag variants, including the rainbow and transgender designs, reflecting broader Pride representation.</w:t>
      </w:r>
      <w:r/>
    </w:p>
    <w:p>
      <w:pPr>
        <w:pStyle w:val="ListBullet"/>
        <w:spacing w:line="240" w:lineRule="auto"/>
        <w:ind w:left="720"/>
      </w:pPr>
      <w:r/>
      <w:r>
        <w:rPr>
          <w:b/>
        </w:rPr>
        <w:t>Community reach:</w:t>
      </w:r>
      <w:r>
        <w:t xml:space="preserve"> Minecraft’s huge player base means these visual gestures land with many players worldwide, blending celebration with gameplay.</w:t>
      </w:r>
      <w:r/>
      <w:r/>
    </w:p>
    <w:p>
      <w:pPr>
        <w:pStyle w:val="Heading2"/>
      </w:pPr>
      <w:r>
        <w:t>What the Hive of Harmony pack actually does , colourful bees and boosted hives</w:t>
      </w:r>
      <w:r/>
    </w:p>
    <w:p>
      <w:r/>
      <w:r>
        <w:t>Minecraft’s official site outlines the Hive of Harmony add-on as a free Marketplace item that swaps bees and hives for Pride-themed looks and banners. The change isn’t just cosmetic: rainbow hives “grow twice as fast” and can produce a powerful Ally Queen bee, so you’ll notice both colour and function when you visit an apiary.</w:t>
      </w:r>
      <w:r/>
    </w:p>
    <w:p>
      <w:r/>
      <w:r>
        <w:t>Players often vote with their wallets and clicks, and a free pack with a gameplay bonus is a smart mix of show and utility. If you run servers or play in co-op, consider which worlds you install it on , the faster-growth mechanic could shift resource balances in shared games.</w:t>
      </w:r>
      <w:r/>
    </w:p>
    <w:p>
      <w:pPr>
        <w:pStyle w:val="Heading2"/>
      </w:pPr>
      <w:r>
        <w:t>Why tie it to Stockholm Pride? Context and the festival’s scope</w:t>
      </w:r>
      <w:r/>
    </w:p>
    <w:p>
      <w:r/>
      <w:r>
        <w:t>Stockholm Pride is one of Scandinavia’s biggest Pride events, running late July into early August with a parade that draws tens of thousands and a Pride District offering music, stalls and parties. The festival’s programme even highlights themed neighbourhoods, so a digital collaboration feels like a natural cultural cross-over.</w:t>
      </w:r>
      <w:r/>
    </w:p>
    <w:p>
      <w:r/>
      <w:r>
        <w:t>Public festival pages make clear the event blends family-friendly spaces with areas aimed at adult audiences; that context helps explain why some online write-ups noted fringe elements in the Pride District. For Minecraft, partnering with a recognised festival lends real-world meaning to an in-game celebration.</w:t>
      </w:r>
      <w:r/>
    </w:p>
    <w:p>
      <w:pPr>
        <w:pStyle w:val="Heading2"/>
      </w:pPr>
      <w:r>
        <w:t>Reactions and the wider conversation , why some players care, and why others don’t</w:t>
      </w:r>
      <w:r/>
    </w:p>
    <w:p>
      <w:r/>
      <w:r>
        <w:t>For many players, the pack is a lighthearted way to show support and decorate builds; the doubled hive growth gives a practical nudge to install it. Others spot the connection to real-world Pride events and read more into the move , games increasingly act as cultural platforms, so reactions are bound to vary.</w:t>
      </w:r>
      <w:r/>
    </w:p>
    <w:p>
      <w:r/>
      <w:r>
        <w:t>If you moderate a community, be prepared for differing opinions and set clear rules about what’s allowed on your servers. For families, glance at the festival’s public programme if you want to understand the full real-world event the pack references.</w:t>
      </w:r>
      <w:r/>
    </w:p>
    <w:p>
      <w:pPr>
        <w:pStyle w:val="Heading2"/>
      </w:pPr>
      <w:r>
        <w:t>How to use it and simple tips for builders and server admins</w:t>
      </w:r>
      <w:r/>
    </w:p>
    <w:p>
      <w:r/>
      <w:r>
        <w:t>Installing the add-on is straightforward through the Marketplace in-game. If you’re a builder, the new banners make for bright accent pieces in towns and event zones. Server admins should test the faster hive growth in a staging world first; resource boons can affect balance in survival or economy servers.</w:t>
      </w:r>
      <w:r/>
    </w:p>
    <w:p>
      <w:r/>
      <w:r>
        <w:t>If you want a subtler look, use the banners and keep the hives decorative only. And if you’re curating educational or community spaces, the packs can be a launching point for conversations about inclusion , but set age-appropriate context.</w:t>
      </w:r>
      <w:r/>
    </w:p>
    <w:p>
      <w:pPr>
        <w:pStyle w:val="Heading2"/>
      </w:pPr>
      <w:r>
        <w:t>What this says about gaming, culture and small gestures</w:t>
      </w:r>
      <w:r/>
    </w:p>
    <w:p>
      <w:r/>
      <w:r>
        <w:t>Minecraft remains a cultural heavyweight with millions of players, so even a cosmetic pack ripples wider than its file size. According to Minecraft’s announcements, collaborations like this are part of the studio’s community-facing approach: making space in-game for events that matter in the real world.</w:t>
      </w:r>
      <w:r/>
    </w:p>
    <w:p>
      <w:r/>
      <w:r>
        <w:t>Small digital gestures don’t solve larger social issues, but they can make public spaces feel recognisably inclusive. Whether you celebrate with the Hive of Harmony or skip it, it’s another example of games and festivals crossing paths.</w:t>
      </w:r>
      <w:r/>
    </w:p>
    <w:p>
      <w:r/>
      <w:r>
        <w:t>It's a small change that can make every hive feel a little more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https://www.bizpacreview.com/2026/07/28/minecraft-celebrates-pride-festival-by-letting-you-turn-bees-gay-1652424/</w:t>
        </w:r>
      </w:hyperlink>
      <w:r>
        <w:t xml:space="preserve"> - Please view link - unable to able to access data</w:t>
      </w:r>
      <w:r/>
    </w:p>
    <w:p>
      <w:pPr>
        <w:pStyle w:val="ListNumber"/>
        <w:spacing w:line="240" w:lineRule="auto"/>
        <w:ind w:left="720"/>
      </w:pPr>
      <w:r/>
      <w:hyperlink r:id="rId10">
        <w:r>
          <w:rPr>
            <w:color w:val="0000EE"/>
            <w:u w:val="single"/>
          </w:rPr>
          <w:t>https://www.minecraft.net/en-us/article/hive-harmony-add-on-now-available</w:t>
        </w:r>
      </w:hyperlink>
      <w:r>
        <w:t xml:space="preserve"> - Minecraft has released the 'Hive of Harmony' add-on in celebration of Stockholm Pride. This free add-on, available on the Minecraft Marketplace, introduces at least ten variants of Pride-themed bees and banners. The event aims to promote inclusivity and diversity within the Minecraft community, aligning with the values of Stockholm Pride, which runs from July 21 through August 1, 2026. The festival is renowned for its vibrant Pride Parade and Pride District, featuring various artists, exhibitions, and entertainment options.</w:t>
      </w:r>
      <w:r/>
    </w:p>
    <w:p>
      <w:pPr>
        <w:pStyle w:val="ListNumber"/>
        <w:spacing w:line="240" w:lineRule="auto"/>
        <w:ind w:left="720"/>
      </w:pPr>
      <w:r/>
      <w:hyperlink r:id="rId12">
        <w:r>
          <w:rPr>
            <w:color w:val="0000EE"/>
            <w:u w:val="single"/>
          </w:rPr>
          <w:t>https://www.stockholmpride.org/2026/</w:t>
        </w:r>
      </w:hyperlink>
      <w:r>
        <w:t xml:space="preserve"> - Stockholm Pride 2026 is scheduled from July 27 to August 1, 2026. The festival will be held at the Slakthusområdet, a new venue for this year's event. The program includes the Pride Parade on August 1, 2026, starting at 13:00 along Norr Mälarstrand. The parade is expected to be approximately 4.5 kilometers long and will take about two hours from start to finish. The festival aims to celebrate LGBTQ+ culture, rights, and community, drawing participants from Sweden and internationally.</w:t>
      </w:r>
      <w:r/>
    </w:p>
    <w:p>
      <w:pPr>
        <w:pStyle w:val="ListNumber"/>
        <w:spacing w:line="240" w:lineRule="auto"/>
        <w:ind w:left="720"/>
      </w:pPr>
      <w:r/>
      <w:hyperlink r:id="rId11">
        <w:r>
          <w:rPr>
            <w:color w:val="0000EE"/>
            <w:u w:val="single"/>
          </w:rPr>
          <w:t>https://www.curseforge.com/minecraft/texture-packs/shasskors-pride-bees</w:t>
        </w:r>
      </w:hyperlink>
      <w:r>
        <w:t xml:space="preserve"> - Shasskor's Pride Bees is a Minecraft resource pack that transforms some of the game's bees into Pride flag variants. The pack has been downloaded over 400,000 times and was last updated on March 27, 2026. It offers players a way to celebrate Pride within the Minecraft universe by incorporating diverse and inclusive elements into the game.</w:t>
      </w:r>
      <w:r/>
    </w:p>
    <w:p>
      <w:pPr>
        <w:pStyle w:val="ListNumber"/>
        <w:spacing w:line="240" w:lineRule="auto"/>
        <w:ind w:left="720"/>
      </w:pPr>
      <w:r/>
      <w:hyperlink r:id="rId14">
        <w:r>
          <w:rPr>
            <w:color w:val="0000EE"/>
            <w:u w:val="single"/>
          </w:rPr>
          <w:t>https://www.youtube.com/watch?v=0SEl5kVPMt8</w:t>
        </w:r>
      </w:hyperlink>
      <w:r>
        <w:t xml:space="preserve"> - In this video, Mojang celebrates at Stockholm Pride 2017. The video showcases Mojang's participation in the Pride Parade, highlighting their commitment to inclusivity and diversity within the gaming community. Mojang emphasizes the importance of acceptance and self-expression, aligning with the values of Pride events worldwide.</w:t>
      </w:r>
      <w:r/>
    </w:p>
    <w:p>
      <w:pPr>
        <w:pStyle w:val="ListNumber"/>
        <w:spacing w:line="240" w:lineRule="auto"/>
        <w:ind w:left="720"/>
      </w:pPr>
      <w:r/>
      <w:hyperlink r:id="rId13">
        <w:r>
          <w:rPr>
            <w:color w:val="0000EE"/>
            <w:u w:val="single"/>
          </w:rPr>
          <w:t>https://www.stockholmpride.org/en/</w:t>
        </w:r>
      </w:hyperlink>
      <w:r>
        <w:t xml:space="preserve"> - Stockholm Pride is Scandinavia's largest Pride festival, taking place from July 27 to August 1, 2026. The festival will be held at the Slakthusområdet, a new venue for this year's event. The program includes the Pride Parade on August 1, 2026, starting at 13:00 along Norr Mälarstrand. The parade is expected to be approximately 4.5 kilometers long and will take about two hours from start to finish. The festival aims to celebrate LGBTQ+ culture, rights, and community, drawing participants from Sweden and internationally.</w:t>
      </w:r>
      <w:r/>
    </w:p>
    <w:p>
      <w:pPr>
        <w:pStyle w:val="ListNumber"/>
        <w:spacing w:line="240" w:lineRule="auto"/>
        <w:ind w:left="720"/>
      </w:pPr>
      <w:r/>
      <w:hyperlink r:id="rId15">
        <w:r>
          <w:rPr>
            <w:color w:val="0000EE"/>
            <w:u w:val="single"/>
          </w:rPr>
          <w:t>https://www.stockholmpride.org/pressreleases/ny-festivalgeneral-foer-stockholm-pride-3431331</w:t>
        </w:r>
      </w:hyperlink>
      <w:r>
        <w:t xml:space="preserve"> - Stockholm Pride has announced Måns Axelsson as the new festival leader for 2026. Måns, previously the marketing manager for Stockholm Pride, expressed enthusiasm for leading the festival during a time of change and renewal. The role involves overseeing the overall planning and execution of the festival, ensuring its success and alignment with the organization's values.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izpacreview.com/2026/07/28/minecraft-celebrates-pride-festival-by-letting-you-turn-bees-gay-1652424/" TargetMode="External"/><Relationship Id="rId10" Type="http://schemas.openxmlformats.org/officeDocument/2006/relationships/hyperlink" Target="https://www.minecraft.net/en-us/article/hive-harmony-add-on-now-available" TargetMode="External"/><Relationship Id="rId11" Type="http://schemas.openxmlformats.org/officeDocument/2006/relationships/hyperlink" Target="https://www.curseforge.com/minecraft/texture-packs/shasskors-pride-bees" TargetMode="External"/><Relationship Id="rId12" Type="http://schemas.openxmlformats.org/officeDocument/2006/relationships/hyperlink" Target="https://www.stockholmpride.org/2026/" TargetMode="External"/><Relationship Id="rId13" Type="http://schemas.openxmlformats.org/officeDocument/2006/relationships/hyperlink" Target="https://www.stockholmpride.org/en/" TargetMode="External"/><Relationship Id="rId14" Type="http://schemas.openxmlformats.org/officeDocument/2006/relationships/hyperlink" Target="https://www.youtube.com/watch?v=0SEl5kVPMt8" TargetMode="External"/><Relationship Id="rId15" Type="http://schemas.openxmlformats.org/officeDocument/2006/relationships/hyperlink" Target="https://www.stockholmpride.org/pressreleases/ny-festivalgeneral-foer-stockholm-pride-34313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