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Friendly Hotels in Liverpool for Pride and Play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Liverpool this Pride season, and choosing the right hotel matters. From spa escapes to bold design-led boltholes, here’s a lively guide to hotels that truly feel welcoming, put you near queer nightlife, and make getting ready for the parade a joy rather than a logistics puzzle.</w:t>
      </w:r>
      <w:r/>
    </w:p>
    <w:p>
      <w:r/>
      <w:r>
        <w:t>Essential Takeaways</w:t>
      </w:r>
      <w:r/>
      <w:r/>
    </w:p>
    <w:p>
      <w:pPr>
        <w:pStyle w:val="ListBullet"/>
        <w:spacing w:line="240" w:lineRule="auto"/>
        <w:ind w:left="720"/>
      </w:pPr>
      <w:r/>
      <w:r>
        <w:rPr>
          <w:b/>
        </w:rPr>
        <w:t>Location counts:</w:t>
      </w:r>
      <w:r>
        <w:t xml:space="preserve"> Stay near the Pride Quarter (Stanley Street/Bold Street) for nightlife and parades, or choose waterfront hotels for calmer walking routes and views.</w:t>
      </w:r>
      <w:r/>
    </w:p>
    <w:p>
      <w:pPr>
        <w:pStyle w:val="ListBullet"/>
        <w:spacing w:line="240" w:lineRule="auto"/>
        <w:ind w:left="720"/>
      </w:pPr>
      <w:r/>
      <w:r>
        <w:rPr>
          <w:b/>
        </w:rPr>
        <w:t>Inclusive atmosphere:</w:t>
      </w:r>
      <w:r>
        <w:t xml:space="preserve"> Hotels praised for warmth don’t need flags to signal welcome; attentive, non-performative service often matters more.</w:t>
      </w:r>
      <w:r/>
    </w:p>
    <w:p>
      <w:pPr>
        <w:pStyle w:val="ListBullet"/>
        <w:spacing w:line="240" w:lineRule="auto"/>
        <w:ind w:left="720"/>
      </w:pPr>
      <w:r/>
      <w:r>
        <w:rPr>
          <w:b/>
        </w:rPr>
        <w:t>Comfort and recovery:</w:t>
      </w:r>
      <w:r>
        <w:t xml:space="preserve"> Big beds and good soundproofing are underrated after late nights , Leonardo’s Dream bed is singled out as seriously comfortable.</w:t>
      </w:r>
      <w:r/>
    </w:p>
    <w:p>
      <w:pPr>
        <w:pStyle w:val="ListBullet"/>
        <w:spacing w:line="240" w:lineRule="auto"/>
        <w:ind w:left="720"/>
      </w:pPr>
      <w:r/>
      <w:r>
        <w:rPr>
          <w:b/>
        </w:rPr>
        <w:t>Style options:</w:t>
      </w:r>
      <w:r>
        <w:t xml:space="preserve"> From historic drama at Titanic Hotel to colourful, creative vibes at Radisson Red, there’s a mood for every trip.</w:t>
      </w:r>
      <w:r/>
    </w:p>
    <w:p>
      <w:pPr>
        <w:pStyle w:val="ListBullet"/>
        <w:spacing w:line="240" w:lineRule="auto"/>
        <w:ind w:left="720"/>
      </w:pPr>
      <w:r/>
      <w:r>
        <w:rPr>
          <w:b/>
        </w:rPr>
        <w:t>Value picks exist:</w:t>
      </w:r>
      <w:r>
        <w:t xml:space="preserve"> Pullman and Innside by Melia offer event-friendly locations and reliable service at accessible price points.</w:t>
      </w:r>
      <w:r/>
      <w:r/>
    </w:p>
    <w:p>
      <w:pPr>
        <w:pStyle w:val="Heading2"/>
      </w:pPr>
      <w:r>
        <w:t>Why Liverpool feels made for queer travel right now</w:t>
      </w:r>
      <w:r/>
    </w:p>
    <w:p>
      <w:r/>
      <w:r>
        <w:t>Liverpool wears its identity with a theatrical wink, which makes arriving somewhere that “gets it” feel effortless and fun. According to travel coverage, the city’s Pride Quarter around Stanley Street hums with drag nights, karaoke and queer-owned bars, so picking a hotel nearby turns evenings into a matter of minutes rather than a taxi fare. Hotels that quietly assume every guest belongs , staff who offer great local tips without a fuss , often make the best stays. If you want to parade, party and recover in style, location and a solid bed are your two non-negotiables.</w:t>
      </w:r>
      <w:r/>
    </w:p>
    <w:p>
      <w:pPr>
        <w:pStyle w:val="Heading2"/>
      </w:pPr>
      <w:r>
        <w:t>Stay in the middle of the action: Innside by Melia and Pullman</w:t>
      </w:r>
      <w:r/>
    </w:p>
    <w:p>
      <w:r/>
      <w:r>
        <w:t>If your priority is being minutes from the parade, the bars and the post-flight chaos, hotels on Old Hall Street or Kings Dock are practical winners. Innside by Melia drops you right by Bold Street and the Pride Quarter, with modern rooms and social spaces that feel lively without being noisy. Pullman, by King's Dock, makes sense when you’ve got an event at the M&amp;S Bank Arena , check-in is quick, breakfasts are good, and the riverside walk home is unexpectedly pleasant. For Pride weekends, these choices keep travel time minimal and energy high.</w:t>
      </w:r>
      <w:r/>
    </w:p>
    <w:p>
      <w:pPr>
        <w:pStyle w:val="Heading2"/>
      </w:pPr>
      <w:r>
        <w:t>Luxury and spa: Hope Street Hotel and The Municipal</w:t>
      </w:r>
      <w:r/>
    </w:p>
    <w:p>
      <w:r/>
      <w:r>
        <w:t>There’s a big difference between being seen and being pampered, and Liverpool’s spa hotels do the latter beautifully. Hope Street Hotel offers a warm, textured interior and a Himalayan salt sauna that reads as quietly indulgent rather than ostentatious. The Municipal, housed in a former civic building, leans into marble floors and chandeliers while keeping service friendly and celebratory. Book a late-morning treatment after the parade and treat the recovery like part of the holiday , thermal suites and experience showers make a sluggish head feel human again.</w:t>
      </w:r>
      <w:r/>
    </w:p>
    <w:p>
      <w:pPr>
        <w:pStyle w:val="Heading2"/>
      </w:pPr>
      <w:r>
        <w:t>For style and personality: Radisson Red and Titanic Hotel</w:t>
      </w:r>
      <w:r/>
    </w:p>
    <w:p>
      <w:r/>
      <w:r>
        <w:t>If your stay should feel like a small cultural statement, choose a hotel with personality. Radisson Red has bold murals and a playful lobby installation that’s perfect for photos before a night out. It sits a short walk from the Pride Quarter, so you can be back at the bar in minutes. For something moodier, Titanic Hotel’s dramatic exposed brick and jewel tones make getting ready feel cinematic. It’s slightly removed from the centre, which is useful if you want to escape the post-parade crowds and have a quieter base to return to.</w:t>
      </w:r>
      <w:r/>
    </w:p>
    <w:p>
      <w:pPr>
        <w:pStyle w:val="Heading2"/>
      </w:pPr>
      <w:r>
        <w:t>Practical picks: The Resident and Leonardo for solo and budget travellers</w:t>
      </w:r>
      <w:r/>
    </w:p>
    <w:p>
      <w:r/>
      <w:r>
        <w:t>Solo travellers and those watching the purse strings will appreciate practical comforts. The Resident’s in-room kitchenettes and personable staff mean you can eat when you want and get local tips that don’t come from a brochure. Leonardo on Albert Dock is a straightforward waterfront option with large rooms and a famously comfortable bed , a real boon after late-night drag shows. Both put museums and galleries within easy walking distance, so daytime exploring is simple.</w:t>
      </w:r>
      <w:r/>
    </w:p>
    <w:p>
      <w:pPr>
        <w:pStyle w:val="Heading2"/>
      </w:pPr>
      <w:r>
        <w:t>Choosing the right room and tips for Pride weekend stays</w:t>
      </w:r>
      <w:r/>
    </w:p>
    <w:p>
      <w:r/>
      <w:r>
        <w:t>Think about how you spend your day: don’t overcommit to long commutes after late nights, and prioritise light-blocking curtains if you need sleep-in recovery. For groups, book connecting rooms early; for couples, ask for rooms with mood lighting or a view to add a touch of occasion. If accessibility matters, check specifics before booking , many venues list accessible rooms and facilities. And finally, read recent guest reviews for clues about staff tone and atmosphere; a warm-hearted team will make Pride feel easier and more joyous.</w:t>
      </w:r>
      <w:r/>
    </w:p>
    <w:p>
      <w:r/>
      <w:r>
        <w:t>It's a small change that can make every stay feel welcome , choose a hotel that matches your energy, and Liverpool will do the rest.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[7]</w:t>
        </w:r>
      </w:hyperlink>
      <w:r>
        <w:t xml:space="preserve">- Paragraph 5: </w:t>
      </w:r>
      <w:hyperlink r:id="rId9">
        <w:r>
          <w:rPr>
            <w:color w:val="0000EE"/>
            <w:u w:val="single"/>
          </w:rPr>
          <w:t>[2]</w:t>
        </w:r>
      </w:hyperlink>
      <w:r>
        <w:t xml:space="preserve">, </w:t>
      </w:r>
      <w:hyperlink r:id="rId13">
        <w:r>
          <w:rPr>
            <w:color w:val="0000EE"/>
            <w:u w:val="single"/>
          </w:rPr>
          <w:t>[6]</w:t>
        </w:r>
      </w:hyperlink>
      <w:r>
        <w:t xml:space="preserve">- Paragraph 6: </w:t>
      </w:r>
      <w:hyperlink r:id="rId9">
        <w:r>
          <w:rPr>
            <w:color w:val="0000EE"/>
            <w:u w:val="single"/>
          </w:rPr>
          <w:t>[2]</w:t>
        </w:r>
      </w:hyperlink>
      <w:r>
        <w:t xml:space="preserve">, </w:t>
      </w:r>
      <w:hyperlink r:id="rId14">
        <w:r>
          <w:rPr>
            <w:color w:val="0000EE"/>
            <w:u w:val="single"/>
          </w:rPr>
          <w:t>[5]</w:t>
        </w:r>
      </w:hyperlink>
      <w:r>
        <w:t xml:space="preserve">- Paragraph 7: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https://www.independent.co.uk/travel/uk/england/liverpool/lgbtq-hotels-liverpool-uk-pride-b2997599.html</w:t>
        </w:r>
      </w:hyperlink>
      <w:r>
        <w:t xml:space="preserve"> - Please view link - unable to able to access data</w:t>
      </w:r>
      <w:r/>
    </w:p>
    <w:p>
      <w:pPr>
        <w:pStyle w:val="ListNumber"/>
        <w:spacing w:line="240" w:lineRule="auto"/>
        <w:ind w:left="720"/>
      </w:pPr>
      <w:r/>
      <w:hyperlink r:id="rId9">
        <w:r>
          <w:rPr>
            <w:color w:val="0000EE"/>
            <w:u w:val="single"/>
          </w:rPr>
          <w:t>https://www.independent.co.uk/travel/uk/england/liverpool/lgbtq-hotels-liverpool-uk-pride-b2997599.html</w:t>
        </w:r>
      </w:hyperlink>
      <w:r>
        <w:t xml:space="preserve"> - This article from The Independent highlights eight LGBTQ+ friendly hotels in Liverpool, each offering unique features and proximity to the city's vibrant queer culture. The featured hotels include Hope Street Hotel, Pullman Hotel Liverpool, The Municipal Hotel &amp; Spa, Radisson Red Liverpool, The Resident hotel, Leonardo Hotel Liverpool, Titanic Hotel Liverpool, and Innside by Melia hotel. Each hotel is described in detail, emphasizing its amenities, location, and atmosphere, catering to LGBTQ+ travellers seeking inclusive and comfortable accommodations in Liverpool.</w:t>
      </w:r>
      <w:r/>
    </w:p>
    <w:p>
      <w:pPr>
        <w:pStyle w:val="ListNumber"/>
        <w:spacing w:line="240" w:lineRule="auto"/>
        <w:ind w:left="720"/>
      </w:pPr>
      <w:r/>
      <w:hyperlink r:id="rId11">
        <w:r>
          <w:rPr>
            <w:color w:val="0000EE"/>
            <w:u w:val="single"/>
          </w:rPr>
          <w:t>https://www.inkl.com/news/the-best-lgbt-friendly-hotels-in-liverpool-to-book-for-pride-2026</w:t>
        </w:r>
      </w:hyperlink>
      <w:r>
        <w:t xml:space="preserve"> - An article from Inkl.com presents a curated list of LGBTQ+ friendly hotels in Liverpool, ideal for Pride 2026. The selection includes Hope Street Hotel, Pullman Hotel Liverpool, The Municipal Hotel &amp; Spa, Radisson Red Liverpool, The Resident Liverpool hotel, Titanic Hotel Liverpool, and Innside by Melia Liverpool hotel. Each hotel is highlighted for its inclusive environment, proximity to queer culture, and unique offerings, ensuring a welcoming stay for LGBTQ+ visitors during Pride celebrations.</w:t>
      </w:r>
      <w:r/>
    </w:p>
    <w:p>
      <w:pPr>
        <w:pStyle w:val="ListNumber"/>
        <w:spacing w:line="240" w:lineRule="auto"/>
        <w:ind w:left="720"/>
      </w:pPr>
      <w:r/>
      <w:hyperlink r:id="rId10">
        <w:r>
          <w:rPr>
            <w:color w:val="0000EE"/>
            <w:u w:val="single"/>
          </w:rPr>
          <w:t>https://www.aol.com/articles/best-lgbt-friendly-hotels-liverpool-184246000.html</w:t>
        </w:r>
      </w:hyperlink>
      <w:r>
        <w:t xml:space="preserve"> - AOL's article showcases a selection of LGBTQ+ friendly hotels in Liverpool, focusing on those that embody inclusivity and are situated near the city's queer cultural hubs. The featured hotels are Hope Street Hotel, Pullman Hotel Liverpool, The Municipal Hotel &amp; Spa, Radisson Red Liverpool, The Resident Liverpool hotel, Titanic Hotel Liverpool, and Innside by Melia Liverpool hotel. Each establishment is described with emphasis on its welcoming atmosphere and proximity to Liverpool's vibrant LGBTQ+ scene.</w:t>
      </w:r>
      <w:r/>
    </w:p>
    <w:p>
      <w:pPr>
        <w:pStyle w:val="ListNumber"/>
        <w:spacing w:line="240" w:lineRule="auto"/>
        <w:ind w:left="720"/>
      </w:pPr>
      <w:r/>
      <w:hyperlink r:id="rId14">
        <w:r>
          <w:rPr>
            <w:color w:val="0000EE"/>
            <w:u w:val="single"/>
          </w:rPr>
          <w:t>https://stg.travelgay.com/hotels/the-z-hotel-liverpool</w:t>
        </w:r>
      </w:hyperlink>
      <w:r>
        <w:t xml:space="preserve"> - The Z Hotel Liverpool offers contemporary accommodation in the heart of Liverpool city centre. The hotel features modern rooms equipped with free WiFi, flat-screen TVs, and private bathrooms. Guests can enjoy breakfast and hot savoury dishes throughout the day at the hotel's café. Its central location provides easy access to top attractions and is within walking distance to the Stanley Street Quarter, known for its vibrant LGBTQ+ nightlife.</w:t>
      </w:r>
      <w:r/>
    </w:p>
    <w:p>
      <w:pPr>
        <w:pStyle w:val="ListNumber"/>
        <w:spacing w:line="240" w:lineRule="auto"/>
        <w:ind w:left="720"/>
      </w:pPr>
      <w:r/>
      <w:hyperlink r:id="rId13">
        <w:r>
          <w:rPr>
            <w:color w:val="0000EE"/>
            <w:u w:val="single"/>
          </w:rPr>
          <w:t>https://stg.travelgay.com/hotels/heywood-house-hotel-liverpool</w:t>
        </w:r>
      </w:hyperlink>
      <w:r>
        <w:t xml:space="preserve"> - Heywood House Hotel, part of the Best Western Signature Collection, is situated in Liverpool's vibrant nightlife district. The hotel offers comfortable rooms with modern amenities, including flat-screen TVs, free Wi-Fi, and private bathrooms. Its proximity to the Stanley Street Quarter makes it an ideal choice for LGBTQ+ travellers seeking easy access to the city's gay scene, with numerous bars and clubs nearby.</w:t>
      </w:r>
      <w:r/>
    </w:p>
    <w:p>
      <w:pPr>
        <w:pStyle w:val="ListNumber"/>
        <w:spacing w:line="240" w:lineRule="auto"/>
        <w:ind w:left="720"/>
      </w:pPr>
      <w:r/>
      <w:hyperlink r:id="rId12">
        <w:r>
          <w:rPr>
            <w:color w:val="0000EE"/>
            <w:u w:val="single"/>
          </w:rPr>
          <w:t>https://stg.travelgay.com/hotels/selina-liverpool</w:t>
        </w:r>
      </w:hyperlink>
      <w:r>
        <w:t xml:space="preserve"> - Selina Liverpool is located in the Baltic Triangle, Liverpool's most creative neighbourhood, known for its digital start-ups, galleries, and independent shops. The hotel embodies the bohemian spirit of the area, offering shared rooms, a screening room, and an in-house bar. For those seeking a quieter city break, the hotel also features a charming garden and spa, providing a warm and welcoming environment for LGBTQ+ guests.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travel/uk/england/liverpool/lgbtq-hotels-liverpool-uk-pride-b2997599.html" TargetMode="External"/><Relationship Id="rId10" Type="http://schemas.openxmlformats.org/officeDocument/2006/relationships/hyperlink" Target="https://www.aol.com/articles/best-lgbt-friendly-hotels-liverpool-184246000.html" TargetMode="External"/><Relationship Id="rId11" Type="http://schemas.openxmlformats.org/officeDocument/2006/relationships/hyperlink" Target="https://www.inkl.com/news/the-best-lgbt-friendly-hotels-in-liverpool-to-book-for-pride-2026" TargetMode="External"/><Relationship Id="rId12" Type="http://schemas.openxmlformats.org/officeDocument/2006/relationships/hyperlink" Target="https://stg.travelgay.com/hotels/selina-liverpool" TargetMode="External"/><Relationship Id="rId13" Type="http://schemas.openxmlformats.org/officeDocument/2006/relationships/hyperlink" Target="https://stg.travelgay.com/hotels/heywood-house-hotel-liverpool" TargetMode="External"/><Relationship Id="rId14" Type="http://schemas.openxmlformats.org/officeDocument/2006/relationships/hyperlink" Target="https://stg.travelgay.com/hotels/the-z-hotel-liverp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