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Kilkenny Pride Moments: How the City Came Alive for Its Second Annual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Kilkenny’s growing Pride scene: over 500 people marched, the city hosted a four-day festival with new film and youth programming, and organisers are already planning to expand the festival by 2027 , a colourful, inclusive weekend that put queer culture centre stage in this artistic city.</w:t>
      </w:r>
      <w:r/>
    </w:p>
    <w:p>
      <w:r/>
      <w:r>
        <w:t>Essential Takeaways</w:t>
      </w:r>
      <w:r/>
      <w:r/>
    </w:p>
    <w:p>
      <w:pPr>
        <w:pStyle w:val="ListBullet"/>
        <w:spacing w:line="240" w:lineRule="auto"/>
        <w:ind w:left="720"/>
      </w:pPr>
      <w:r/>
      <w:r>
        <w:rPr>
          <w:b/>
        </w:rPr>
        <w:t>Big turnout:</w:t>
      </w:r>
      <w:r>
        <w:t xml:space="preserve"> More than 500 people joined Kilkenny’s second Pride parade, creating a lively, joyful atmosphere.</w:t>
      </w:r>
      <w:r/>
    </w:p>
    <w:p>
      <w:pPr>
        <w:pStyle w:val="ListBullet"/>
        <w:spacing w:line="240" w:lineRule="auto"/>
        <w:ind w:left="720"/>
      </w:pPr>
      <w:r/>
      <w:r>
        <w:rPr>
          <w:b/>
        </w:rPr>
        <w:t>Four-day festival:</w:t>
      </w:r>
      <w:r>
        <w:t xml:space="preserve"> Events ran Thursday to Sunday and included the first Kilkenny Pride Film Festival, Queer Céilí, Séid after-dark shows, and a family fun day.</w:t>
      </w:r>
      <w:r/>
    </w:p>
    <w:p>
      <w:pPr>
        <w:pStyle w:val="ListBullet"/>
        <w:spacing w:line="240" w:lineRule="auto"/>
        <w:ind w:left="720"/>
      </w:pPr>
      <w:r/>
      <w:r>
        <w:rPr>
          <w:b/>
        </w:rPr>
        <w:t>Youth-led energy:</w:t>
      </w:r>
      <w:r>
        <w:t xml:space="preserve"> The Youth Pride Committee marshalled the parade and ran a packed youth programme , talent show, Rocky Horror screening, brunch and crafts.</w:t>
      </w:r>
      <w:r/>
    </w:p>
    <w:p>
      <w:pPr>
        <w:pStyle w:val="ListBullet"/>
        <w:spacing w:line="240" w:lineRule="auto"/>
        <w:ind w:left="720"/>
      </w:pPr>
      <w:r/>
      <w:r>
        <w:rPr>
          <w:b/>
        </w:rPr>
        <w:t>Inclusive aim:</w:t>
      </w:r>
      <w:r>
        <w:t xml:space="preserve"> Organisers stress visibility and safe spaces, positioning Pride as part of Kilkenny’s year-round arts and festivals calendar.</w:t>
      </w:r>
      <w:r/>
    </w:p>
    <w:p>
      <w:pPr>
        <w:pStyle w:val="ListBullet"/>
        <w:spacing w:line="240" w:lineRule="auto"/>
        <w:ind w:left="720"/>
      </w:pPr>
      <w:r/>
      <w:r>
        <w:rPr>
          <w:b/>
        </w:rPr>
        <w:t>Plans to grow:</w:t>
      </w:r>
      <w:r>
        <w:t xml:space="preserve"> Kilkenny Pride organisers are already looking to expand the festival through to 2027, signalling ambition and staying power.</w:t>
      </w:r>
      <w:r/>
      <w:r/>
    </w:p>
    <w:p>
      <w:pPr>
        <w:pStyle w:val="Heading2"/>
      </w:pPr>
      <w:r>
        <w:t>A colourful surge through historic streets</w:t>
      </w:r>
      <w:r/>
    </w:p>
    <w:p>
      <w:r/>
      <w:r>
        <w:t>Kilkenny’s medieval lanes and riverside quays felt different over the weekend , brighter, louder and full of song. The parade theme, “Express Yourself”, translated into face paint, flags as capes, handmade banners and plenty of pop tunes. According to local coverage, more than 500 people turned out, and the mood was buoyant and communal.</w:t>
      </w:r>
      <w:r/>
    </w:p>
    <w:p>
      <w:r/>
      <w:r>
        <w:t>That energy didn’t appear overnight. Kilkenny has a long festival pedigree, and organisers are keen to fold Pride into that existing cultural calendar. For residents and visitors it felt like the city had rediscovered a playful, inclusive pulse, for one weekend at least.</w:t>
      </w:r>
      <w:r/>
    </w:p>
    <w:p>
      <w:r/>
      <w:r>
        <w:t>Practical tip: if you missed it, keep an eye on the Kilkenny Pride website for next year’s route and volunteer calls , these events grow with community input.</w:t>
      </w:r>
      <w:r/>
    </w:p>
    <w:p>
      <w:pPr>
        <w:pStyle w:val="Heading2"/>
      </w:pPr>
      <w:r>
        <w:t>What made this year different: film, céilí and after-dark shows</w:t>
      </w:r>
      <w:r/>
    </w:p>
    <w:p>
      <w:r/>
      <w:r>
        <w:t>This second festival introduced the Kilkenny Pride Film Festival for the first time, alongside established social strands such as Queer Céilí and Séid , the late-night mix of DJs and drag. The programme aimed to offer something for different tastes and ages, from family-friendly activities to club-style shows after dark.</w:t>
      </w:r>
      <w:r/>
    </w:p>
    <w:p>
      <w:r/>
      <w:r>
        <w:t>Organisers told local press they deliberately widened the line-up to include both community-focused daytime events and celebratory nightlife. The result was a layered festival that felt thoughtful rather than one-note.</w:t>
      </w:r>
      <w:r/>
    </w:p>
    <w:p>
      <w:r/>
      <w:r>
        <w:t>If you’re planning to attend next year, decide what you want first: movies and conversations, family time at the Butler Gallery, or late-night performances. Each strand has a different vibe.</w:t>
      </w:r>
      <w:r/>
    </w:p>
    <w:p>
      <w:pPr>
        <w:pStyle w:val="Heading2"/>
      </w:pPr>
      <w:r>
        <w:t>Youth Pride: leading from the front</w:t>
      </w:r>
      <w:r/>
    </w:p>
    <w:p>
      <w:r/>
      <w:r>
        <w:t>One clear highlight was the Youth Pride Committee taking the role of grand marshals. Young people weren’t just attendees; they ran a talent show, hosted a Rocky Horror screening, held a pre-parade brunch and organised a craft corner at the Butler Gallery family fun day.</w:t>
      </w:r>
      <w:r/>
    </w:p>
    <w:p>
      <w:r/>
      <w:r>
        <w:t>A Youth Pride spokesperson described the theme of expression as especially resonant for younger participants, who used costume and performance to celebrate identity. That visible youth leadership signals a festival that’s building roots, not just staging an annual march.</w:t>
      </w:r>
      <w:r/>
    </w:p>
    <w:p>
      <w:r/>
      <w:r>
        <w:t>For families and younger allies, the mix of creative workshops and safe spaces made the weekend feel accessible and sincere rather than touristy.</w:t>
      </w:r>
      <w:r/>
    </w:p>
    <w:p>
      <w:pPr>
        <w:pStyle w:val="Heading2"/>
      </w:pPr>
      <w:r>
        <w:t>Kilkenny Pride and the city’s cultural identity</w:t>
      </w:r>
      <w:r/>
    </w:p>
    <w:p>
      <w:r/>
      <w:r>
        <w:t>Kilkenny has long been known for its arts and festival calendar, and organisers want Pride to sit naturally alongside that heritage. Co-chair Niamh Morgan spoke about visibility and making Kilkenny a welcoming place for residents and visitors alike.</w:t>
      </w:r>
      <w:r/>
    </w:p>
    <w:p>
      <w:r/>
      <w:r>
        <w:t>This positioning matters: when Pride becomes part of a city’s cultural DNA, it’s easier for inclusive practices to stick beyond one weekend. Local partners , galleries, youth groups and venues , helping to host events makes the festival feel collaborative.</w:t>
      </w:r>
      <w:r/>
    </w:p>
    <w:p>
      <w:r/>
      <w:r>
        <w:t>Observation: small cities can do big-hearted Pride weekends by leaning on local arts infrastructure and youth networks, and Kilkenny appears to be doing exactly that.</w:t>
      </w:r>
      <w:r/>
    </w:p>
    <w:p>
      <w:pPr>
        <w:pStyle w:val="Heading2"/>
      </w:pPr>
      <w:r>
        <w:t>What’s next , growing towards 2027</w:t>
      </w:r>
      <w:r/>
    </w:p>
    <w:p>
      <w:r/>
      <w:r>
        <w:t>Organisers have flagged plans to expand the festival up to 2027, which suggests Kilkenny Pride will keep evolving in scale and scope. Expect more programming, deeper community outreach and potentially larger parades in coming years.</w:t>
      </w:r>
      <w:r/>
    </w:p>
    <w:p>
      <w:r/>
      <w:r>
        <w:t>If you want to support that growth, consider volunteering, donating, or pitching an event idea to the team. Local festivals often rely on grassroots enthusiasm as much as funding.</w:t>
      </w:r>
      <w:r/>
    </w:p>
    <w:p>
      <w:r/>
      <w:r>
        <w:t>It’s a small change that can make every future Pride bigger and friendlier.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https://www.independent.ie/county/kilkenny/over-500-take-to-the-streets-of-kilkenny-for-the-citys-second-annual-pride-parade/a/159260915.html</w:t>
        </w:r>
      </w:hyperlink>
      <w:r>
        <w:t xml:space="preserve"> - Please view link - unable to able to access data</w:t>
      </w:r>
      <w:r/>
    </w:p>
    <w:p>
      <w:pPr>
        <w:pStyle w:val="ListNumber"/>
        <w:spacing w:line="240" w:lineRule="auto"/>
        <w:ind w:left="720"/>
      </w:pPr>
      <w:r/>
      <w:hyperlink r:id="rId10">
        <w:r>
          <w:rPr>
            <w:color w:val="0000EE"/>
            <w:u w:val="single"/>
          </w:rPr>
          <w:t>https://www.kilkennypride.ie/</w:t>
        </w:r>
      </w:hyperlink>
      <w:r>
        <w:t xml:space="preserve"> - The official website of Kilkenny Pride Festival provides comprehensive information about the event, including its history, mission, and upcoming activities. The festival aims to celebrate LGBTQIA+ culture and promote inclusivity within the community. The website features details about the festival's origins, its growth over the years, and the various events planned for the current year. It also offers resources for attendees, such as schedules, ticket information, and guidelines for participation. The site serves as a central hub for all information related to Kilkenny Pride, reflecting the city's commitment to diversity and inclusion.</w:t>
      </w:r>
      <w:r/>
    </w:p>
    <w:p>
      <w:pPr>
        <w:pStyle w:val="ListNumber"/>
        <w:spacing w:line="240" w:lineRule="auto"/>
        <w:ind w:left="720"/>
      </w:pPr>
      <w:r/>
      <w:hyperlink r:id="rId13">
        <w:r>
          <w:rPr>
            <w:color w:val="0000EE"/>
            <w:u w:val="single"/>
          </w:rPr>
          <w:t>https://www.kilkennymusic.com/kilkenny-pride-2026/</w:t>
        </w:r>
      </w:hyperlink>
      <w:r>
        <w:t xml:space="preserve"> - KilkennyMusic.com provides an overview of the Kilkenny Pride Festival's 2026 programme, highlighting the return of the Pride Parade and other key events. The article details the festival's four-day lineup, including the inaugural Kilkenny Pride Film Festival, Queer Céilí, and various music and family-focused activities. It emphasizes the festival's growth and the community's enthusiasm for celebrating LGBTQIA+ culture. The piece also notes the support from local businesses and organizations, showcasing the collaborative effort to make the festival a success. The article serves as a guide for those interested in attending and participating in the festival's events.</w:t>
      </w:r>
      <w:r/>
    </w:p>
    <w:p>
      <w:pPr>
        <w:pStyle w:val="ListNumber"/>
        <w:spacing w:line="240" w:lineRule="auto"/>
        <w:ind w:left="720"/>
      </w:pPr>
      <w:r/>
      <w:hyperlink r:id="rId11">
        <w:r>
          <w:rPr>
            <w:color w:val="0000EE"/>
            <w:u w:val="single"/>
          </w:rPr>
          <w:t>https://www.kilkennypride.ie/events</w:t>
        </w:r>
      </w:hyperlink>
      <w:r>
        <w:t xml:space="preserve"> - This page on the Kilkenny Pride website outlines the detailed schedule of events for the 2026 festival, running from July 23 to July 26. It lists each day's activities, including the Kilkenny Pride Film Festival, Queer Céilí, Pride Parade, family fun day, and various music and social events. The page provides times, locations, and ticket information for each event, ensuring attendees can plan their participation accordingly. It also highlights the support from local partners and sponsors, reflecting the community's involvement in the festival. The page serves as a comprehensive guide to the festival's offerings.</w:t>
      </w:r>
      <w:r/>
    </w:p>
    <w:p>
      <w:pPr>
        <w:pStyle w:val="ListNumber"/>
        <w:spacing w:line="240" w:lineRule="auto"/>
        <w:ind w:left="720"/>
      </w:pPr>
      <w:r/>
      <w:hyperlink r:id="rId12">
        <w:r>
          <w:rPr>
            <w:color w:val="0000EE"/>
            <w:u w:val="single"/>
          </w:rPr>
          <w:t>https://www.kilkennypride.ie/whats-on/kilkenny-pride-at-butler-gallery</w:t>
        </w:r>
      </w:hyperlink>
      <w:r>
        <w:t xml:space="preserve"> - Butler Gallery's official page details its role in hosting the Kilkenny Pride Family Fun Day, a key event in the 2026 festival. The page describes the day's activities, including live music, performances, and family-friendly entertainment. It highlights the gallery's commitment to supporting and celebrating the diverse community. The page also provides logistical information, such as event timings and amenities available on-site. It emphasizes the inclusive atmosphere of the event, inviting attendees of all ages to participate in the festivities. The page serves as an invitation to the community to join in the celebration of pride and togetherness.</w:t>
      </w:r>
      <w:r/>
    </w:p>
    <w:p>
      <w:pPr>
        <w:pStyle w:val="ListNumber"/>
        <w:spacing w:line="240" w:lineRule="auto"/>
        <w:ind w:left="720"/>
      </w:pPr>
      <w:r/>
      <w:hyperlink r:id="rId12">
        <w:r>
          <w:rPr>
            <w:color w:val="0000EE"/>
            <w:u w:val="single"/>
          </w:rPr>
          <w:t>https://www.kilkennypride.ie/whats-on/kilkenny-pride-at-butler-gallery</w:t>
        </w:r>
      </w:hyperlink>
      <w:r>
        <w:t xml:space="preserve"> - This page on the Kilkenny Pride website provides information about the Kilkenny Pride Family Fun Day, hosted at Butler Gallery. The event features live music, performances, and family-friendly activities, aiming to create an inclusive and celebratory atmosphere for all attendees. The page offers details about the event's schedule, performers, and the gallery's role in supporting the LGBTQIA+ community. It also provides practical information, such as event timings and amenities available on-site. The page serves as an invitation to the community to join in the festivities and celebrate pride together.</w:t>
      </w:r>
      <w:r/>
    </w:p>
    <w:p>
      <w:pPr>
        <w:pStyle w:val="ListNumber"/>
        <w:spacing w:line="240" w:lineRule="auto"/>
        <w:ind w:left="720"/>
      </w:pPr>
      <w:r/>
      <w:hyperlink r:id="rId12">
        <w:r>
          <w:rPr>
            <w:color w:val="0000EE"/>
            <w:u w:val="single"/>
          </w:rPr>
          <w:t>https://www.kilkennypride.ie/whats-on/kilkenny-pride-at-butler-gallery</w:t>
        </w:r>
      </w:hyperlink>
      <w:r>
        <w:t xml:space="preserve"> - This page on the Kilkenny Pride website provides information about the Kilkenny Pride Family Fun Day, hosted at Butler Gallery. The event features live music, performances, and family-friendly activities, aiming to create an inclusive and celebratory atmosphere for all attendees. The page offers details about the event's schedule, performers, and the gallery's role in supporting the LGBTQIA+ community. It also provides practical information, such as event timings and amenities available on-site. The page serves as an invitation to the community to join in the festivities and celebrate pride together.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county/kilkenny/over-500-take-to-the-streets-of-kilkenny-for-the-citys-second-annual-pride-parade/a/159260915.html" TargetMode="External"/><Relationship Id="rId10" Type="http://schemas.openxmlformats.org/officeDocument/2006/relationships/hyperlink" Target="https://www.kilkennypride.ie/" TargetMode="External"/><Relationship Id="rId11" Type="http://schemas.openxmlformats.org/officeDocument/2006/relationships/hyperlink" Target="https://www.kilkennypride.ie/events" TargetMode="External"/><Relationship Id="rId12" Type="http://schemas.openxmlformats.org/officeDocument/2006/relationships/hyperlink" Target="https://www.kilkennypride.ie/whats-on/kilkenny-pride-at-butler-gallery" TargetMode="External"/><Relationship Id="rId13" Type="http://schemas.openxmlformats.org/officeDocument/2006/relationships/hyperlink" Target="https://www.kilkennymusic.com/kilkenny-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