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Fayette County’s First Pride Celebration: What to Expect, Who’s Performing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Mark your calendars: Fayette County is hosting its first Pride celebration on Saturday, Aug. 1, in downtown Fayetteville , a lively, volunteer-run festival with a market, a 1.4-mile parade, family activities, live performances and evening after-parties that aim to bring the community together.</w:t>
      </w:r>
      <w:r/>
    </w:p>
    <w:p>
      <w:r/>
      <w:r>
        <w:t>Essential Takeaways</w:t>
      </w:r>
      <w:r/>
      <w:r/>
    </w:p>
    <w:p>
      <w:pPr>
        <w:pStyle w:val="ListBullet"/>
        <w:spacing w:line="240" w:lineRule="auto"/>
        <w:ind w:left="720"/>
      </w:pPr>
      <w:r/>
      <w:r>
        <w:rPr>
          <w:b/>
        </w:rPr>
        <w:t>When and where:</w:t>
      </w:r>
      <w:r>
        <w:t xml:space="preserve"> Noon–5 p.m. on Saturday, Aug. 1, centred on the Fayette County courthouse square and downtown Fayetteville. </w:t>
      </w:r>
      <w:r/>
    </w:p>
    <w:p>
      <w:pPr>
        <w:pStyle w:val="ListBullet"/>
        <w:spacing w:line="240" w:lineRule="auto"/>
        <w:ind w:left="720"/>
      </w:pPr>
      <w:r/>
      <w:r>
        <w:rPr>
          <w:b/>
        </w:rPr>
        <w:t>Parade details:</w:t>
      </w:r>
      <w:r>
        <w:t xml:space="preserve"> The 1.4-mile Pride Parade begins at 1 p.m., stepping off from the Fayette County Justice Center; expect floats, churches, civic groups and musicians. </w:t>
      </w:r>
      <w:r/>
    </w:p>
    <w:p>
      <w:pPr>
        <w:pStyle w:val="ListBullet"/>
        <w:spacing w:line="240" w:lineRule="auto"/>
        <w:ind w:left="720"/>
      </w:pPr>
      <w:r/>
      <w:r>
        <w:rPr>
          <w:b/>
        </w:rPr>
        <w:t>Headliners &amp; grand marshal:</w:t>
      </w:r>
      <w:r>
        <w:t xml:space="preserve"> Grand Marshal TAYLOR ALXNDR, drag performer and Southern Fried Queer Pride co‑founder, plus singers, choirs and dance troupes. </w:t>
      </w:r>
      <w:r/>
    </w:p>
    <w:p>
      <w:pPr>
        <w:pStyle w:val="ListBullet"/>
        <w:spacing w:line="240" w:lineRule="auto"/>
        <w:ind w:left="720"/>
      </w:pPr>
      <w:r/>
      <w:r>
        <w:rPr>
          <w:b/>
        </w:rPr>
        <w:t>Family-friendly features:</w:t>
      </w:r>
      <w:r>
        <w:t xml:space="preserve"> Kids Corner with face painting, crafts, bubbles and sidewalk chalk , something for little hands and big imaginations. </w:t>
      </w:r>
      <w:r/>
    </w:p>
    <w:p>
      <w:pPr>
        <w:pStyle w:val="ListBullet"/>
        <w:spacing w:line="240" w:lineRule="auto"/>
        <w:ind w:left="720"/>
      </w:pPr>
      <w:r/>
      <w:r>
        <w:rPr>
          <w:b/>
        </w:rPr>
        <w:t>Evening options:</w:t>
      </w:r>
      <w:r>
        <w:t xml:space="preserve"> Official after-parties at six downtown venues offering food, drinks and extra entertainment.</w:t>
      </w:r>
      <w:r/>
      <w:r/>
    </w:p>
    <w:p>
      <w:pPr>
        <w:pStyle w:val="Heading2"/>
      </w:pPr>
      <w:r>
        <w:t>A bright new Pride arrives in Fayette County , and it feels joyful</w:t>
      </w:r>
      <w:r/>
    </w:p>
    <w:p>
      <w:r/>
      <w:r>
        <w:t>This is the first Pride festival staged specifically for Fayette County, and organisers have gone for a full-day, festival-town vibe that feels warm and intentional. The market will ring the courthouse square from noon, with colourful booths, food trucks and community groups setting a friendly, bustling tone. According to local event listings, volunteers from the Fayette Pride board have pulled the programme together with both celebration and outreach in mind.</w:t>
      </w:r>
      <w:r/>
    </w:p>
    <w:p>
      <w:r/>
      <w:r>
        <w:t>Think of it as a micro‑festival: there’s the sensory mix of music, street food and chatter, plus the bright, sticky smell of kids’ bubbles and the sight of chalked messages on the pavement. If you want to arrive early, the market is the place to stroll, shop local crafts and meet community organisations.</w:t>
      </w:r>
      <w:r/>
    </w:p>
    <w:p>
      <w:pPr>
        <w:pStyle w:val="Heading2"/>
      </w:pPr>
      <w:r>
        <w:t>The parade , where the party really gets moving</w:t>
      </w:r>
      <w:r/>
    </w:p>
    <w:p>
      <w:r/>
      <w:r>
        <w:t>The parade route is 1.4 miles and starts at 1 p.m. from the Fayette County Justice Center, winding through downtown Fayetteville. Parade entries will include floats, local churches, civic groups, nonprofits and marching musicians, so it’s designed to showcase a wide cross-section of the area. Grand Marshal TAYLOR ALXNDR will lead the procession, bringing drag performance flair and name recognition from Southern Fried Queer Pride.</w:t>
      </w:r>
      <w:r/>
    </w:p>
    <w:p>
      <w:r/>
      <w:r>
        <w:t>If you’re planning to watch, pick a spot along the route early for the best views, and bring a portable chair or picnic blanket , shade can be limited. For anyone marching, organisers recommend checking arrival times with your group to line up smoothly before the step‑off.</w:t>
      </w:r>
      <w:r/>
    </w:p>
    <w:p>
      <w:pPr>
        <w:pStyle w:val="Heading2"/>
      </w:pPr>
      <w:r>
        <w:t>Performances, contests and something for every age</w:t>
      </w:r>
      <w:r/>
    </w:p>
    <w:p>
      <w:r/>
      <w:r>
        <w:t>The main stage promises a varied line-up: Southern Arc Dance, the Atlanta Women’s Chorus, vocalist Chris Pierce and performance sets from TAYLOR ALXNDR, plus runway and dance contests. It’s a mix designed to balance local talent with established performers, and to keep energy levels high across the afternoon.</w:t>
      </w:r>
      <w:r/>
    </w:p>
    <w:p>
      <w:r/>
      <w:r>
        <w:t>Parents will appreciate the Kids Corner activities , face painting, crafts and chalk art , that make the event genuinely family-friendly rather than just adult-focused. If you’re bringing young children, pack sunscreen and an extra change of clothes for sticky craft glue and chalk dust.</w:t>
      </w:r>
      <w:r/>
    </w:p>
    <w:p>
      <w:pPr>
        <w:pStyle w:val="Heading2"/>
      </w:pPr>
      <w:r>
        <w:t>Leaders, voices and local significance</w:t>
      </w:r>
      <w:r/>
    </w:p>
    <w:p>
      <w:r/>
      <w:r>
        <w:t>Speakers at the kick-off include Fayetteville Mayor Ed Johnson and Dewayne Queen, Atlanta’s Director of LGBTQ+ Affairs, signalling both local political support and regional solidarity. Fayetteville City Council member Joe Clark, the county’s first openly gay elected official, is also scheduled to participate, which underlines how this event is as much civic as celebratory.</w:t>
      </w:r>
      <w:r/>
    </w:p>
    <w:p>
      <w:r/>
      <w:r>
        <w:t>Organisers are volunteers from the Fayette Pride board, which gives the festival a grassroots feel. That matters when you consider the festival’s aim: to build visibility and community ties in a county staging its first Pride. Expect warm speeches, practical messages about inclusion and a few heartfelt moments.</w:t>
      </w:r>
      <w:r/>
    </w:p>
    <w:p>
      <w:pPr>
        <w:pStyle w:val="Heading2"/>
      </w:pPr>
      <w:r>
        <w:t>After-parties and where to keep the night going</w:t>
      </w:r>
      <w:r/>
    </w:p>
    <w:p>
      <w:r/>
      <w:r>
        <w:t>As the official programme winds down, six downtown spots will host after-parties: Awkward Brewing, Revival Wine Bar, Gremlin Growlers, Line Creek Brewing, Camp Brewing Company and The Hummingbird Room. Each venue will offer its own entertainment and food and drink specials, so you can pick a vibe , quiet wine bar, lively brewery or somewhere in between.</w:t>
      </w:r>
      <w:r/>
    </w:p>
    <w:p>
      <w:r/>
      <w:r>
        <w:t>If you plan to attend after‑hours events, check venue pages for entry policies and any ticketing details. It’s also a good way to support local businesses that are backing the event.</w:t>
      </w:r>
      <w:r/>
    </w:p>
    <w:p>
      <w:r/>
      <w:r>
        <w:t>It's a small change that can make every celebration feel more inclusive and more local.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12">
        <w:r>
          <w:rPr>
            <w:color w:val="0000EE"/>
            <w:u w:val="single"/>
          </w:rPr>
          <w:t>[5]</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[3]</w:t>
        </w:r>
      </w:hyperlink>
      <w:r>
        <w:t xml:space="preserve">- Paragraph 6: </w:t>
      </w:r>
      <w:hyperlink r:id="rId15">
        <w:r>
          <w:rPr>
            <w:color w:val="0000EE"/>
            <w:u w:val="single"/>
          </w:rPr>
          <w:t>[7]</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https://roughdraftatlanta.com/2026/07/28/fayette-county-first-pride-celebration/</w:t>
        </w:r>
      </w:hyperlink>
      <w:r>
        <w:t xml:space="preserve"> - Please view link - unable to able to access data</w:t>
      </w:r>
      <w:r/>
    </w:p>
    <w:p>
      <w:pPr>
        <w:pStyle w:val="ListNumber"/>
        <w:spacing w:line="240" w:lineRule="auto"/>
        <w:ind w:left="720"/>
      </w:pPr>
      <w:r/>
      <w:hyperlink r:id="rId10">
        <w:r>
          <w:rPr>
            <w:color w:val="0000EE"/>
            <w:u w:val="single"/>
          </w:rPr>
          <w:t>https://happeningnext.com/event/fayette-countys-first-pride-eid3a0dngbfvr</w:t>
        </w:r>
      </w:hyperlink>
      <w:r>
        <w:t xml:space="preserve"> - Fayette County's inaugural Pride event is scheduled for Saturday, August 1, 2026, from 12:00 pm to 5:00 pm at Courthouse Square in Fayetteville, GA. The celebration includes a vendor market, parade, and family-friendly activities. Grand Marshal TAYLOR ALXNDR, a renowned drag performer and co-founder of Southern Fried Queer Pride, will lead the parade. The event is organised by the volunteer-led Fayette Pride board. (</w:t>
      </w:r>
      <w:hyperlink r:id="rId16">
        <w:r>
          <w:rPr>
            <w:color w:val="0000EE"/>
            <w:u w:val="single"/>
          </w:rPr>
          <w:t>happeningnext.com</w:t>
        </w:r>
      </w:hyperlink>
      <w:r>
        <w:t>)</w:t>
      </w:r>
      <w:r/>
    </w:p>
    <w:p>
      <w:pPr>
        <w:pStyle w:val="ListNumber"/>
        <w:spacing w:line="240" w:lineRule="auto"/>
        <w:ind w:left="720"/>
      </w:pPr>
      <w:r/>
      <w:hyperlink r:id="rId14">
        <w:r>
          <w:rPr>
            <w:color w:val="0000EE"/>
            <w:u w:val="single"/>
          </w:rPr>
          <w:t>https://thecitizen.com/event/fayette-pride/</w:t>
        </w:r>
      </w:hyperlink>
      <w:r>
        <w:t xml:space="preserve"> - Fayette Pride's inaugural celebration will take place on August 1, 2026, from 12:00 pm to 5:00 pm in Downtown Fayetteville. The event features a Pride Market with 39 vendors, 4 food trucks, and main stage entertainment. Grand Marshal TAYLOR ALXNDR will lead the parade, which includes participants such as City Council Member Joe Clark and various community groups. After the market closes, official after-parties will be held at six local venues. (</w:t>
      </w:r>
      <w:hyperlink r:id="rId17">
        <w:r>
          <w:rPr>
            <w:color w:val="0000EE"/>
            <w:u w:val="single"/>
          </w:rPr>
          <w:t>thecitizen.com</w:t>
        </w:r>
      </w:hyperlink>
      <w:r>
        <w:t>)</w:t>
      </w:r>
      <w:r/>
    </w:p>
    <w:p>
      <w:pPr>
        <w:pStyle w:val="ListNumber"/>
        <w:spacing w:line="240" w:lineRule="auto"/>
        <w:ind w:left="720"/>
      </w:pPr>
      <w:r/>
      <w:hyperlink r:id="rId11">
        <w:r>
          <w:rPr>
            <w:color w:val="0000EE"/>
            <w:u w:val="single"/>
          </w:rPr>
          <w:t>https://www.eventbrite.com/e/fayette-pride-tickets-1993138135818</w:t>
        </w:r>
      </w:hyperlink>
      <w:r>
        <w:t xml:space="preserve"> - Fayette Pride is hosting its first-ever Pride event in Fayette County on August 1, 2026, from 12:00 pm to 5:00 pm in downtown Fayetteville. The event includes a vendor market, parade, and family-friendly activities. Grand Marshal TAYLOR ALXNDR will lead the parade, with performances by the Atlanta Women's Chorus, Southern Arc Dance Studio, Tony Thompson, and Chris Pierce. The event is organised by the volunteer-led Fayette Pride board. (</w:t>
      </w:r>
      <w:hyperlink r:id="rId18">
        <w:r>
          <w:rPr>
            <w:color w:val="0000EE"/>
            <w:u w:val="single"/>
          </w:rPr>
          <w:t>eventbrite.com</w:t>
        </w:r>
      </w:hyperlink>
      <w:r>
        <w:t>)</w:t>
      </w:r>
      <w:r/>
    </w:p>
    <w:p>
      <w:pPr>
        <w:pStyle w:val="ListNumber"/>
        <w:spacing w:line="240" w:lineRule="auto"/>
        <w:ind w:left="720"/>
      </w:pPr>
      <w:r/>
      <w:hyperlink r:id="rId12">
        <w:r>
          <w:rPr>
            <w:color w:val="0000EE"/>
            <w:u w:val="single"/>
          </w:rPr>
          <w:t>https://thecitizen.com/2026/07/13/fayette-pride-ready-to-debut-in-downtown-fayetteville/</w:t>
        </w:r>
      </w:hyperlink>
      <w:r>
        <w:t xml:space="preserve"> - Fayette County's first Pride celebration, Fayette Pride, is set for August 1, 2026, in downtown Fayetteville. The event will feature a 1.4-mile parade, Pride Market on the Historic Courthouse Square, live performances, food trucks, and official after-parties at local businesses. Organised by a volunteer board, Fayette Pride aims to create a welcoming space for people to celebrate, connect, and build community. (</w:t>
      </w:r>
      <w:hyperlink r:id="rId19">
        <w:r>
          <w:rPr>
            <w:color w:val="0000EE"/>
            <w:u w:val="single"/>
          </w:rPr>
          <w:t>thecitizen.com</w:t>
        </w:r>
      </w:hyperlink>
      <w:r>
        <w:t>)</w:t>
      </w:r>
      <w:r/>
    </w:p>
    <w:p>
      <w:pPr>
        <w:pStyle w:val="ListNumber"/>
        <w:spacing w:line="240" w:lineRule="auto"/>
        <w:ind w:left="720"/>
      </w:pPr>
      <w:r/>
      <w:hyperlink r:id="rId13">
        <w:r>
          <w:rPr>
            <w:color w:val="0000EE"/>
            <w:u w:val="single"/>
          </w:rPr>
          <w:t>https://fayettevillepride.org/</w:t>
        </w:r>
      </w:hyperlink>
      <w:r>
        <w:t xml:space="preserve"> - Fayetteville Pride is a 501(c)(3) non-profit organisation dedicated to celebrating, supporting, and advocating for the LGBTQ+ community and its allies. Their mission includes creating visibility, providing a support network, serving as an educational resource, and advocating for increased awareness and acceptance within the Fayetteville area. They aim to produce LGBTQ+ Pride events that inspire, educate, commemorate, and celebrate the diverse community. (</w:t>
      </w:r>
      <w:hyperlink r:id="rId20">
        <w:r>
          <w:rPr>
            <w:color w:val="0000EE"/>
            <w:u w:val="single"/>
          </w:rPr>
          <w:t>fayettevillepride.org</w:t>
        </w:r>
      </w:hyperlink>
      <w:r>
        <w:t>)</w:t>
      </w:r>
      <w:r/>
    </w:p>
    <w:p>
      <w:pPr>
        <w:pStyle w:val="ListNumber"/>
        <w:spacing w:line="240" w:lineRule="auto"/>
        <w:ind w:left="720"/>
      </w:pPr>
      <w:r/>
      <w:hyperlink r:id="rId15">
        <w:r>
          <w:rPr>
            <w:color w:val="0000EE"/>
            <w:u w:val="single"/>
          </w:rPr>
          <w:t>https://avpride.com/</w:t>
        </w:r>
      </w:hyperlink>
      <w:r>
        <w:t xml:space="preserve"> - AVPRIDE is a 501(c)(3) youth-serving organisation contracted by the state of Georgia to address substance abuse prevention in Fayette and Coweta counties. For nearly 25 years, AVPRIDE has led the Fayette and Coweta communities in youth development and leadership training, offering programmes for youth and families. Their mission is to empower youth to make informed and healthy decisions that result in resiliency and success as conscious, productive, and contributing societal leaders. (</w:t>
      </w:r>
      <w:hyperlink r:id="rId21">
        <w:r>
          <w:rPr>
            <w:color w:val="0000EE"/>
            <w:u w:val="single"/>
          </w:rPr>
          <w:t>avpride.com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oughdraftatlanta.com/2026/07/28/fayette-county-first-pride-celebration/" TargetMode="External"/><Relationship Id="rId10" Type="http://schemas.openxmlformats.org/officeDocument/2006/relationships/hyperlink" Target="https://happeningnext.com/event/fayette-countys-first-pride-eid3a0dngbfvr" TargetMode="External"/><Relationship Id="rId11" Type="http://schemas.openxmlformats.org/officeDocument/2006/relationships/hyperlink" Target="https://www.eventbrite.com/e/fayette-pride-tickets-1993138135818" TargetMode="External"/><Relationship Id="rId12" Type="http://schemas.openxmlformats.org/officeDocument/2006/relationships/hyperlink" Target="https://thecitizen.com/2026/07/13/fayette-pride-ready-to-debut-in-downtown-fayetteville/" TargetMode="External"/><Relationship Id="rId13" Type="http://schemas.openxmlformats.org/officeDocument/2006/relationships/hyperlink" Target="https://fayettevillepride.org/" TargetMode="External"/><Relationship Id="rId14" Type="http://schemas.openxmlformats.org/officeDocument/2006/relationships/hyperlink" Target="https://thecitizen.com/event/fayette-pride/" TargetMode="External"/><Relationship Id="rId15" Type="http://schemas.openxmlformats.org/officeDocument/2006/relationships/hyperlink" Target="https://avpride.com/" TargetMode="External"/><Relationship Id="rId16" Type="http://schemas.openxmlformats.org/officeDocument/2006/relationships/hyperlink" Target="https://happeningnext.com/event/fayette-countys-first-pride-eid3a0dngbfvr?utm_source=openai" TargetMode="External"/><Relationship Id="rId17" Type="http://schemas.openxmlformats.org/officeDocument/2006/relationships/hyperlink" Target="https://thecitizen.com/event/fayette-pride/?utm_source=openai" TargetMode="External"/><Relationship Id="rId18" Type="http://schemas.openxmlformats.org/officeDocument/2006/relationships/hyperlink" Target="https://www.eventbrite.com/e/fayette-pride-tickets-1993138135818?utm_source=openai" TargetMode="External"/><Relationship Id="rId19" Type="http://schemas.openxmlformats.org/officeDocument/2006/relationships/hyperlink" Target="https://thecitizen.com/2026/07/13/fayette-pride-ready-to-debut-in-downtown-fayetteville/?utm_source=openai" TargetMode="External"/><Relationship Id="rId20" Type="http://schemas.openxmlformats.org/officeDocument/2006/relationships/hyperlink" Target="https://fayettevillepride.org/?utm_source=openai" TargetMode="External"/><Relationship Id="rId21" Type="http://schemas.openxmlformats.org/officeDocument/2006/relationships/hyperlink" Target="https://avpride.com/?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