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Movies on Netflix Right Now: Top Picks for Your Next Night 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a cosy night in with a lineup of the best gay movies on Netflix, featuring everything from quiet, soul-stretching dramas to fizzing rom-coms and eye-opening documentaries; whether you want to weep, laugh, or learn, these picks deliver strong stories, great performances and plenty to talk about afterwards.</w:t>
      </w:r>
      <w:r/>
    </w:p>
    <w:p>
      <w:r/>
      <w:r>
        <w:t>Essential Takeaways</w:t>
      </w:r>
      <w:r/>
      <w:r/>
    </w:p>
    <w:p>
      <w:pPr>
        <w:pStyle w:val="ListBullet"/>
        <w:spacing w:line="240" w:lineRule="auto"/>
        <w:ind w:left="720"/>
      </w:pPr>
      <w:r/>
      <w:r>
        <w:rPr>
          <w:b/>
        </w:rPr>
        <w:t>Standout performances:</w:t>
      </w:r>
      <w:r>
        <w:t xml:space="preserve"> Films like Moonlight and Call Me By Your Name feature subtle, unforgettable acting that lingers long after the credits. </w:t>
      </w:r>
      <w:r/>
    </w:p>
    <w:p>
      <w:pPr>
        <w:pStyle w:val="ListBullet"/>
        <w:spacing w:line="240" w:lineRule="auto"/>
        <w:ind w:left="720"/>
      </w:pPr>
      <w:r/>
      <w:r>
        <w:rPr>
          <w:b/>
        </w:rPr>
        <w:t>Range of moods:</w:t>
      </w:r>
      <w:r>
        <w:t xml:space="preserve"> Expect tender coming‑of‑age tales, heavy dramas, light rom‑coms and sharp documentaries , something for whatever mood you’re in. </w:t>
      </w:r>
      <w:r/>
    </w:p>
    <w:p>
      <w:pPr>
        <w:pStyle w:val="ListBullet"/>
        <w:spacing w:line="240" w:lineRule="auto"/>
        <w:ind w:left="720"/>
      </w:pPr>
      <w:r/>
      <w:r>
        <w:rPr>
          <w:b/>
        </w:rPr>
        <w:t>Visual and emotional textures:</w:t>
      </w:r>
      <w:r>
        <w:t xml:space="preserve"> Many picks are beautifully shot (think Italian summers or moody American landscapes) and reward slow viewing. </w:t>
      </w:r>
      <w:r/>
    </w:p>
    <w:p>
      <w:pPr>
        <w:pStyle w:val="ListBullet"/>
        <w:spacing w:line="240" w:lineRule="auto"/>
        <w:ind w:left="720"/>
      </w:pPr>
      <w:r/>
      <w:r>
        <w:rPr>
          <w:b/>
        </w:rPr>
        <w:t>Accessible, varied picks:</w:t>
      </w:r>
      <w:r>
        <w:t xml:space="preserve"> The list spans countries and decades, so you’ll find mainstream classics and international gems; availability varies by region. </w:t>
      </w:r>
      <w:r/>
      <w:r/>
    </w:p>
    <w:p>
      <w:pPr>
        <w:pStyle w:val="Heading2"/>
      </w:pPr>
      <w:r>
        <w:t>Why Moonlight still stops you in your tracks</w:t>
      </w:r>
      <w:r/>
    </w:p>
    <w:p>
      <w:r/>
      <w:r>
        <w:t>Moonlight is a quiet film that feels tactile , the sea, a school corridor, a hush between characters all stay with you. According to reviews in major outlets, Barry Jenkins’ film unfolds across three stages of a man’s life with such precision that each small moment accumulates into something seismic. Critics and audiences praise its spare storytelling and the performances from its three Chiron actors. If you’re choosing for emotional depth, pick the version that lets you watch uninterrupted; this is a film to savour, not speed through.</w:t>
      </w:r>
      <w:r/>
    </w:p>
    <w:p>
      <w:pPr>
        <w:pStyle w:val="Heading2"/>
      </w:pPr>
      <w:r>
        <w:t>Call Me By Your Name: summer heat and aching glances</w:t>
      </w:r>
      <w:r/>
    </w:p>
    <w:p>
      <w:r/>
      <w:r>
        <w:t>There’s a reason Luca Guadagnino’s film circulates in so many “best of” conversations: it weaponises atmosphere. Roger Ebert’s writing and other critical commentary note how the Italian countryside and the film’s slow-build romance turn ordinary gestures into major emotional currency. For a movie night where mood matters, this is the pick , dim the lights, bring a good red wine, and let the lingering final scene do its work.</w:t>
      </w:r>
      <w:r/>
    </w:p>
    <w:p>
      <w:pPr>
        <w:pStyle w:val="Heading2"/>
      </w:pPr>
      <w:r>
        <w:t>Quiet, honest love: Small-town stories that feel lived-in</w:t>
      </w:r>
      <w:r/>
    </w:p>
    <w:p>
      <w:r/>
      <w:r>
        <w:t>Films such as the lambing‑season drama about Johnny and Gheorghe show how restrained, domestic storytelling can hit harder than melodrama. These are the movies that trade in looks and pauses rather than speeches, and they often feel truer because of it. If your dog chews through emotional payoffs quickly, sit with a title like this: the reward comes in the slow reveal.</w:t>
      </w:r>
      <w:r/>
    </w:p>
    <w:p>
      <w:pPr>
        <w:pStyle w:val="Heading2"/>
      </w:pPr>
      <w:r>
        <w:t>Documentaries that change how you see things</w:t>
      </w:r>
      <w:r/>
    </w:p>
    <w:p>
      <w:r/>
      <w:r>
        <w:t>From Disclosure’s re‑reading of trans representation to Circus of Books’ intimate family history, documentaries on this list do more than inform , they redirect the way you watch fiction too. These films gather talking heads, archival footage and personal stories to reshape narratives about identity and activism. They’re perfect if you want a watch that leaves you smarter and quietly moved.</w:t>
      </w:r>
      <w:r/>
    </w:p>
    <w:p>
      <w:pPr>
        <w:pStyle w:val="Heading2"/>
      </w:pPr>
      <w:r>
        <w:t>Comedies and rom‑coms: feel-good queer cinema</w:t>
      </w:r>
      <w:r/>
    </w:p>
    <w:p>
      <w:r/>
      <w:r>
        <w:t>Not every queer film is a heartbreaker, and Netflix’s catalogue has plenty of light, warm options. Single All the Way and Alex Strangelove are snapshots of modern queer joy and awkwardness , they’re great for a group night when the aim is to laugh and leave lighter than when you started. Do Revenge offers a darker, stylised teen caper if you prefer twists and a bit of edge with your humour.</w:t>
      </w:r>
      <w:r/>
    </w:p>
    <w:p>
      <w:pPr>
        <w:pStyle w:val="Heading2"/>
      </w:pPr>
      <w:r>
        <w:t>Classic and international picks that broaden the conversation</w:t>
      </w:r>
      <w:r/>
    </w:p>
    <w:p>
      <w:r/>
      <w:r>
        <w:t>Brokeback Mountain, Carol and The Handmaiden are examples of films that have shifted the mainstream conversation about queer love and representation. They’re also beautiful to look at , sumptuous period detail, crisp framing, and storytelling choices that reward repeat viewings. Including non‑English films like Your Name Engraved Herein and Nuovo Olimpo also underlines how universal these stories are; subtitles let you travel without leaving the sofa.</w:t>
      </w:r>
      <w:r/>
    </w:p>
    <w:p>
      <w:pPr>
        <w:pStyle w:val="Heading2"/>
      </w:pPr>
      <w:r>
        <w:t>How to choose what to watch tonight</w:t>
      </w:r>
      <w:r/>
    </w:p>
    <w:p>
      <w:r/>
      <w:r>
        <w:t>Start with mood: want to be wrecked, uplifted or enlightened? Check runtime and tone before you commit , some of these films demand space to breathe. If you’re unsure, pair a drama with a documentary for balance. Also remember Netflix libraries vary by country; if a title isn’t visible, it may still stream elsewhere.</w:t>
      </w:r>
      <w:r/>
    </w:p>
    <w:p>
      <w:pPr>
        <w:pStyle w:val="Heading2"/>
      </w:pPr>
      <w:r>
        <w:t>A quick note about context and availability</w:t>
      </w:r>
      <w:r/>
    </w:p>
    <w:p>
      <w:r/>
      <w:r>
        <w:t>Netflix has brought many viewers to these films, but availability shifts by region and over time. Critics from outlets like Roger Ebert and aggregators like Rotten Tomatoes have long championed titles such as Moonlight and Call Me By Your Name, helping them reach new audiences. If you can’t find a title on Netflix, regional streaming services, rentals or DVDs are good backups.</w:t>
      </w:r>
      <w:r/>
    </w:p>
    <w:p>
      <w:r/>
      <w:r>
        <w:t>It’s a small change that can make every movie night feel like discovery , go on, press play.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[3]</w:t>
        </w:r>
      </w:hyperlink>
      <w:r>
        <w:t xml:space="preserve">- Paragraph 7: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https://instinctmagazine.com/best-gay-movies-on-netflix/</w:t>
        </w:r>
      </w:hyperlink>
      <w:r>
        <w:t xml:space="preserve"> - Please view link - unable to able to access data</w:t>
      </w:r>
      <w:r/>
    </w:p>
    <w:p>
      <w:pPr>
        <w:pStyle w:val="ListNumber"/>
        <w:spacing w:line="240" w:lineRule="auto"/>
        <w:ind w:left="720"/>
      </w:pPr>
      <w:r/>
      <w:hyperlink r:id="rId10">
        <w:r>
          <w:rPr>
            <w:color w:val="0000EE"/>
            <w:u w:val="single"/>
          </w:rPr>
          <w:t>https://www.rogerebert.com/reviews/call-me-by-your-name-2017</w:t>
        </w:r>
      </w:hyperlink>
      <w:r>
        <w:t xml:space="preserve"> - This review of 'Call Me By Your Name' (2017) by Christy Lemire highlights the film's exploration of first love set in the Italian countryside. The critic praises the film's pacing, allowing every glance and conversation to build naturally, and notes the emotional impact of the romance. The performances of Timothée Chalamet and Armie Hammer are commended for their chemistry, and the film's setting and final scene are particularly noted for their lasting impression.</w:t>
      </w:r>
      <w:r/>
    </w:p>
    <w:p>
      <w:pPr>
        <w:pStyle w:val="ListNumber"/>
        <w:spacing w:line="240" w:lineRule="auto"/>
        <w:ind w:left="720"/>
      </w:pPr>
      <w:r/>
      <w:hyperlink r:id="rId11">
        <w:r>
          <w:rPr>
            <w:color w:val="0000EE"/>
            <w:u w:val="single"/>
          </w:rPr>
          <w:t>https://www.rogerebert.com/reviews/moonlight-2016</w:t>
        </w:r>
      </w:hyperlink>
      <w:r>
        <w:t xml:space="preserve"> - Brian Tallerico's review of 'Moonlight' (2016) describes it as a masterful exploration of identity, sexuality, family, and masculinity. The film is praised for its eloquent and heartbreaking portrayal of a young black man's journey through life. The critic highlights the film's focus on character development and its universal themes, noting that it stays grounded in its characters while addressing broader societal issues.</w:t>
      </w:r>
      <w:r/>
    </w:p>
    <w:p>
      <w:pPr>
        <w:pStyle w:val="ListNumber"/>
        <w:spacing w:line="240" w:lineRule="auto"/>
        <w:ind w:left="720"/>
      </w:pPr>
      <w:r/>
      <w:hyperlink r:id="rId12">
        <w:r>
          <w:rPr>
            <w:color w:val="0000EE"/>
            <w:u w:val="single"/>
          </w:rPr>
          <w:t>https://www.rottentomatoes.com/m/moonlight_2016</w:t>
        </w:r>
      </w:hyperlink>
      <w:r>
        <w:t xml:space="preserve"> - The Rotten Tomatoes page for 'Moonlight' (2016) showcases the film's critical acclaim, holding a 98% approval rating based on 400 reviews. The consensus reads, 'Moonlight uses one man's story to offer a remarkable and brilliantly crafted look at lives too rarely seen in cinema.' The page also provides information on where to watch the film and includes critics' reviews praising its storytelling and performances.</w:t>
      </w:r>
      <w:r/>
    </w:p>
    <w:p>
      <w:pPr>
        <w:pStyle w:val="ListNumber"/>
        <w:spacing w:line="240" w:lineRule="auto"/>
        <w:ind w:left="720"/>
      </w:pPr>
      <w:r/>
      <w:hyperlink r:id="rId14">
        <w:r>
          <w:rPr>
            <w:color w:val="0000EE"/>
            <w:u w:val="single"/>
          </w:rPr>
          <w:t>https://www.filmjabber.com/movie-reviews/moonlight.html</w:t>
        </w:r>
      </w:hyperlink>
      <w:r>
        <w:t xml:space="preserve"> - This review of 'Moonlight' (2016) by Erik Samdahl describes the film as a powerful, emotional, and heartfelt drama. The critic praises the performances of Alex Hibbert, Ashton Sanders, and Trevante Rhodes, who portray the main character Chiron at different stages of his life. The film's exploration of race, sexual orientation, and identity is highlighted, and the critic notes the film's ability to stay with viewers long after its end.</w:t>
      </w:r>
      <w:r/>
    </w:p>
    <w:p>
      <w:pPr>
        <w:pStyle w:val="ListNumber"/>
        <w:spacing w:line="240" w:lineRule="auto"/>
        <w:ind w:left="720"/>
      </w:pPr>
      <w:r/>
      <w:hyperlink r:id="rId13">
        <w:r>
          <w:rPr>
            <w:color w:val="0000EE"/>
            <w:u w:val="single"/>
          </w:rPr>
          <w:t>https://en.wikipedia.org/wiki/Moonlight_(2016_film)</w:t>
        </w:r>
      </w:hyperlink>
      <w:r>
        <w:t xml:space="preserve"> - The Wikipedia page for 'Moonlight' (2016) provides comprehensive information about the film, including its plot, cast, production, and reception. It details the film's critical acclaim, holding a 98% approval rating on Rotten Tomatoes and a score of 99 out of 100 on Metacritic. The page also includes information about the film's awards, including the Academy Award for Best Picture, and its impact on LGBTQ+ cinema.</w:t>
      </w:r>
      <w:r/>
    </w:p>
    <w:p>
      <w:pPr>
        <w:pStyle w:val="ListNumber"/>
        <w:spacing w:line="240" w:lineRule="auto"/>
        <w:ind w:left="720"/>
      </w:pPr>
      <w:r/>
      <w:hyperlink r:id="rId15">
        <w:r>
          <w:rPr>
            <w:color w:val="0000EE"/>
            <w:u w:val="single"/>
          </w:rPr>
          <w:t>https://cinemabravo.com/2018/02/04/movie-review-call-me-by-your-name-2017/</w:t>
        </w:r>
      </w:hyperlink>
      <w:r>
        <w:t xml:space="preserve"> - Dennis Buckly's review of 'Call Me By Your Name' (2017) discusses the film's melancholic vision of first love and coming-of-age narrative. The critic praises Luca Guadagnino's direction and the performances of Timothée Chalamet, Armie Hammer, and Michael Stuhlbarg. The review highlights the film's subtle approach to a passionate love story and its exploration of character principles and lives.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best-gay-movies-on-netflix/" TargetMode="External"/><Relationship Id="rId10" Type="http://schemas.openxmlformats.org/officeDocument/2006/relationships/hyperlink" Target="https://www.rogerebert.com/reviews/call-me-by-your-name-2017" TargetMode="External"/><Relationship Id="rId11" Type="http://schemas.openxmlformats.org/officeDocument/2006/relationships/hyperlink" Target="https://www.rogerebert.com/reviews/moonlight-2016" TargetMode="External"/><Relationship Id="rId12" Type="http://schemas.openxmlformats.org/officeDocument/2006/relationships/hyperlink" Target="https://www.rottentomatoes.com/m/moonlight_2016" TargetMode="External"/><Relationship Id="rId13" Type="http://schemas.openxmlformats.org/officeDocument/2006/relationships/hyperlink" Target="https://en.wikipedia.org/wiki/Moonlight_(2016_film)" TargetMode="External"/><Relationship Id="rId14" Type="http://schemas.openxmlformats.org/officeDocument/2006/relationships/hyperlink" Target="https://www.filmjabber.com/movie-reviews/moonlight.html" TargetMode="External"/><Relationship Id="rId15" Type="http://schemas.openxmlformats.org/officeDocument/2006/relationships/hyperlink" Target="https://cinemabravo.com/2018/02/04/movie-review-call-me-by-your-name-2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