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Free Summer Concerts: Cleveland Pride Band at Lakewood’s Front Porch Series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Catch the Cleveland Pride Band this Friday at 7pm as LakewoodAlive’s Front Porch concert series wraps its library run , it’s free, friendly and full of familiar, uplifting tunes that celebrate community and summer nights. Bring a chair, a snack from a local restaurant, and a smile.</w:t>
      </w:r>
      <w:r/>
    </w:p>
    <w:p>
      <w:r/>
      <w:r>
        <w:t>Essential Takeaways</w:t>
      </w:r>
      <w:r/>
      <w:r/>
    </w:p>
    <w:p>
      <w:pPr>
        <w:pStyle w:val="ListBullet"/>
        <w:spacing w:line="240" w:lineRule="auto"/>
        <w:ind w:left="720"/>
      </w:pPr>
      <w:r/>
      <w:r>
        <w:rPr>
          <w:b/>
        </w:rPr>
        <w:t>When and where:</w:t>
      </w:r>
      <w:r>
        <w:t xml:space="preserve"> Friday 7/31 at 7pm on the front steps of the downtown Lakewood Public Library, Detroit Avenue.</w:t>
      </w:r>
      <w:r/>
    </w:p>
    <w:p>
      <w:pPr>
        <w:pStyle w:val="ListBullet"/>
        <w:spacing w:line="240" w:lineRule="auto"/>
        <w:ind w:left="720"/>
      </w:pPr>
      <w:r/>
      <w:r>
        <w:rPr>
          <w:b/>
        </w:rPr>
        <w:t>Who’s playing:</w:t>
      </w:r>
      <w:r>
        <w:t xml:space="preserve"> Cleveland Pride Band, a community brass and marching ensemble of LGBTQ+ members and allies, ranging from beginners to seasoned players.</w:t>
      </w:r>
      <w:r/>
    </w:p>
    <w:p>
      <w:pPr>
        <w:pStyle w:val="ListBullet"/>
        <w:spacing w:line="240" w:lineRule="auto"/>
        <w:ind w:left="720"/>
      </w:pPr>
      <w:r/>
      <w:r>
        <w:rPr>
          <w:b/>
        </w:rPr>
        <w:t>What to expect:</w:t>
      </w:r>
      <w:r>
        <w:t xml:space="preserve"> Uplifting, familiar arrangements and a joyous, inclusive vibe , the group can swell to around 100 musicians for big appearances.</w:t>
      </w:r>
      <w:r/>
    </w:p>
    <w:p>
      <w:pPr>
        <w:pStyle w:val="ListBullet"/>
        <w:spacing w:line="240" w:lineRule="auto"/>
        <w:ind w:left="720"/>
      </w:pPr>
      <w:r/>
      <w:r>
        <w:rPr>
          <w:b/>
        </w:rPr>
        <w:t>Practical tip:</w:t>
      </w:r>
      <w:r>
        <w:t xml:space="preserve"> Arrive early to grab a good spot, pick up dinner from nearby restaurants, and bring a folding chair or blanket.</w:t>
      </w:r>
      <w:r/>
    </w:p>
    <w:p>
      <w:pPr>
        <w:pStyle w:val="ListBullet"/>
        <w:spacing w:line="240" w:lineRule="auto"/>
        <w:ind w:left="720"/>
      </w:pPr>
      <w:r/>
      <w:r>
        <w:rPr>
          <w:b/>
        </w:rPr>
        <w:t>Accessibility note:</w:t>
      </w:r>
      <w:r>
        <w:t xml:space="preserve"> The series is free and family-friendly; the band’s performances emphasise community participation and visibility.</w:t>
      </w:r>
      <w:r/>
      <w:r/>
    </w:p>
    <w:p>
      <w:pPr>
        <w:pStyle w:val="Heading2"/>
      </w:pPr>
      <w:r>
        <w:t>Why this concert feels like a perfect summer night</w:t>
      </w:r>
      <w:r/>
    </w:p>
    <w:p>
      <w:r/>
      <w:r>
        <w:t>There’s a particular buzz to an evening concert on library steps, a warm, slightly echoing sound as brass and percussion meet open air. The Cleveland Pride Band specialises in that feel-good repertoire , think singable, energising pieces that invite clapping and smiling rather than quiet contemplation. According to LakewoodAlive, the Front Porch series aims to spotlight local talent and foster community spirit, and this gig ticks both boxes.</w:t>
      </w:r>
      <w:r/>
    </w:p>
    <w:p>
      <w:r/>
      <w:r>
        <w:t>The setting helps: the downtown branch of Lakewood Public Library on Detroit Avenue collects a neighbourhood crowd, and the acoustics off the steps make even modest ensembles sound invigorating. Bring insect repellent if you’re staying after dusk, and do scope out nearby takeout , there are dozens of restaurants within easy walking distance.</w:t>
      </w:r>
      <w:r/>
    </w:p>
    <w:p>
      <w:pPr>
        <w:pStyle w:val="Heading2"/>
      </w:pPr>
      <w:r>
        <w:t>A band born from parade roots now playing concerts</w:t>
      </w:r>
      <w:r/>
    </w:p>
    <w:p>
      <w:r/>
      <w:r>
        <w:t>The group began life in 2003 as the Blazing River Freedom Band and rebranded in 2023 as the Cleveland Pride Band, reflecting its broader role in both Pride marches and community concerts. Their history shows an evolution from parade brass to a hybrid performance ensemble that now takes on both procession and stand-and-play concerts. The Pride Bands Network lists them among member bands, while the band’s own site outlines a mission of inclusivity and musical participation.</w:t>
      </w:r>
      <w:r/>
    </w:p>
    <w:p>
      <w:r/>
      <w:r>
        <w:t>Members range widely in skill and background, so performances carry a sense of joyful participation rather than polished exclusivity. That’s part of the charm , your neighbour might be on trumpet next to someone who’s been playing for decades. If you’ve ever thought of joining a community band, this is the sort of group that welcomes new faces.</w:t>
      </w:r>
      <w:r/>
    </w:p>
    <w:p>
      <w:pPr>
        <w:pStyle w:val="Heading2"/>
      </w:pPr>
      <w:r>
        <w:t>What the set will likely sound like , and why that matters</w:t>
      </w:r>
      <w:r/>
    </w:p>
    <w:p>
      <w:r/>
      <w:r>
        <w:t>Expect accessible, upbeat arrangements: rousing marches, pop or show tunes adapted for brass and percussion, and a few anthemic favourites that encourage audience singing. These are the sorts of songs that sound immediate and celebratory outdoors, and the band’s parade experience means they know how to deliver energy and projection without needing amplification.</w:t>
      </w:r>
      <w:r/>
    </w:p>
    <w:p>
      <w:r/>
      <w:r>
        <w:t>This style is ideal for a front-porch gig: it keeps conversation friendly, families entertained, and passers-by stopping to listen. For dog owners, it’s worth noting the volume can rise, so consider bringing ear protection for small children or sensitive pups.</w:t>
      </w:r>
      <w:r/>
    </w:p>
    <w:p>
      <w:pPr>
        <w:pStyle w:val="Heading2"/>
      </w:pPr>
      <w:r>
        <w:t>How LakewoodAlive’s Front Porch series supports local music</w:t>
      </w:r>
      <w:r/>
    </w:p>
    <w:p>
      <w:r/>
      <w:r>
        <w:t>LakewoodAlive curates the Front Porch series to spotlight a wide range of local acts , and the Cleveland Pride Band exemplifies the festival’s commitment to diversity. The library stage hosts a rotating mix of genres and performers; this week’s finale at the library is part of a longer run that moves to Madison Park Pavilion for additional dates, according to the library’s events page.</w:t>
      </w:r>
      <w:r/>
    </w:p>
    <w:p>
      <w:r/>
      <w:r>
        <w:t>Free community concerts like this one keep summer evenings feeling communal and accidental in the best way: you don’t need a ticket, there’s no dress code, and you can sample local food and conversation while enjoying live music. It’s the sort of local programming civic planners point to when talking about vibrant neighbourhood life.</w:t>
      </w:r>
      <w:r/>
    </w:p>
    <w:p>
      <w:pPr>
        <w:pStyle w:val="Heading2"/>
      </w:pPr>
      <w:r>
        <w:t>Tips for getting the most from the night</w:t>
      </w:r>
      <w:r/>
    </w:p>
    <w:p>
      <w:r/>
      <w:r>
        <w:t>Arrive 15–30 minutes early to secure a spot and browse food options nearby. Bring a portable chair rather than relying on library steps for comfort. If you’re coming with a group, claim space respectfully , these events draw families and older attendees as well. Consider donating to the band or supporting LakewoodAlive’s events calendar if you find yourself enjoying the series; community arts thrive on small gestures.</w:t>
      </w:r>
      <w:r/>
    </w:p>
    <w:p>
      <w:r/>
      <w:r>
        <w:t>If you’re inspired to play, the Cleveland Pride Band’s website and the Pride Bands Network both offer info for prospective members , it’s a welcoming entry point for amateurs and allies alike.</w:t>
      </w:r>
      <w:r/>
    </w:p>
    <w:p>
      <w:r/>
      <w:r>
        <w:t>It's a small outing that feels big: music, neighbourhood faces, and a shared summer evening.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13">
        <w:r>
          <w:rPr>
            <w:color w:val="0000EE"/>
            <w:u w:val="single"/>
          </w:rPr>
          <w:t>[5]</w:t>
        </w:r>
      </w:hyperlink>
      <w:r>
        <w:t xml:space="preserve">, </w:t>
      </w:r>
      <w:hyperlink r:id="rId14">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[4]</w:t>
        </w:r>
      </w:hyperlink>
      <w:r>
        <w:t xml:space="preserve">- Paragraph 5: </w:t>
      </w:r>
      <w:hyperlink r:id="rId12">
        <w:r>
          <w:rPr>
            <w:color w:val="0000EE"/>
            <w:u w:val="single"/>
          </w:rPr>
          <w:t>[6]</w:t>
        </w:r>
      </w:hyperlink>
      <w:r>
        <w:t xml:space="preserve">, </w:t>
      </w:r>
      <w:hyperlink r:id="rId11">
        <w:r>
          <w:rPr>
            <w:color w:val="0000EE"/>
            <w:u w:val="single"/>
          </w:rPr>
          <w:t>[3]</w:t>
        </w:r>
      </w:hyperlink>
      <w:r>
        <w:t xml:space="preserve">- Paragraph 6: </w:t>
      </w:r>
      <w:hyperlink r:id="rId13">
        <w:r>
          <w:rPr>
            <w:color w:val="0000EE"/>
            <w:u w:val="single"/>
          </w:rPr>
          <w:t>[5]</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https://coolcleveland.com/events/cleveland-pride-band-brings-the-joy-to-lakewoods-front-porch-concert-series/</w:t>
        </w:r>
      </w:hyperlink>
      <w:r>
        <w:t xml:space="preserve"> - Please view link - unable to able to access data</w:t>
      </w:r>
      <w:r/>
    </w:p>
    <w:p>
      <w:pPr>
        <w:pStyle w:val="ListNumber"/>
        <w:spacing w:line="240" w:lineRule="auto"/>
        <w:ind w:left="720"/>
      </w:pPr>
      <w:r/>
      <w:hyperlink r:id="rId10">
        <w:r>
          <w:rPr>
            <w:color w:val="0000EE"/>
            <w:u w:val="single"/>
          </w:rPr>
          <w:t>https://lakewoodalive.org/event/front-porch-concert-series-2026-cleveland-pride-band/</w:t>
        </w:r>
      </w:hyperlink>
      <w:r>
        <w:t xml:space="preserve"> - LakewoodAlive's Front Porch Concert Series 2026 concludes with the Cleveland Pride Band on July 31 at Madison Park Pavilion. The band, formerly known as the Blazing River Freedom Band, rebranded in 2023 to celebrate its 20th anniversary and now boasts over 100 members. The concert aims to deliver a powerful and celebratory finale, promoting community, visibility, and the unifying power of music. The event is free and open to all, with no registration required.</w:t>
      </w:r>
      <w:r/>
    </w:p>
    <w:p>
      <w:pPr>
        <w:pStyle w:val="ListNumber"/>
        <w:spacing w:line="240" w:lineRule="auto"/>
        <w:ind w:left="720"/>
      </w:pPr>
      <w:r/>
      <w:hyperlink r:id="rId11">
        <w:r>
          <w:rPr>
            <w:color w:val="0000EE"/>
            <w:u w:val="single"/>
          </w:rPr>
          <w:t>https://www.lakewoodpubliclibrary.org/front-porch-concert-series/</w:t>
        </w:r>
      </w:hyperlink>
      <w:r>
        <w:t xml:space="preserve"> - The Lakewood Public Library hosts the Front Porch Concert Series, a free summer tradition offering nine weekly performances from June 5 to July 31, 2026. Concerts feature diverse local music groups every Friday evening from 7:00 to 8:30 PM. The first seven concerts are held on the front steps of the Lakewood Public Library, followed by two at Madison Park Pavilion. The series is sponsored by Northlake Management and aims to provide fun entertainment for all ages throughout the summer season.</w:t>
      </w:r>
      <w:r/>
    </w:p>
    <w:p>
      <w:pPr>
        <w:pStyle w:val="ListNumber"/>
        <w:spacing w:line="240" w:lineRule="auto"/>
        <w:ind w:left="720"/>
      </w:pPr>
      <w:r/>
      <w:hyperlink r:id="rId14">
        <w:r>
          <w:rPr>
            <w:color w:val="0000EE"/>
            <w:u w:val="single"/>
          </w:rPr>
          <w:t>https://www.pridebands.org/memberbands/cleveland-pride-band/</w:t>
        </w:r>
      </w:hyperlink>
      <w:r>
        <w:t xml:space="preserve"> - The Cleveland Pride Band, based in Cleveland, Ohio, is a member of the Pride Bands Alliance, an organization of LGBTQ+ community concert and marching bands worldwide. Originally formed in September 2003 as the Cleveland Lesbian/Gay/Allies Concert/Marching Band, it rebranded to the Blazing River Freedom Band in 2007 to be more inclusive. In 2023, the band rebranded again to the Cleveland Pride Band, now boasting over 100 active members spanning four generations and representing the full spectrum of the LGBTQ+ community.</w:t>
      </w:r>
      <w:r/>
    </w:p>
    <w:p>
      <w:pPr>
        <w:pStyle w:val="ListNumber"/>
        <w:spacing w:line="240" w:lineRule="auto"/>
        <w:ind w:left="720"/>
      </w:pPr>
      <w:r/>
      <w:hyperlink r:id="rId13">
        <w:r>
          <w:rPr>
            <w:color w:val="0000EE"/>
            <w:u w:val="single"/>
          </w:rPr>
          <w:t>https://clevelandprideband.org/about-us</w:t>
        </w:r>
      </w:hyperlink>
      <w:r>
        <w:t xml:space="preserve"> - The Cleveland Pride Band creates an authentic space for LGBTQ+ and allied musicians to promote community, visibility, education, and engagement through music performance. Welcoming adult musicians of all skill levels, ages, and identities, the band has been part of the Pride Band Alliance since 2004. It also holds a residency at the Maltz Center for the Performing Arts in University Circle, performing across Northeast Ohio in concert halls, public parks, pride festivals, and community events.</w:t>
      </w:r>
      <w:r/>
    </w:p>
    <w:p>
      <w:pPr>
        <w:pStyle w:val="ListNumber"/>
        <w:spacing w:line="240" w:lineRule="auto"/>
        <w:ind w:left="720"/>
      </w:pPr>
      <w:r/>
      <w:hyperlink r:id="rId12">
        <w:r>
          <w:rPr>
            <w:color w:val="0000EE"/>
            <w:u w:val="single"/>
          </w:rPr>
          <w:t>https://lakewoodalive.org/events/front-porch-concert-series/</w:t>
        </w:r>
      </w:hyperlink>
      <w:r>
        <w:t xml:space="preserve"> - LakewoodAlive's Front Porch Concert Series is a free, weekly outdoor event held every Friday from June through July, featuring different local music groups each week. Most concerts take place on the front steps of the Lakewood Public Library, with the last two shows at Madison Park Pavilion. The series aims to bring the community together and improve the quality of life for Lakewood residents and visitors from the greater Cleveland area and beyond.</w:t>
      </w:r>
      <w:r/>
    </w:p>
    <w:p>
      <w:pPr>
        <w:pStyle w:val="ListNumber"/>
        <w:spacing w:line="240" w:lineRule="auto"/>
        <w:ind w:left="720"/>
      </w:pPr>
      <w:r/>
      <w:hyperlink r:id="rId15">
        <w:r>
          <w:rPr>
            <w:color w:val="0000EE"/>
            <w:u w:val="single"/>
          </w:rPr>
          <w:t>https://lakewoodalive.org/our-events/things-to-do/</w:t>
        </w:r>
      </w:hyperlink>
      <w:r>
        <w:t xml:space="preserve"> - LakewoodAlive hosts a series of community events throughout the year, including the Lakewood Summer Meltdown, the Spooky Pooch Parade, Light Up Lakewood, and more. These events are designed to bring people together and improve the quality of life for Lakewood residents and visitors from the greater Cleveland area and beyond. Most events are free to attend, fostering a sense of community and engagement.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oolcleveland.com/events/cleveland-pride-band-brings-the-joy-to-lakewoods-front-porch-concert-series/" TargetMode="External"/><Relationship Id="rId10" Type="http://schemas.openxmlformats.org/officeDocument/2006/relationships/hyperlink" Target="https://lakewoodalive.org/event/front-porch-concert-series-2026-cleveland-pride-band/" TargetMode="External"/><Relationship Id="rId11" Type="http://schemas.openxmlformats.org/officeDocument/2006/relationships/hyperlink" Target="https://www.lakewoodpubliclibrary.org/front-porch-concert-series/" TargetMode="External"/><Relationship Id="rId12" Type="http://schemas.openxmlformats.org/officeDocument/2006/relationships/hyperlink" Target="https://lakewoodalive.org/events/front-porch-concert-series/" TargetMode="External"/><Relationship Id="rId13" Type="http://schemas.openxmlformats.org/officeDocument/2006/relationships/hyperlink" Target="https://clevelandprideband.org/about-us" TargetMode="External"/><Relationship Id="rId14" Type="http://schemas.openxmlformats.org/officeDocument/2006/relationships/hyperlink" Target="https://www.pridebands.org/memberbands/cleveland-pride-band/" TargetMode="External"/><Relationship Id="rId15" Type="http://schemas.openxmlformats.org/officeDocument/2006/relationships/hyperlink" Target="https://lakewoodalive.org/our-events/things-to-d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