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Dolores Stage Acts at Outside Lands 2026: San Francisco’s Queer Nightlife on a Festival Scale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festivalgoers are flocking to Golden Gate Park this August to catch the Dolores stage , a deliberately queer, camp and proudly local dancefloor that folds San Francisco nightlife into Outside Lands’ music, food and culture celebration. Expect drag, house, techno, synth and performance art from three hometown collectives.</w:t>
      </w:r>
      <w:r/>
    </w:p>
    <w:p>
      <w:r/>
      <w:r>
        <w:t>Essential Takeaways</w:t>
      </w:r>
      <w:r/>
      <w:r/>
    </w:p>
    <w:p>
      <w:pPr>
        <w:pStyle w:val="ListBullet"/>
        <w:spacing w:line="240" w:lineRule="auto"/>
        <w:ind w:left="720"/>
      </w:pPr>
      <w:r/>
      <w:r>
        <w:rPr>
          <w:b/>
        </w:rPr>
        <w:t>Community-curated stage:</w:t>
      </w:r>
      <w:r>
        <w:t xml:space="preserve"> Oasis, Hot Goth GF and Polyglamorous teamed up to program a weekend that reflects San Francisco’s queer nightlife.</w:t>
      </w:r>
      <w:r/>
    </w:p>
    <w:p>
      <w:pPr>
        <w:pStyle w:val="ListBullet"/>
        <w:spacing w:line="240" w:lineRule="auto"/>
        <w:ind w:left="720"/>
      </w:pPr>
      <w:r/>
      <w:r>
        <w:rPr>
          <w:b/>
        </w:rPr>
        <w:t>Genre-spanning lineup:</w:t>
      </w:r>
      <w:r>
        <w:t xml:space="preserve"> You’ll find house, techno, live electronic, synth-driven acts, drag and performance art , from Romy to DJ Minx and Light Asylum.</w:t>
      </w:r>
      <w:r/>
    </w:p>
    <w:p>
      <w:pPr>
        <w:pStyle w:val="ListBullet"/>
        <w:spacing w:line="240" w:lineRule="auto"/>
        <w:ind w:left="720"/>
      </w:pPr>
      <w:r/>
      <w:r>
        <w:rPr>
          <w:b/>
        </w:rPr>
        <w:t>Local talent front-and-centre:</w:t>
      </w:r>
      <w:r>
        <w:t xml:space="preserve"> Many performers are staples of the Bay’s DIY and club scenes, giving the stage an authentic, gritty feel.</w:t>
      </w:r>
      <w:r/>
    </w:p>
    <w:p>
      <w:pPr>
        <w:pStyle w:val="ListBullet"/>
        <w:spacing w:line="240" w:lineRule="auto"/>
        <w:ind w:left="720"/>
      </w:pPr>
      <w:r/>
      <w:r>
        <w:rPr>
          <w:b/>
        </w:rPr>
        <w:t>Emotional punch:</w:t>
      </w:r>
      <w:r>
        <w:t xml:space="preserve"> Curators aim to provoke joy, rage, resistance and discovery , the shows are as much about feeling as sound.</w:t>
      </w:r>
      <w:r/>
    </w:p>
    <w:p>
      <w:pPr>
        <w:pStyle w:val="ListBullet"/>
        <w:spacing w:line="240" w:lineRule="auto"/>
        <w:ind w:left="720"/>
      </w:pPr>
      <w:r/>
      <w:r>
        <w:rPr>
          <w:b/>
        </w:rPr>
        <w:t>Practical tip:</w:t>
      </w:r>
      <w:r>
        <w:t xml:space="preserve"> Check the festival’s daily schedule and pick days by collective , Friday leans darker and experimental, Saturday brings Oasis drag culture, Sunday celebrates inclusive club sounds.</w:t>
      </w:r>
      <w:r/>
      <w:r/>
    </w:p>
    <w:p>
      <w:pPr>
        <w:pStyle w:val="Heading2"/>
      </w:pPr>
      <w:r>
        <w:t>Why Dolores Feels Like a Mini San Francisco Nightclub</w:t>
      </w:r>
      <w:r/>
    </w:p>
    <w:p>
      <w:r/>
      <w:r>
        <w:t>The strongest thing about Dolores is its personality: it smells faintly of patchouli and sweaty joy, and it’s designed around community rather than a single genre. Outside Lands invited local collectives to curate so the stage would read like a condensed version of the city’s queer nightlife. According to the festival’s own materials, the aim is inclusion and authentic representation, not just a token slot on the map. That approach gives festival-goers a chance to bump into performers and scenes they might only have discovered by living here.</w:t>
      </w:r>
      <w:r/>
    </w:p>
    <w:p>
      <w:r/>
      <w:r>
        <w:t>Curating a stage this way also answers a shift in festival programming, where organisers now see value in lived experience and local scenes. If you care about discovering what makes San Francisco distinctive beyond headline acts, this is where to be. My tip: treat Dolores like a club night , arrive early, stay late, and expect surprises.</w:t>
      </w:r>
      <w:r/>
    </w:p>
    <w:p>
      <w:pPr>
        <w:pStyle w:val="Heading2"/>
      </w:pPr>
      <w:r>
        <w:t>Hot Goth GF: Dark, theatrical and deliberately confrontational</w:t>
      </w:r>
      <w:r/>
    </w:p>
    <w:p>
      <w:r/>
      <w:r>
        <w:t>Hot Goth GF brings a theatrical, goth-leaning sensibility that’s designed to unsettle and seduce. Founder Christina Villanueva says she wants people to question beauty and to step into “darker sides” , which translates on the bill to pole shows, freak acts and synth-driven live sets. Friday’s programming leans experimental and punk-adjacent, so it’s a great day for anyone curious about darker alternative sounds.</w:t>
      </w:r>
      <w:r/>
    </w:p>
    <w:p>
      <w:r/>
      <w:r>
        <w:t>This programming grew from Hot Goth GF Radio and its party series, so it’s no surprise the slot reads like a long-running club residency. If your vibe is dramatic drag, industrial textures and artful provocation, schedule Friday as your Dolores night. And if you’re bringing friends who think they “don’t do goth,” bring them anyway , the shock factor often turns into a grin.</w:t>
      </w:r>
      <w:r/>
    </w:p>
    <w:p>
      <w:pPr>
        <w:pStyle w:val="Heading2"/>
      </w:pPr>
      <w:r>
        <w:t>Oasis: Drag, cabaret and a story of community survival</w:t>
      </w:r>
      <w:r/>
    </w:p>
    <w:p>
      <w:r/>
      <w:r>
        <w:t>Oasis’s presence at Dolores carries extra weight after the venue faced a closure scare and then reopened thanks to community support. Producer Tito Soto frames the weekend as a celebration of artists who have kept Oasis alive. Saturday’s programme is quintessentially Oasis: drag lauded as a civic ritual, singalongs, high-energy parties like Princess and Reparations, and that warm, chosen-family energy that makes a dive bar feel like home.</w:t>
      </w:r>
      <w:r/>
    </w:p>
    <w:p>
      <w:r/>
      <w:r>
        <w:t>The Oasis offering is where you go if you want polished theatricality mixed with grassroots feeling. For first-timers, expect hosts who command the mic, DJs who pivot from pop to club heat, and moments that feel like they belong in a cabaret as much as a festival. Pro tip: bring a phone with battery , some of these performances beg to be captured.</w:t>
      </w:r>
      <w:r/>
    </w:p>
    <w:p>
      <w:pPr>
        <w:pStyle w:val="Heading2"/>
      </w:pPr>
      <w:r>
        <w:t>Polyglamorous: Inclusive house and underground club culture</w:t>
      </w:r>
      <w:r/>
    </w:p>
    <w:p>
      <w:r/>
      <w:r>
        <w:t>Polyglamorous brings the Bay’s inclusive, genre-fluid club ethos to Sunday, aiming squarely at queer, BIPOC and femme artists. Founded as a party series, the collective now programmes stages where house and techno sit alongside experimental sets. Names like DJ Minx and local selectors promise a dancefloor that’s intentionally welcoming and sonically adventurous.</w:t>
      </w:r>
      <w:r/>
    </w:p>
    <w:p>
      <w:r/>
      <w:r>
        <w:t>This is the day to go if you love long DJ runs, deep grooves and discovery. The collective’s history of putting marginalised artists front and centre means you’ll likely leave with new favourites. Practical advice: pace yourself across the weekend , Sunday is built for sustained dancing.</w:t>
      </w:r>
      <w:r/>
    </w:p>
    <w:p>
      <w:pPr>
        <w:pStyle w:val="Heading2"/>
      </w:pPr>
      <w:r>
        <w:t>What the Dolores stage means for festivals and visitors</w:t>
      </w:r>
      <w:r/>
    </w:p>
    <w:p>
      <w:r/>
      <w:r>
        <w:t>Dolores isn’t a genre stage so much as a cultural lens; it flips the usual festival logic by centring lived communities. Outside Lands’ decision to highlight three curators signals a trend: festivals are starting to prioritise authenticity and city-specific storytelling. For San Franciscans, it’s a rare chance to see local nightlife translated onto a larger platform. For visitors, it’s an education in the city’s queer histories and contemporary scenes.</w:t>
      </w:r>
      <w:r/>
    </w:p>
    <w:p>
      <w:r/>
      <w:r>
        <w:t>If you want to make the most of it, plan around the curators, arrive early for performances that start intimate and grow chaotic, and give local acts time , many of them are built for club systems, not festival PA, so their rewards are cumulative. Above all, treat Dolores like a series of club nights inside a festival , you’ll leave with a better sense of what the Bay’s queer communities actually do when the night gets going.</w:t>
      </w:r>
      <w:r/>
    </w:p>
    <w:p>
      <w:r/>
      <w:r>
        <w:t>It's a small change that can make every set feel like a discovery , and a reminder that festivals can also be stages for community.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[3]</w:t>
        </w:r>
      </w:hyperlink>
      <w:r>
        <w:t xml:space="preserve">, </w:t>
      </w:r>
      <w:hyperlink r:id="rId11">
        <w:r>
          <w:rPr>
            <w:color w:val="0000EE"/>
            <w:u w:val="single"/>
          </w:rPr>
          <w:t>[5]</w:t>
        </w:r>
      </w:hyperlink>
      <w:r>
        <w:t xml:space="preserve">- Paragraph 2: </w:t>
      </w:r>
      <w:hyperlink r:id="rId9">
        <w:r>
          <w:rPr>
            <w:color w:val="0000EE"/>
            <w:u w:val="single"/>
          </w:rPr>
          <w:t>[1]</w:t>
        </w:r>
      </w:hyperlink>
      <w:r>
        <w:t xml:space="preserve">, </w:t>
      </w:r>
      <w:hyperlink r:id="rId11">
        <w:r>
          <w:rPr>
            <w:color w:val="0000EE"/>
            <w:u w:val="single"/>
          </w:rPr>
          <w:t>[5]</w:t>
        </w:r>
      </w:hyperlink>
      <w:r>
        <w:t xml:space="preserve">- Paragraph 3: </w:t>
      </w:r>
      <w:hyperlink r:id="rId9">
        <w:r>
          <w:rPr>
            <w:color w:val="0000EE"/>
            <w:u w:val="single"/>
          </w:rPr>
          <w:t>[1]</w:t>
        </w:r>
      </w:hyperlink>
      <w:r>
        <w:t xml:space="preserve">, </w:t>
      </w:r>
      <w:hyperlink r:id="rId12">
        <w:r>
          <w:rPr>
            <w:color w:val="0000EE"/>
            <w:u w:val="single"/>
          </w:rPr>
          <w:t>[7]</w:t>
        </w:r>
      </w:hyperlink>
      <w:r>
        <w:t xml:space="preserve">- Paragraph 4: </w:t>
      </w:r>
      <w:hyperlink r:id="rId9">
        <w:r>
          <w:rPr>
            <w:color w:val="0000EE"/>
            <w:u w:val="single"/>
          </w:rPr>
          <w:t>[1]</w:t>
        </w:r>
      </w:hyperlink>
      <w:r>
        <w:t xml:space="preserve">, </w:t>
      </w:r>
      <w:hyperlink r:id="rId11">
        <w:r>
          <w:rPr>
            <w:color w:val="0000EE"/>
            <w:u w:val="single"/>
          </w:rPr>
          <w:t>[5]</w:t>
        </w:r>
      </w:hyperlink>
      <w:r>
        <w:t xml:space="preserve">- Paragraph 5: </w:t>
      </w:r>
      <w:hyperlink r:id="rId9">
        <w:r>
          <w:rPr>
            <w:color w:val="0000EE"/>
            <w:u w:val="single"/>
          </w:rPr>
          <w:t>[1]</w:t>
        </w:r>
      </w:hyperlink>
      <w:r>
        <w:t xml:space="preserve">, </w:t>
      </w:r>
      <w:hyperlink r:id="rId13">
        <w:r>
          <w:rPr>
            <w:color w:val="0000EE"/>
            <w:u w:val="single"/>
          </w:rPr>
          <w:t>[4]</w:t>
        </w:r>
      </w:hyperlink>
      <w:r>
        <w:t xml:space="preserve">- Paragraph 6: </w:t>
      </w:r>
      <w:hyperlink r:id="rId9">
        <w:r>
          <w:rPr>
            <w:color w:val="0000EE"/>
            <w:u w:val="single"/>
          </w:rPr>
          <w:t>[1]</w:t>
        </w:r>
      </w:hyperlink>
      <w:r>
        <w:t xml:space="preserve">, </w:t>
      </w:r>
      <w:hyperlink r:id="rId14">
        <w:r>
          <w:rPr>
            <w:color w:val="0000EE"/>
            <w:u w:val="single"/>
          </w:rPr>
          <w:t>[6]</w:t>
        </w:r>
      </w:hyperlink>
      <w:r>
        <w:t xml:space="preserve">- Paragraph 7: </w:t>
      </w:r>
      <w:hyperlink r:id="rId15">
        <w:r>
          <w:rPr>
            <w:color w:val="0000EE"/>
            <w:u w:val="single"/>
          </w:rPr>
          <w:t>[2]</w:t>
        </w:r>
      </w:hyperlink>
      <w:r>
        <w:t xml:space="preserve">, </w:t>
      </w:r>
      <w:hyperlink r:id="rId11">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https://edmidentity.com/2026/07/28/outside-lands-dolores-stage-interviews/</w:t>
        </w:r>
      </w:hyperlink>
      <w:r>
        <w:t xml:space="preserve"> - Please view link - unable to able to access data</w:t>
      </w:r>
      <w:r/>
    </w:p>
    <w:p>
      <w:pPr>
        <w:pStyle w:val="ListNumber"/>
        <w:spacing w:line="240" w:lineRule="auto"/>
        <w:ind w:left="720"/>
      </w:pPr>
      <w:r/>
      <w:hyperlink r:id="rId15">
        <w:r>
          <w:rPr>
            <w:color w:val="0000EE"/>
            <w:u w:val="single"/>
          </w:rPr>
          <w:t>https://sfoutsidelands.com/stages/</w:t>
        </w:r>
      </w:hyperlink>
      <w:r>
        <w:t xml:space="preserve"> - The official Outside Lands website provides detailed information about the festival's stages, including the Dolores stage. This stage is dedicated to celebrating queer and trans communities, as well as San Francisco's DIY spirit and nightlife. It embodies the festival's energy and ethos, offering a unique experience for attendees. The page offers insights into the stage's significance and its role within the festival's lineup.</w:t>
      </w:r>
      <w:r/>
    </w:p>
    <w:p>
      <w:pPr>
        <w:pStyle w:val="ListNumber"/>
        <w:spacing w:line="240" w:lineRule="auto"/>
        <w:ind w:left="720"/>
      </w:pPr>
      <w:r/>
      <w:hyperlink r:id="rId10">
        <w:r>
          <w:rPr>
            <w:color w:val="0000EE"/>
            <w:u w:val="single"/>
          </w:rPr>
          <w:t>https://sfoutsidelands.com/news/everyones-welcome-at-dolores/</w:t>
        </w:r>
      </w:hyperlink>
      <w:r>
        <w:t xml:space="preserve"> - This announcement from Outside Lands highlights the return of the Dolores stage for a three-day celebration of San Francisco's queer and trans communities. Curated by local icons Hot Goth GF, Oasis, and Polyglamorous, the stage features a diverse lineup of dance, drag, and unique performances. The event aims to honour the city's legacy of queer creativity, resistance, and joy, inviting everyone to participate in the festivities.</w:t>
      </w:r>
      <w:r/>
    </w:p>
    <w:p>
      <w:pPr>
        <w:pStyle w:val="ListNumber"/>
        <w:spacing w:line="240" w:lineRule="auto"/>
        <w:ind w:left="720"/>
      </w:pPr>
      <w:r/>
      <w:hyperlink r:id="rId13">
        <w:r>
          <w:rPr>
            <w:color w:val="0000EE"/>
            <w:u w:val="single"/>
          </w:rPr>
          <w:t>https://www.sfoasis.com/</w:t>
        </w:r>
      </w:hyperlink>
      <w:r>
        <w:t xml:space="preserve"> - Oasis is San Francisco's internationally acclaimed drag nightclub and cabaret, known for its vibrant performances and community events. The venue offers a range of shows, including 'Princess' (a dance party and drag spectacular), 'Reparations' (an all-Black drag show), and 'Baloney' (an all-male revue). Oasis is committed to providing a space for joy, inclusion, and the celebration of queer identity, with a strict no-tolerance policy for any form of bigotry.</w:t>
      </w:r>
      <w:r/>
    </w:p>
    <w:p>
      <w:pPr>
        <w:pStyle w:val="ListNumber"/>
        <w:spacing w:line="240" w:lineRule="auto"/>
        <w:ind w:left="720"/>
      </w:pPr>
      <w:r/>
      <w:hyperlink r:id="rId11">
        <w:r>
          <w:rPr>
            <w:color w:val="0000EE"/>
            <w:u w:val="single"/>
          </w:rPr>
          <w:t>https://sfoutsidelands.com/news/dolores-daily-curators-announced/</w:t>
        </w:r>
      </w:hyperlink>
      <w:r>
        <w:t xml:space="preserve"> - This announcement reveals the daily curators for the 2026 Dolores stage at Outside Lands. Hot Goth GF, Oasis Arts, and Polyglamorous are set to curate the stage, showcasing a lineup of artists, DJs, dancers, and drag performances. The event aims to provide an unforgettable experience, celebrating San Francisco's DIY queer nightlife scene. The full lineup details are expected to be released in the coming months.</w:t>
      </w:r>
      <w:r/>
    </w:p>
    <w:p>
      <w:pPr>
        <w:pStyle w:val="ListNumber"/>
        <w:spacing w:line="240" w:lineRule="auto"/>
        <w:ind w:left="720"/>
      </w:pPr>
      <w:r/>
      <w:hyperlink r:id="rId14">
        <w:r>
          <w:rPr>
            <w:color w:val="0000EE"/>
            <w:u w:val="single"/>
          </w:rPr>
          <w:t>https://www.sfchronicle.com/entertainment/article/oasis-outside-lands-closure-20808006.php</w:t>
        </w:r>
      </w:hyperlink>
      <w:r>
        <w:t xml:space="preserve"> - This article discusses Oasis' performance at the Dolores stage during Outside Lands, highlighting the club's vibrant acts and its significance in San Francisco's queer nightlife. Despite facing closure by the end of the year, Oasis showcased its community's resilience and talent, drawing crowds to the festival's pop-up queer space. The piece underscores the club's impact on the local LGBTQ+ community and its role in the city's cultural landscape.</w:t>
      </w:r>
      <w:r/>
    </w:p>
    <w:p>
      <w:pPr>
        <w:pStyle w:val="ListNumber"/>
        <w:spacing w:line="240" w:lineRule="auto"/>
        <w:ind w:left="720"/>
      </w:pPr>
      <w:r/>
      <w:hyperlink r:id="rId12">
        <w:r>
          <w:rPr>
            <w:color w:val="0000EE"/>
            <w:u w:val="single"/>
          </w:rPr>
          <w:t>https://www.sfchronicle.com/entertainment/article/outside-lands-dolores-dance-club-lineup-20358000.php</w:t>
        </w:r>
      </w:hyperlink>
      <w:r>
        <w:t xml:space="preserve"> - This article announces the lineup for the Dolores dance club at Outside Lands, dedicated to celebrating the Bay Area's queer and trans communities. The lineup includes artists like Rebecca Black, who gained fame with her viral hit 'Friday.' The piece highlights the festival's commitment to inclusivity and its role in showcasing diverse talents within the LGBTQ+ community.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edmidentity.com/2026/07/28/outside-lands-dolores-stage-interviews/" TargetMode="External"/><Relationship Id="rId10" Type="http://schemas.openxmlformats.org/officeDocument/2006/relationships/hyperlink" Target="https://sfoutsidelands.com/news/everyones-welcome-at-dolores/" TargetMode="External"/><Relationship Id="rId11" Type="http://schemas.openxmlformats.org/officeDocument/2006/relationships/hyperlink" Target="https://sfoutsidelands.com/news/dolores-daily-curators-announced/" TargetMode="External"/><Relationship Id="rId12" Type="http://schemas.openxmlformats.org/officeDocument/2006/relationships/hyperlink" Target="https://www.sfchronicle.com/entertainment/article/outside-lands-dolores-dance-club-lineup-20358000.php" TargetMode="External"/><Relationship Id="rId13" Type="http://schemas.openxmlformats.org/officeDocument/2006/relationships/hyperlink" Target="https://www.sfoasis.com/" TargetMode="External"/><Relationship Id="rId14" Type="http://schemas.openxmlformats.org/officeDocument/2006/relationships/hyperlink" Target="https://www.sfchronicle.com/entertainment/article/oasis-outside-lands-closure-20808006.php" TargetMode="External"/><Relationship Id="rId15" Type="http://schemas.openxmlformats.org/officeDocument/2006/relationships/hyperlink" Target="https://sfoutsidelands.com/stag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