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Harshad Chopda’s Lock Upp 2 Confession: Childhood Trauma and Its Impact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candid reality TV moments for real conversation starters , Harshad Chopda’s Lock Upp 2 revelation about childhood molestation has sparked empathy and debate, highlighting why survivors’ stories and parental vigilance matter in everyday life.</w:t>
      </w:r>
      <w:r/>
    </w:p>
    <w:p>
      <w:r/>
      <w:r>
        <w:t>Essential Takeaways</w:t>
      </w:r>
      <w:r/>
      <w:r/>
    </w:p>
    <w:p>
      <w:pPr>
        <w:pStyle w:val="ListBullet"/>
        <w:spacing w:line="240" w:lineRule="auto"/>
        <w:ind w:left="720"/>
      </w:pPr>
      <w:r/>
      <w:r>
        <w:rPr>
          <w:b/>
        </w:rPr>
        <w:t>Sombre disclosure:</w:t>
      </w:r>
      <w:r>
        <w:t xml:space="preserve"> Harshad Chopda said he was molested around age 9–10 while left with a trusted man, and that experience shaped his current fear of gay men. </w:t>
      </w:r>
      <w:r/>
    </w:p>
    <w:p>
      <w:pPr>
        <w:pStyle w:val="ListBullet"/>
        <w:spacing w:line="240" w:lineRule="auto"/>
        <w:ind w:left="720"/>
      </w:pPr>
      <w:r/>
      <w:r>
        <w:rPr>
          <w:b/>
        </w:rPr>
        <w:t>Emotional detail:</w:t>
      </w:r>
      <w:r>
        <w:t xml:space="preserve"> He described lying still and pretending to sleep, a quiet reaction born of confusion and fear. </w:t>
      </w:r>
      <w:r/>
    </w:p>
    <w:p>
      <w:pPr>
        <w:pStyle w:val="ListBullet"/>
        <w:spacing w:line="240" w:lineRule="auto"/>
        <w:ind w:left="720"/>
      </w:pPr>
      <w:r/>
      <w:r>
        <w:rPr>
          <w:b/>
        </w:rPr>
        <w:t>Practical plea:</w:t>
      </w:r>
      <w:r>
        <w:t xml:space="preserve"> Chopda urged parents never to leave children unattended, and to build open communication so kids can report abuse. </w:t>
      </w:r>
      <w:r/>
    </w:p>
    <w:p>
      <w:pPr>
        <w:pStyle w:val="ListBullet"/>
        <w:spacing w:line="240" w:lineRule="auto"/>
        <w:ind w:left="720"/>
      </w:pPr>
      <w:r/>
      <w:r>
        <w:rPr>
          <w:b/>
        </w:rPr>
        <w:t>Survivor perspective:</w:t>
      </w:r>
      <w:r>
        <w:t xml:space="preserve"> He clarified he does not hate gay men but linked his trauma to discomfort, and encouraged other survivors to speak up. </w:t>
      </w:r>
      <w:r/>
      <w:r/>
    </w:p>
    <w:p>
      <w:pPr>
        <w:pStyle w:val="Heading2"/>
      </w:pPr>
      <w:r>
        <w:t>Why the confession landed so hard: raw, quiet detail gives it weight</w:t>
      </w:r>
      <w:r/>
    </w:p>
    <w:p>
      <w:r/>
      <w:r>
        <w:t>Harshad Chopda’s words cut through the usual reality-show banter because he spoke about something private and frightening in a calm, almost hushed way. He recalled being a “submissive” child and pretending to sleep while a man rubbed himself on top of him, an image that’s small in description but huge in emotional fallout. According to reports in mainstream Indian outlets, this wasn’t a throwaway anecdote , it was a full, painful admission that explained years of discomfort and instinctive fear.</w:t>
      </w:r>
      <w:r/>
    </w:p>
    <w:p>
      <w:r/>
      <w:r>
        <w:t>The shock comes from that ordinary context: a trusted adult, a household, a child who didn’t know how to react. That’s exactly why the incident matters beyond one celebrity’s life; it highlights how grooming and abuse often hide inside familiarity. For readers, the takeaway is simple but crucial , trust and vigilance aren’t the same thing.</w:t>
      </w:r>
      <w:r/>
    </w:p>
    <w:p>
      <w:pPr>
        <w:pStyle w:val="Heading2"/>
      </w:pPr>
      <w:r>
        <w:t>The broader conversation: survivors, stigma and public reaction</w:t>
      </w:r>
      <w:r/>
    </w:p>
    <w:p>
      <w:r/>
      <w:r>
        <w:t>Reality TV can be unforgiving, yet it also creates a stage where private wounds get aired. Coverage from several outlets has shown a mix of sympathy and debate online, with some viewers questioning the actor’s later comments about gay men while many others rallied behind the need to understand trauma’s effects. Industry pieces and news sites framed Chopda’s confession alongside other celebrity revelations, emphasising how disclosure can prompt public dialogue about childhood abuse.</w:t>
      </w:r>
      <w:r/>
    </w:p>
    <w:p>
      <w:r/>
      <w:r>
        <w:t>That shift , from silence to talk , helps reduce shame for survivors. It doesn’t erase hurt, but hearing someone described as strong and talented admit vulnerability normalises the difficult work of recovery. If you’re watching such moments unfold, notice how reactions vary: compassion, curiosity, confusion. All of them point to the same need for better education and support.</w:t>
      </w:r>
      <w:r/>
    </w:p>
    <w:p>
      <w:pPr>
        <w:pStyle w:val="Heading2"/>
      </w:pPr>
      <w:r>
        <w:t>Practical advice for parents and carers: what to do next</w:t>
      </w:r>
      <w:r/>
    </w:p>
    <w:p>
      <w:r/>
      <w:r>
        <w:t>Chopda’s on-air appeal was direct: don’t leave kids alone with anyone, however trustworthy they seem, and cultivate communication so children can speak up. That’s solid, plain advice. In practice, it means setting age-appropriate boundaries, watching for behavioural changes, and teaching children the right words for body parts and feelings so they can report discomfort.</w:t>
      </w:r>
      <w:r/>
    </w:p>
    <w:p>
      <w:r/>
      <w:r>
        <w:t>If you’re unsure how to start, child-protection resources and counsellors can offer scripts and role-play exercises. Keep conversations ongoing rather than one-off talks; children are likelier to disclose in small, repeated moments of trust. And if an allegation surfaces, respond calmly, seek professional help, and avoid shaming language that could push the child back into silence.</w:t>
      </w:r>
      <w:r/>
    </w:p>
    <w:p>
      <w:pPr>
        <w:pStyle w:val="Heading2"/>
      </w:pPr>
      <w:r>
        <w:t>Navigating empathy and nuance: fear vs hatred</w:t>
      </w:r>
      <w:r/>
    </w:p>
    <w:p>
      <w:r/>
      <w:r>
        <w:t>Chopda was careful to distinguish fear from hate, saying his trauma left him unsettled around gay men without expressing animosity. That nuance matters because it opens a wider discussion about how trauma shapes attitudes without necessarily defining a person’s morals. Reporters and commentators have pointed out that survivors can develop trigger responses that aren’t rational reflections of a whole group.</w:t>
      </w:r>
      <w:r/>
    </w:p>
    <w:p>
      <w:r/>
      <w:r>
        <w:t>As readers, a compassionate stance is to hear the pain behind the reaction and avoid escalating the conversation into identity politics. Supportive responses help survivors feel seen while allowing space for them to unlearn phobias with therapy and exposure if they choose.</w:t>
      </w:r>
      <w:r/>
    </w:p>
    <w:p>
      <w:pPr>
        <w:pStyle w:val="Heading2"/>
      </w:pPr>
      <w:r>
        <w:t>Where this goes next: awareness, therapy and public responsibility</w:t>
      </w:r>
      <w:r/>
    </w:p>
    <w:p>
      <w:r/>
      <w:r>
        <w:t>High-profile confessions often push institutions , media, families, workplaces , to rethink safeguards. Chopda’s story is likely to prompt fresh conversations about screening, child safety education, and how reality TV handles sensitive disclosures. Those are good outcomes: when a story leads to better policies or improved support services, public airing of private hurt yields public benefit.</w:t>
      </w:r>
      <w:r/>
    </w:p>
    <w:p>
      <w:r/>
      <w:r>
        <w:t>For survivors watching, the message is clear: you’re not alone, and help exists. For the rest of us, the small, practical step is to be better listeners and safer carers. It’s a change that can make everyday spaces a little less risky.</w:t>
      </w:r>
      <w:r/>
    </w:p>
    <w:p>
      <w:r/>
      <w:r>
        <w:t>It's a small change that can make every child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0">
        <w:r>
          <w:rPr>
            <w:color w:val="0000EE"/>
            <w:u w:val="single"/>
          </w:rPr>
          <w:t>[6]</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12">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https://www.freepressjournal.in/entertainment/thats-why-im-scared-of-gay-men-harshad-chopda-reveals-childhood-molestation-trauma-on-lock-upp-2-video</w:t>
        </w:r>
      </w:hyperlink>
      <w:r>
        <w:t xml:space="preserve"> - Please view link - unable to able to access data</w:t>
      </w:r>
      <w:r/>
    </w:p>
    <w:p>
      <w:pPr>
        <w:pStyle w:val="ListNumber"/>
        <w:spacing w:line="240" w:lineRule="auto"/>
        <w:ind w:left="720"/>
      </w:pPr>
      <w:r/>
      <w:hyperlink r:id="rId9">
        <w:r>
          <w:rPr>
            <w:color w:val="0000EE"/>
            <w:u w:val="single"/>
          </w:rPr>
          <w:t>https://www.freepressjournal.in/entertainment/thats-why-im-scared-of-gay-men-harshad-chopda-reveals-childhood-molestation-trauma-on-lock-upp-2-video</w:t>
        </w:r>
      </w:hyperlink>
      <w:r>
        <w:t xml:space="preserve"> - In the latest episode of 'Lock Upp 2', actor Harshad Chopda revealed that he was molested at the age of 9–10 by a trusted family friend. He recounted incidents where the man would inappropriately touch him while he was fully clothed, leading to feelings of fear and confusion. Harshad emphasised the importance of parents being vigilant and maintaining open communication with their children to prevent such experiences. He clarified that his trauma led to a fear of gay men, but he does not harbour hatred towards them.</w:t>
      </w:r>
      <w:r/>
    </w:p>
    <w:p>
      <w:pPr>
        <w:pStyle w:val="ListNumber"/>
        <w:spacing w:line="240" w:lineRule="auto"/>
        <w:ind w:left="720"/>
      </w:pPr>
      <w:r/>
      <w:hyperlink r:id="rId11">
        <w:r>
          <w:rPr>
            <w:color w:val="0000EE"/>
            <w:u w:val="single"/>
          </w:rPr>
          <w:t>https://news.abplive.com/entertainment/ott/lock-upp-2-harshad-chopda-shivangi-joshi-shreya-kalra-childhood-abuse-molestation-confessions-1859157</w:t>
        </w:r>
      </w:hyperlink>
      <w:r>
        <w:t xml:space="preserve"> - During a recent episode of 'Lock Upp 2', contestants Harshad Chopda, Shivangi Joshi, and Shreya Kalra shared deeply personal experiences of childhood abuse. Harshad disclosed that he was molested by a trusted adult at the age of 9–10, leading to a fear of gay men. Shivangi revealed she was molested by a family friend, with her parents intervening, while Shreya disclosed that her cousin molested her, a secret she kept for years. These revelations left fellow contestants emotional and highlighted the importance of addressing such traumas.</w:t>
      </w:r>
      <w:r/>
    </w:p>
    <w:p>
      <w:pPr>
        <w:pStyle w:val="ListNumber"/>
        <w:spacing w:line="240" w:lineRule="auto"/>
        <w:ind w:left="720"/>
      </w:pPr>
      <w:r/>
      <w:hyperlink r:id="rId12">
        <w:r>
          <w:rPr>
            <w:color w:val="0000EE"/>
            <w:u w:val="single"/>
          </w:rPr>
          <w:t>https://www.filmibeat.com/television/news/2026/lock-upp-2-secret-ram-kapoor-school-molestation-age-13-friend-abuse-harshad-chopda-reaction-524437.html</w:t>
        </w:r>
      </w:hyperlink>
      <w:r>
        <w:t xml:space="preserve"> - In a recent episode of 'Lock Upp 2', actor Ram Kapoor revealed that he was molested at the age of 13 while in boarding school. He recounted an incident where a senior student in Class 10 touched him inappropriately under a blanket while they were in the dormitory. This revelation left fellow contestants, including Harshad Chopda, emotional, highlighting the prevalence of such traumas and the importance of addressing them.</w:t>
      </w:r>
      <w:r/>
    </w:p>
    <w:p>
      <w:pPr>
        <w:pStyle w:val="ListNumber"/>
        <w:spacing w:line="240" w:lineRule="auto"/>
        <w:ind w:left="720"/>
      </w:pPr>
      <w:r/>
      <w:hyperlink r:id="rId14">
        <w:r>
          <w:rPr>
            <w:color w:val="0000EE"/>
            <w:u w:val="single"/>
          </w:rPr>
          <w:t>https://www.sentinelassam.com/more-news/entertainment/ram-kapoor-opens-up-about-childhood-molestation-trauma-on-lock-upp-2</w:t>
        </w:r>
      </w:hyperlink>
      <w:r>
        <w:t xml:space="preserve"> - Actor Ram Kapoor shared a deeply personal experience on 'Lock Upp 2', revealing that he was molested at the age of 13 while studying at a boarding school. He recounted an incident where a senior student in Class 10 touched him inappropriately under a blanket in the dormitory. This confession left fellow contestants, including Harshad Chopda, emotional, underscoring the significance of addressing such traumas.</w:t>
      </w:r>
      <w:r/>
    </w:p>
    <w:p>
      <w:pPr>
        <w:pStyle w:val="ListNumber"/>
        <w:spacing w:line="240" w:lineRule="auto"/>
        <w:ind w:left="720"/>
      </w:pPr>
      <w:r/>
      <w:hyperlink r:id="rId10">
        <w:r>
          <w:rPr>
            <w:color w:val="0000EE"/>
            <w:u w:val="single"/>
          </w:rPr>
          <w:t>https://www.hindustantimes.com/entertainment/tv/harshad-chopda-makes-shocking-confession-about-self-harm-after-heartbreak-on-lock-upp-2-101784459261941.html</w:t>
        </w:r>
      </w:hyperlink>
      <w:r>
        <w:t xml:space="preserve"> - Television actor Harshad Chopda revealed on 'Lock Upp 2' that a painful breakup in his early 20s led him to attempt self-harm. He shared that his first girlfriend cheated on him, causing deep emotional distress. This incident left scars that still remind him of that difficult time, highlighting the profound impact of heartbreak on mental health.</w:t>
      </w:r>
      <w:r/>
    </w:p>
    <w:p>
      <w:pPr>
        <w:pStyle w:val="ListNumber"/>
        <w:spacing w:line="240" w:lineRule="auto"/>
        <w:ind w:left="720"/>
      </w:pPr>
      <w:r/>
      <w:hyperlink r:id="rId13">
        <w:r>
          <w:rPr>
            <w:color w:val="0000EE"/>
            <w:u w:val="single"/>
          </w:rPr>
          <w:t>https://indianexpress.com/article/entertainment/television/harshad-chopda-opens-up-about-painful-past-on-lock-upp-2-scars-are-still-there-10793237/</w:t>
        </w:r>
      </w:hyperlink>
      <w:r>
        <w:t xml:space="preserve"> - Actor Harshad Chopda disclosed on 'Lock Upp 2' that he attempted self-harm after his first girlfriend cheated on him. He recounted being deeply hurt by the betrayal, leading to impulsive actions that left lasting scars. Harshad emphasised the importance of addressing such traumas and the need for open conversations about mental health.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reepressjournal.in/entertainment/thats-why-im-scared-of-gay-men-harshad-chopda-reveals-childhood-molestation-trauma-on-lock-upp-2-video" TargetMode="External"/><Relationship Id="rId10" Type="http://schemas.openxmlformats.org/officeDocument/2006/relationships/hyperlink" Target="https://www.hindustantimes.com/entertainment/tv/harshad-chopda-makes-shocking-confession-about-self-harm-after-heartbreak-on-lock-upp-2-101784459261941.html" TargetMode="External"/><Relationship Id="rId11" Type="http://schemas.openxmlformats.org/officeDocument/2006/relationships/hyperlink" Target="https://news.abplive.com/entertainment/ott/lock-upp-2-harshad-chopda-shivangi-joshi-shreya-kalra-childhood-abuse-molestation-confessions-1859157" TargetMode="External"/><Relationship Id="rId12" Type="http://schemas.openxmlformats.org/officeDocument/2006/relationships/hyperlink" Target="https://www.filmibeat.com/television/news/2026/lock-upp-2-secret-ram-kapoor-school-molestation-age-13-friend-abuse-harshad-chopda-reaction-524437.html" TargetMode="External"/><Relationship Id="rId13" Type="http://schemas.openxmlformats.org/officeDocument/2006/relationships/hyperlink" Target="https://indianexpress.com/article/entertainment/television/harshad-chopda-opens-up-about-painful-past-on-lock-upp-2-scars-are-still-there-10793237/" TargetMode="External"/><Relationship Id="rId14" Type="http://schemas.openxmlformats.org/officeDocument/2006/relationships/hyperlink" Target="https://www.sentinelassam.com/more-news/entertainment/ram-kapoor-opens-up-about-childhood-molestation-trauma-on-lock-upp-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