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Community-Led Pride in Cork: How Volunteers Rebooted the Festival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Sparked by volunteers and local activists, Cork Community Pride returns this August with a grassroots festival that’s local, loud and purpose-driven , family picnic, new march route and a pledge to keep corporate rainbow-washing at bay. Here’s what to expect and how to get involved.</w:t>
      </w:r>
      <w:r/>
    </w:p>
    <w:p>
      <w:r/>
      <w:r>
        <w:t>Essential Takeaways</w:t>
      </w:r>
      <w:r/>
      <w:r/>
    </w:p>
    <w:p>
      <w:pPr>
        <w:pStyle w:val="ListBullet"/>
        <w:spacing w:line="240" w:lineRule="auto"/>
        <w:ind w:left="720"/>
      </w:pPr>
      <w:r/>
      <w:r>
        <w:rPr>
          <w:b/>
        </w:rPr>
        <w:t>Volunteer-powered:</w:t>
      </w:r>
      <w:r>
        <w:t xml:space="preserve"> Cork Community Pride is entirely not-for-profit and run by volunteers from across Cork city and county.</w:t>
      </w:r>
      <w:r/>
    </w:p>
    <w:p>
      <w:pPr>
        <w:pStyle w:val="ListBullet"/>
        <w:spacing w:line="240" w:lineRule="auto"/>
        <w:ind w:left="720"/>
      </w:pPr>
      <w:r/>
      <w:r>
        <w:rPr>
          <w:b/>
        </w:rPr>
        <w:t>Main events:</w:t>
      </w:r>
      <w:r>
        <w:t xml:space="preserve"> Pride Family Picnic in Fitzgerald’s Park (1 August) and a reworked Pride march starting and finishing on Grand Parade (2 August).</w:t>
      </w:r>
      <w:r/>
    </w:p>
    <w:p>
      <w:pPr>
        <w:pStyle w:val="ListBullet"/>
        <w:spacing w:line="240" w:lineRule="auto"/>
        <w:ind w:left="720"/>
      </w:pPr>
      <w:r/>
      <w:r>
        <w:rPr>
          <w:b/>
        </w:rPr>
        <w:t>Community-first:</w:t>
      </w:r>
      <w:r>
        <w:t xml:space="preserve"> Organisers prioritise local performers, activists and ethical sponsorship; the vibe is inclusive and accessible.</w:t>
      </w:r>
      <w:r/>
    </w:p>
    <w:p>
      <w:pPr>
        <w:pStyle w:val="ListBullet"/>
        <w:spacing w:line="240" w:lineRule="auto"/>
        <w:ind w:left="720"/>
      </w:pPr>
      <w:r/>
      <w:r>
        <w:rPr>
          <w:b/>
        </w:rPr>
        <w:t>Growing programme:</w:t>
      </w:r>
      <w:r>
        <w:t xml:space="preserve"> The group plans to uplift other queer events in the lead-up and hopes to expand to week-long programming in future years.</w:t>
      </w:r>
      <w:r/>
    </w:p>
    <w:p>
      <w:pPr>
        <w:pStyle w:val="ListBullet"/>
        <w:spacing w:line="240" w:lineRule="auto"/>
        <w:ind w:left="720"/>
      </w:pPr>
      <w:r/>
      <w:r>
        <w:rPr>
          <w:b/>
        </w:rPr>
        <w:t>Easy to join:</w:t>
      </w:r>
      <w:r>
        <w:t xml:space="preserve"> Updates, volunteering opportunities and event details are available via the group’s Instagram and website.</w:t>
      </w:r>
      <w:r/>
      <w:r/>
    </w:p>
    <w:p>
      <w:pPr>
        <w:pStyle w:val="Heading2"/>
      </w:pPr>
      <w:r>
        <w:t>Why volunteers stepped in , and why it feels different</w:t>
      </w:r>
      <w:r/>
    </w:p>
    <w:p>
      <w:r/>
      <w:r>
        <w:t>When the previous organising company went into liquidation, local LGBTQ+ groups and community members didn’t wait for a corporate saviour. They convened, signed up, and got to work, creating a practical, hands-on alternative that feels intentionally local and tactile. The result is a Pride run by people who live and work in Cork, with the smell of coffee mornings and grassroots fundraisers rather than press releases and pitch decks. If you care about authenticity in Pride, this shift matters , it restores a direct line between community needs and festival decisions.</w:t>
      </w:r>
      <w:r/>
    </w:p>
    <w:p>
      <w:pPr>
        <w:pStyle w:val="Heading2"/>
      </w:pPr>
      <w:r>
        <w:t>What’s on the weekend , picnic, parade and a brand-new route</w:t>
      </w:r>
      <w:r/>
    </w:p>
    <w:p>
      <w:r/>
      <w:r>
        <w:t>The weekend centres on two crowd-pleasers. Saturday’s Pride Family Picnic in Fitzgerald’s Park promises stalls, live performances and speakers , a low-key, sunny celebration that’s easy to bring kids to and relax at. Then on Sunday the march will loop from Grand Parade and back again, designed so people can linger where they started rather than trailing off to the quays. That small logistical change is a practical win for accessibility and atmosphere: less rushed, more room to soak up the colours and speeches.</w:t>
      </w:r>
      <w:r/>
    </w:p>
    <w:p>
      <w:pPr>
        <w:pStyle w:val="Heading2"/>
      </w:pPr>
      <w:r>
        <w:t>Local focus and ethical sponsorship , steering clear of rainbow-washing</w:t>
      </w:r>
      <w:r/>
    </w:p>
    <w:p>
      <w:r/>
      <w:r>
        <w:t>Organisers have been clear: they want ethical, community-aligned support and no flashy international corporate takeover. That approach emphasises local performers, activists and businesses, and it speaks to a wider trend in Pride events where communities want more control over messaging and funding. If you’re picking a stall, performer or partner to back, choose groups whose values match the festival’s , it keeps the weekend rooted in Cork people and stories.</w:t>
      </w:r>
      <w:r/>
    </w:p>
    <w:p>
      <w:pPr>
        <w:pStyle w:val="Heading2"/>
      </w:pPr>
      <w:r>
        <w:t>How they organised , consultation, fundraising and volunteer energy</w:t>
      </w:r>
      <w:r/>
    </w:p>
    <w:p>
      <w:r/>
      <w:r>
        <w:t>The new group didn’t spring up overnight. A public consultation in January helped map priorities and recruit around 50 volunteers who now form the planning backbone. From coffee morning fundraisers to a Big Gay Pub Quiz, the community response has been practical and warm. For anyone thinking of volunteering, the model is flexible: give what you can, when you can. That makes room for students, activists, and retirees to contribute skills without pressure.</w:t>
      </w:r>
      <w:r/>
    </w:p>
    <w:p>
      <w:pPr>
        <w:pStyle w:val="Heading2"/>
      </w:pPr>
      <w:r>
        <w:t>Looking ahead , bigger programmes, sustained momentum</w:t>
      </w:r>
      <w:r/>
    </w:p>
    <w:p>
      <w:r/>
      <w:r>
        <w:t>Cork Community Pride wants to grow thoughtfully: more programming, workshops with activists, and collaborative events across the city. Organisers aim for consistency while keeping the volunteer-led structure intact , a tricky balancing act, but one that keeps the festival accountable to the people it serves. If the 2026 weekend goes well, expect a gradual build rather than a sudden corporate-fuelled expansion.</w:t>
      </w:r>
      <w:r/>
    </w:p>
    <w:p>
      <w:r/>
      <w:r>
        <w:t>It's a small change that can make every celebration feel more like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9">
        <w:r>
          <w:rPr>
            <w:color w:val="0000EE"/>
            <w:u w:val="single"/>
          </w:rPr>
          <w:t>[1]</w:t>
        </w:r>
      </w:hyperlink>
      <w:r>
        <w:t xml:space="preserve">, </w:t>
      </w:r>
      <w:hyperlink r:id="rId11">
        <w:r>
          <w:rPr>
            <w:color w:val="0000EE"/>
            <w:u w:val="single"/>
          </w:rPr>
          <w:t>[6]</w:t>
        </w:r>
      </w:hyperlink>
      <w:r>
        <w:t xml:space="preserve">- Paragraph 5: </w:t>
      </w:r>
      <w:hyperlink r:id="rId9">
        <w:r>
          <w:rPr>
            <w:color w:val="0000EE"/>
            <w:u w:val="single"/>
          </w:rPr>
          <w:t>[1]</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https://gcn.ie/cork-community-pride-first-celebration/</w:t>
        </w:r>
      </w:hyperlink>
      <w:r>
        <w:t xml:space="preserve"> - Please view link - unable to able to access data</w:t>
      </w:r>
      <w:r/>
    </w:p>
    <w:p>
      <w:pPr>
        <w:pStyle w:val="ListNumber"/>
        <w:spacing w:line="240" w:lineRule="auto"/>
        <w:ind w:left="720"/>
      </w:pPr>
      <w:r/>
      <w:hyperlink r:id="rId10">
        <w:r>
          <w:rPr>
            <w:color w:val="0000EE"/>
            <w:u w:val="single"/>
          </w:rPr>
          <w:t>https://www.corkcommunitypride.ie/</w:t>
        </w:r>
      </w:hyperlink>
      <w:r>
        <w:t xml:space="preserve"> - Cork Community Pride is a grassroots organisation established in 2026, aiming to bring back the Pride festival to Cork. The group is organising a colourful Pride march and a Pride Family Picnic on 1st and 2nd August 2026, creating a welcoming space for people of all ages to come together in celebration, solidarity, and support. The event is volunteer-led and focuses on community, inclusion, and equality. Further announcements, including parade routes, entertainment line-ups, and event timings, will be shared soon. For more information, visit their official website.</w:t>
      </w:r>
      <w:r/>
    </w:p>
    <w:p>
      <w:pPr>
        <w:pStyle w:val="ListNumber"/>
        <w:spacing w:line="240" w:lineRule="auto"/>
        <w:ind w:left="720"/>
      </w:pPr>
      <w:r/>
      <w:hyperlink r:id="rId12">
        <w:r>
          <w:rPr>
            <w:color w:val="0000EE"/>
            <w:u w:val="single"/>
          </w:rPr>
          <w:t>https://www.corkcommunitypride.ie/2026/02/23/new-volunteer-led-group-announces-cork-community-pride/</w:t>
        </w:r>
      </w:hyperlink>
      <w:r>
        <w:t xml:space="preserve"> - In February 2026, a newly formed group of dedicated local volunteers announced the return of Cork Community Pride. United by a shared commitment to equality, visibility, and celebration, the group aims to deliver a Pride event that reflects the diversity and spirit of Cork. The weekend will highlight community, inclusion, and the ongoing work toward equality, providing a joyful and safe environment for everyone to participate. The group is calling on those interested in volunteering to get in touch. Further announcements, including march routes, entertainment line-ups, and event timings, will be shared soon.</w:t>
      </w:r>
      <w:r/>
    </w:p>
    <w:p>
      <w:pPr>
        <w:pStyle w:val="ListNumber"/>
        <w:spacing w:line="240" w:lineRule="auto"/>
        <w:ind w:left="720"/>
      </w:pPr>
      <w:r/>
      <w:hyperlink r:id="rId13">
        <w:r>
          <w:rPr>
            <w:color w:val="0000EE"/>
            <w:u w:val="single"/>
          </w:rPr>
          <w:t>https://www.priosmafilmfest.com/</w:t>
        </w:r>
      </w:hyperlink>
      <w:r>
        <w:t xml:space="preserve"> - PRIOSMA is Cork’s dedicated Queer Film Festival, hosting a selection of feature and short film screenings, talks, and industry events, all focusing on LGBTQ+ representation and promoting inclusivity and diversity in the film community and industry. The festival collaborates with local community projects and is set to return from 10th to 13th September 2026. This year, PRIOSMA is expanding to a four-day event and collaborating with more artists, initiatives, and screening venues. For more information, visit their official website.</w:t>
      </w:r>
      <w:r/>
    </w:p>
    <w:p>
      <w:pPr>
        <w:pStyle w:val="ListNumber"/>
        <w:spacing w:line="240" w:lineRule="auto"/>
        <w:ind w:left="720"/>
      </w:pPr>
      <w:r/>
      <w:hyperlink r:id="rId14">
        <w:r>
          <w:rPr>
            <w:color w:val="0000EE"/>
            <w:u w:val="single"/>
          </w:rPr>
          <w:t>https://youth.europa.eu/events/cork-community-pride-1st-2nd-august-2026_en</w:t>
        </w:r>
      </w:hyperlink>
      <w:r>
        <w:t xml:space="preserve"> - Cork Community Pride is being organised by a passionate, grassroots collective of volunteers from across Cork city and county. United by a shared commitment to equality, visibility, and celebration, the group brings together members of the LGBTQ+ community and allies determined to deliver a Pride event that reflects the diversity and spirit of Cork. The event will feature a colourful Pride march and a Pride Family Picnic, creating a welcoming space for people of all ages to come together in celebration, solidarity, and support. The event is scheduled for 1st and 2nd August 2026. For more details, visit the European Youth Portal.</w:t>
      </w:r>
      <w:r/>
    </w:p>
    <w:p>
      <w:pPr>
        <w:pStyle w:val="ListNumber"/>
        <w:spacing w:line="240" w:lineRule="auto"/>
        <w:ind w:left="720"/>
      </w:pPr>
      <w:r/>
      <w:hyperlink r:id="rId11">
        <w:r>
          <w:rPr>
            <w:color w:val="0000EE"/>
            <w:u w:val="single"/>
          </w:rPr>
          <w:t>https://gcn.ie/cork-community-pride-2026/</w:t>
        </w:r>
      </w:hyperlink>
      <w:r>
        <w:t xml:space="preserve"> - Pride celebrations are set to return to Cork in 2026, thanks to the newly formed Cork Community Pride, a volunteer-led, grassroots group. The event will take place across Cork City and County from 1st to 3rd August 2026, featuring a vibrant and inclusive programme of events for all ages. The group aims to deliver a Pride event that reflects the diversity and spirit of Cork, highlighting community, inclusion, and the ongoing work toward equality. Further announcements, including parade routes, event timings, and entertainment line-ups, will be shared soon. For more information, visit the Gay Community News website.</w:t>
      </w:r>
      <w:r/>
    </w:p>
    <w:p>
      <w:pPr>
        <w:pStyle w:val="ListNumber"/>
        <w:spacing w:line="240" w:lineRule="auto"/>
        <w:ind w:left="720"/>
      </w:pPr>
      <w:r/>
      <w:hyperlink r:id="rId15">
        <w:r>
          <w:rPr>
            <w:color w:val="0000EE"/>
            <w:u w:val="single"/>
          </w:rPr>
          <w:t>https://gcn.ie/cork-pride-race-2026/</w:t>
        </w:r>
      </w:hyperlink>
      <w:r>
        <w:t xml:space="preserve"> - The Cork Pride 5K is set to return on Saturday, 25th July 2026, with organisers expecting their biggest race yet. Hosted by Frontrunners &amp; Briskwalkers Cork (FRBW), the race has become one of the highlights of Cork’s Pride calendar, combining sport, community, and celebration in an event that welcomes runners, joggers, and walkers of all backgrounds. The event will begin at 11:00 am in Marina Park, offering participants a new off-road course, improved facilities, and an enhanced race-day experience. For more details, visit the Gay Community News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cn.ie/cork-community-pride-first-celebration/" TargetMode="External"/><Relationship Id="rId10" Type="http://schemas.openxmlformats.org/officeDocument/2006/relationships/hyperlink" Target="https://www.corkcommunitypride.ie/" TargetMode="External"/><Relationship Id="rId11" Type="http://schemas.openxmlformats.org/officeDocument/2006/relationships/hyperlink" Target="https://gcn.ie/cork-community-pride-2026/" TargetMode="External"/><Relationship Id="rId12" Type="http://schemas.openxmlformats.org/officeDocument/2006/relationships/hyperlink" Target="https://www.corkcommunitypride.ie/2026/02/23/new-volunteer-led-group-announces-cork-community-pride/" TargetMode="External"/><Relationship Id="rId13" Type="http://schemas.openxmlformats.org/officeDocument/2006/relationships/hyperlink" Target="https://www.priosmafilmfest.com/" TargetMode="External"/><Relationship Id="rId14" Type="http://schemas.openxmlformats.org/officeDocument/2006/relationships/hyperlink" Target="https://youth.europa.eu/events/cork-community-pride-1st-2nd-august-2026_en" TargetMode="External"/><Relationship Id="rId15" Type="http://schemas.openxmlformats.org/officeDocument/2006/relationships/hyperlink" Target="https://gcn.ie/cork-pride-rac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