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Celebrity Gay Couples: Who’s the Hottest Right Now and Why It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starry-eyed content are swapping double takes for ranking lists , readers are picking their favourite celeb gay couples, from red-carpet royalty to quietly powerful pairings, and it's more than eye candy; it’s a sign of progress and representation that matters.</w:t>
      </w:r>
      <w:r/>
    </w:p>
    <w:p>
      <w:r/>
      <w:r>
        <w:t>Essential Takeaways</w:t>
      </w:r>
      <w:r/>
      <w:r/>
    </w:p>
    <w:p>
      <w:pPr>
        <w:pStyle w:val="ListBullet"/>
        <w:spacing w:line="240" w:lineRule="auto"/>
        <w:ind w:left="720"/>
      </w:pPr>
      <w:r/>
      <w:r>
        <w:rPr>
          <w:b/>
        </w:rPr>
        <w:t>Visibility wins:</w:t>
      </w:r>
      <w:r>
        <w:t xml:space="preserve"> Public gay couples are normalising same-sex love in mainstream media and feel uplifting to many fans.</w:t>
      </w:r>
      <w:r/>
    </w:p>
    <w:p>
      <w:pPr>
        <w:pStyle w:val="ListBullet"/>
        <w:spacing w:line="240" w:lineRule="auto"/>
        <w:ind w:left="720"/>
      </w:pPr>
      <w:r/>
      <w:r>
        <w:rPr>
          <w:b/>
        </w:rPr>
        <w:t>Style and chemistry:</w:t>
      </w:r>
      <w:r>
        <w:t xml:space="preserve"> Couples who show coordinated style or playful PDA often top hottest lists; they look confident and connected.</w:t>
      </w:r>
      <w:r/>
    </w:p>
    <w:p>
      <w:pPr>
        <w:pStyle w:val="ListBullet"/>
        <w:spacing w:line="240" w:lineRule="auto"/>
        <w:ind w:left="720"/>
      </w:pPr>
      <w:r/>
      <w:r>
        <w:rPr>
          <w:b/>
        </w:rPr>
        <w:t>Longevity counts:</w:t>
      </w:r>
      <w:r>
        <w:t xml:space="preserve"> Long-term partnerships bring authenticity , they’re stylish, steady and emotionally resonant.</w:t>
      </w:r>
      <w:r/>
    </w:p>
    <w:p>
      <w:pPr>
        <w:pStyle w:val="ListBullet"/>
        <w:spacing w:line="240" w:lineRule="auto"/>
        <w:ind w:left="720"/>
      </w:pPr>
      <w:r/>
      <w:r>
        <w:rPr>
          <w:b/>
        </w:rPr>
        <w:t>Red-carpet moments matter:</w:t>
      </w:r>
      <w:r>
        <w:t xml:space="preserve"> A single striking appearance at events like the Grammys or BET can catapult a pair into the spotlight.</w:t>
      </w:r>
      <w:r/>
    </w:p>
    <w:p>
      <w:pPr>
        <w:pStyle w:val="ListBullet"/>
        <w:spacing w:line="240" w:lineRule="auto"/>
        <w:ind w:left="720"/>
      </w:pPr>
      <w:r/>
      <w:r>
        <w:rPr>
          <w:b/>
        </w:rPr>
        <w:t>Fan engagement fuels ranking:</w:t>
      </w:r>
      <w:r>
        <w:t xml:space="preserve"> Reader polls, social media buzz and newsletters shape who makes the “hottest” cut.</w:t>
      </w:r>
      <w:r/>
      <w:r/>
    </w:p>
    <w:p>
      <w:pPr>
        <w:pStyle w:val="Heading2"/>
      </w:pPr>
      <w:r>
        <w:t>Why people can’t stop ranking celebrity gay couples</w:t>
      </w:r>
      <w:r/>
    </w:p>
    <w:p>
      <w:r/>
      <w:r>
        <w:t>There’s something addictive about pairing two famous people and deciding which duo has the most spark, and that spark is often as much about story as it is about looks. According to various outlets that cover LGBTQ+ culture, readers love comparing style, chemistry and how couples present themselves in public. A coordinated look on a red carpet or a relaxed, affectionate moment in candid photos can set social feeds alight, and fans respond because it feels celebratory and personal.</w:t>
      </w:r>
      <w:r/>
    </w:p>
    <w:p>
      <w:r/>
      <w:r>
        <w:t>Backstory: queer relationships were once hidden or coded, so today’s openness feels like progress. Pride and entertainment outlets note that public couples serve as both inspiration and confirmation , they’re visible proof that queer love belongs in mainstream celebrity culture. Practically, it’s why newsletters and polls about “hottest couples” get clicks: people want to see themselves reflected in glamour.</w:t>
      </w:r>
      <w:r/>
    </w:p>
    <w:p>
      <w:pPr>
        <w:pStyle w:val="Heading2"/>
      </w:pPr>
      <w:r>
        <w:t>Chemistry beats checklist , what fans really notice</w:t>
      </w:r>
      <w:r/>
    </w:p>
    <w:p>
      <w:r/>
      <w:r>
        <w:t>When readers pick the hottest pair, chemistry often outweighs a perfectly curated look. That wink, the way they lean into each other, or a private joke caught on camera signals intimacy in a way plastic poses can’t. Media pages that specialise in LGBTQ+ celebrity coverage highlight those unscripted moments because they feel authentic.</w:t>
      </w:r>
      <w:r/>
    </w:p>
    <w:p>
      <w:r/>
      <w:r>
        <w:t>Comparisons matter too: some couples are all-glamour, popping on award show carpets, while others keep a low-key, supportive presence. If you’re voting or weighing up options, look beyond fashion and consider warmth, mutual support and how comfortable they seem being themselves.</w:t>
      </w:r>
      <w:r/>
    </w:p>
    <w:p>
      <w:pPr>
        <w:pStyle w:val="Heading2"/>
      </w:pPr>
      <w:r>
        <w:t>Red carpets, award shows and the power of a single moment</w:t>
      </w:r>
      <w:r/>
    </w:p>
    <w:p>
      <w:r/>
      <w:r>
        <w:t>A standout appearance at the Grammys, BET Awards or similar event can change perception overnight. Outlets that recap award-season style often frame couples as “hot” after one iconic entrance , coordinated outfits, confident poses and genuine affection make headlines and social shares.</w:t>
      </w:r>
      <w:r/>
    </w:p>
    <w:p>
      <w:r/>
      <w:r>
        <w:t>This isn’t just about looks; it’s about cultural moments. When a pair turns up and owns the room, they inspire conversation and admiration. For readers trying to pick favourites, those moments are memorable anchors; they give you something to point to when you say, “That’s the couple.”</w:t>
      </w:r>
      <w:r/>
    </w:p>
    <w:p>
      <w:pPr>
        <w:pStyle w:val="Heading2"/>
      </w:pPr>
      <w:r>
        <w:t>Longevity and stability as style statements</w:t>
      </w:r>
      <w:r/>
    </w:p>
    <w:p>
      <w:r/>
      <w:r>
        <w:t>Long-running couples bring a different kind of allure , they signal depth, shared history and emotional labour. Profiles of enduring celebrity relationships show that consistency can be just as attractive as novelty. Fans tend to respect partnerships that weather industry pressures and public attention.</w:t>
      </w:r>
      <w:r/>
    </w:p>
    <w:p>
      <w:r/>
      <w:r>
        <w:t>If you value authenticity, watch for how couples support each other in interviews and projects over time. That steady support often reads as trust, and trust is magnetic. For anyone voting or listing hottest pairs, consider endurance as a factor alongside glamour.</w:t>
      </w:r>
      <w:r/>
    </w:p>
    <w:p>
      <w:pPr>
        <w:pStyle w:val="Heading2"/>
      </w:pPr>
      <w:r>
        <w:t>How to pick your own “hottest” couple , practical tips</w:t>
      </w:r>
      <w:r/>
    </w:p>
    <w:p>
      <w:r/>
      <w:r>
        <w:t>First, decide what matters to you: is it style, chemistry, activism or longevity? Next, follow a mix of entertainment and LGBTQ+ outlets for balanced coverage , they’ll show red-carpet looks and quieter, meaningful moments. Finally, engage: reply to polls, join newsletters and share your picks; community responses help shape who gets celebrated.</w:t>
      </w:r>
      <w:r/>
    </w:p>
    <w:p>
      <w:r/>
      <w:r>
        <w:t>And yes, have fun with it. Ranking celebrity couples is playful, but it also normalises queer relationships in public life, which is worth celebrating.</w:t>
      </w:r>
      <w:r/>
    </w:p>
    <w:p>
      <w:r/>
      <w:r>
        <w:t>It's a small, fashionable way to notice how far visibility has come , and to celebrate couples who make you smile.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3">
        <w:r>
          <w:rPr>
            <w:color w:val="0000EE"/>
            <w:u w:val="single"/>
          </w:rPr>
          <w:t>[5]</w:t>
        </w:r>
      </w:hyperlink>
      <w:r>
        <w:t xml:space="preserve">, </w:t>
      </w:r>
      <w:hyperlink r:id="rId14">
        <w:r>
          <w:rPr>
            <w:color w:val="0000EE"/>
            <w:u w:val="single"/>
          </w:rPr>
          <w:t>[7]</w:t>
        </w:r>
      </w:hyperlink>
      <w:r>
        <w:t xml:space="preserve">- Paragraph 4: </w:t>
      </w:r>
      <w:hyperlink r:id="rId12">
        <w:r>
          <w:rPr>
            <w:color w:val="0000EE"/>
            <w:u w:val="single"/>
          </w:rPr>
          <w:t>[4]</w:t>
        </w:r>
      </w:hyperlink>
      <w:r>
        <w:t xml:space="preserve">, </w:t>
      </w:r>
      <w:hyperlink r:id="rId11">
        <w:r>
          <w:rPr>
            <w:color w:val="0000EE"/>
            <w:u w:val="single"/>
          </w:rPr>
          <w:t>[6]</w:t>
        </w:r>
      </w:hyperlink>
      <w:r>
        <w:t xml:space="preserve">- Paragraph 5: </w:t>
      </w:r>
      <w:hyperlink r:id="rId15">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https://www.queerty.com/who-do-you-think-is-the-hottest-celebrity-gay-couple-why-20260728/</w:t>
        </w:r>
      </w:hyperlink>
      <w:r>
        <w:t xml:space="preserve"> - Please view link - unable to able to access data</w:t>
      </w:r>
      <w:r/>
    </w:p>
    <w:p>
      <w:pPr>
        <w:pStyle w:val="ListNumber"/>
        <w:spacing w:line="240" w:lineRule="auto"/>
        <w:ind w:left="720"/>
      </w:pPr>
      <w:r/>
      <w:hyperlink r:id="rId10">
        <w:r>
          <w:rPr>
            <w:color w:val="0000EE"/>
            <w:u w:val="single"/>
          </w:rPr>
          <w:t>https://www.pride.com/culture/celebrities/gay-couple</w:t>
        </w:r>
      </w:hyperlink>
      <w:r>
        <w:t xml:space="preserve"> - An article highlighting ten of the most popular gay couples to follow on social media, including Tom Daley and Dustin Lance Black, Toni Cassano and Daria Berenato (Sonya Deville), Cade Maddox and Kevin Benoit, and Jessica Betts and Niecy Nash-Betts. The piece discusses their relationships and public appearances, showcasing their influence and presence in the LGBTQ+ community.</w:t>
      </w:r>
      <w:r/>
    </w:p>
    <w:p>
      <w:pPr>
        <w:pStyle w:val="ListNumber"/>
        <w:spacing w:line="240" w:lineRule="auto"/>
        <w:ind w:left="720"/>
      </w:pPr>
      <w:r/>
      <w:hyperlink r:id="rId15">
        <w:r>
          <w:rPr>
            <w:color w:val="0000EE"/>
            <w:u w:val="single"/>
          </w:rPr>
          <w:t>https://www.pride.com/culture/celebrities/lesbian-celebrity-couple-2025</w:t>
        </w:r>
      </w:hyperlink>
      <w:r>
        <w:t xml:space="preserve"> - A feature on five prominent lesbian and sapphic celebrity couples of 2025, such as Towa Bird and Reneé Rapp. The article explores their relationships, public engagements, and contributions to the LGBTQ+ community, highlighting their visibility and impact in the entertainment industry.</w:t>
      </w:r>
      <w:r/>
    </w:p>
    <w:p>
      <w:pPr>
        <w:pStyle w:val="ListNumber"/>
        <w:spacing w:line="240" w:lineRule="auto"/>
        <w:ind w:left="720"/>
      </w:pPr>
      <w:r/>
      <w:hyperlink r:id="rId12">
        <w:r>
          <w:rPr>
            <w:color w:val="0000EE"/>
            <w:u w:val="single"/>
          </w:rPr>
          <w:t>https://www.pride.com/culture/celebrities/long-running-lgbtq-celebrity-couples</w:t>
        </w:r>
      </w:hyperlink>
      <w:r>
        <w:t xml:space="preserve"> - An overview of eighteen long-standing LGBTQ+ celebrity couples, including Colman Domingo and Raúl Domingo, RuPaul and Georges LeBar, and Ellen DeGeneres and Portia de Rossi. The piece celebrates their enduring relationships and the challenges they've overcome, offering inspiration to the LGBTQ+ community.</w:t>
      </w:r>
      <w:r/>
    </w:p>
    <w:p>
      <w:pPr>
        <w:pStyle w:val="ListNumber"/>
        <w:spacing w:line="240" w:lineRule="auto"/>
        <w:ind w:left="720"/>
      </w:pPr>
      <w:r/>
      <w:hyperlink r:id="rId13">
        <w:r>
          <w:rPr>
            <w:color w:val="0000EE"/>
            <w:u w:val="single"/>
          </w:rPr>
          <w:t>https://www.usmagazine.com/stylish/pictures/hottest-couples-at-the-2026-grammy-awards-reba-mcentire-rex-linn-and-more/</w:t>
        </w:r>
      </w:hyperlink>
      <w:r>
        <w:t xml:space="preserve"> - A gallery showcasing the most fashionable couples at the 2026 Grammy Awards, featuring Justin Bieber and Hailey Bieber, Chrissy Teigen and John Legend, and Reba McEntire and Rex Linn. The article highlights their red carpet appearances and the synergy between the couples' styles.</w:t>
      </w:r>
      <w:r/>
    </w:p>
    <w:p>
      <w:pPr>
        <w:pStyle w:val="ListNumber"/>
        <w:spacing w:line="240" w:lineRule="auto"/>
        <w:ind w:left="720"/>
      </w:pPr>
      <w:r/>
      <w:hyperlink r:id="rId11">
        <w:r>
          <w:rPr>
            <w:color w:val="0000EE"/>
            <w:u w:val="single"/>
          </w:rPr>
          <w:t>https://www.pride.com/gay-couples/</w:t>
        </w:r>
      </w:hyperlink>
      <w:r>
        <w:t xml:space="preserve"> - A collection of stories and features on various gay couples, from Hollywood stars to everyday partners. The content includes interviews, personal stories, and insights into their relationships, aiming to inspire and connect the LGBTQ+ community.</w:t>
      </w:r>
      <w:r/>
    </w:p>
    <w:p>
      <w:pPr>
        <w:pStyle w:val="ListNumber"/>
        <w:spacing w:line="240" w:lineRule="auto"/>
        <w:ind w:left="720"/>
      </w:pPr>
      <w:r/>
      <w:hyperlink r:id="rId14">
        <w:r>
          <w:rPr>
            <w:color w:val="0000EE"/>
            <w:u w:val="single"/>
          </w:rPr>
          <w:t>https://www.usmagazine.com/entertainment/pictures/bet-awards-2026-hottest-couples-on-the-red-carpet-photos/</w:t>
        </w:r>
      </w:hyperlink>
      <w:r>
        <w:t xml:space="preserve"> - A photo gallery highlighting the most stylish couples at the 2026 BET Awards, including Love Island USA season 6 couple Kordell Beckham and Serena Page. The article captures their red carpet moments and the chemistry between the pairs.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who-do-you-think-is-the-hottest-celebrity-gay-couple-why-20260728/" TargetMode="External"/><Relationship Id="rId10" Type="http://schemas.openxmlformats.org/officeDocument/2006/relationships/hyperlink" Target="https://www.pride.com/culture/celebrities/gay-couple" TargetMode="External"/><Relationship Id="rId11" Type="http://schemas.openxmlformats.org/officeDocument/2006/relationships/hyperlink" Target="https://www.pride.com/gay-couples/" TargetMode="External"/><Relationship Id="rId12" Type="http://schemas.openxmlformats.org/officeDocument/2006/relationships/hyperlink" Target="https://www.pride.com/culture/celebrities/long-running-lgbtq-celebrity-couples" TargetMode="External"/><Relationship Id="rId13" Type="http://schemas.openxmlformats.org/officeDocument/2006/relationships/hyperlink" Target="https://www.usmagazine.com/stylish/pictures/hottest-couples-at-the-2026-grammy-awards-reba-mcentire-rex-linn-and-more/" TargetMode="External"/><Relationship Id="rId14" Type="http://schemas.openxmlformats.org/officeDocument/2006/relationships/hyperlink" Target="https://www.usmagazine.com/entertainment/pictures/bet-awards-2026-hottest-couples-on-the-red-carpet-photos/" TargetMode="External"/><Relationship Id="rId15" Type="http://schemas.openxmlformats.org/officeDocument/2006/relationships/hyperlink" Target="https://www.pride.com/culture/celebrities/lesbian-celebrity-couple-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