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Security Plans: Why Armed Police Are Being Deployed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revellers are bracing for tighter security as Brighton and Hove Pride brings half a million people to the city, with armed officers set to patrol after Saturday's horror attack at Berlin Pride , a move organisers say is about reassurance, not alarm.</w:t>
      </w:r>
      <w:r/>
    </w:p>
    <w:p>
      <w:r/>
      <w:r>
        <w:t>Essential Takeaways</w:t>
      </w:r>
      <w:r/>
      <w:r/>
    </w:p>
    <w:p>
      <w:pPr>
        <w:pStyle w:val="ListBullet"/>
        <w:spacing w:line="240" w:lineRule="auto"/>
        <w:ind w:left="720"/>
      </w:pPr>
      <w:r/>
      <w:r>
        <w:rPr>
          <w:b/>
        </w:rPr>
        <w:t>Armed presence announced:</w:t>
      </w:r>
      <w:r>
        <w:t xml:space="preserve"> Sussex Police will deploy uniformed, plain‑clothes and specialist teams, including armed officers, across Brighton during Pride.</w:t>
      </w:r>
      <w:r/>
    </w:p>
    <w:p>
      <w:pPr>
        <w:pStyle w:val="ListBullet"/>
        <w:spacing w:line="240" w:lineRule="auto"/>
        <w:ind w:left="720"/>
      </w:pPr>
      <w:r/>
      <w:r>
        <w:rPr>
          <w:b/>
        </w:rPr>
        <w:t>Reaction to Berlin:</w:t>
      </w:r>
      <w:r>
        <w:t xml:space="preserve"> The decision follows a van and stabbing attack at Berlin Pride that left one dead and dozens injured, prompting renewed safety reviews across Europe.</w:t>
      </w:r>
      <w:r/>
    </w:p>
    <w:p>
      <w:pPr>
        <w:pStyle w:val="ListBullet"/>
        <w:spacing w:line="240" w:lineRule="auto"/>
        <w:ind w:left="720"/>
      </w:pPr>
      <w:r/>
      <w:r>
        <w:rPr>
          <w:b/>
        </w:rPr>
        <w:t>Planning emphasised:</w:t>
      </w:r>
      <w:r>
        <w:t xml:space="preserve"> Police and council stress this is part of months of planning with event partners and that visible officers aim to reassure rather than intimidate.</w:t>
      </w:r>
      <w:r/>
    </w:p>
    <w:p>
      <w:pPr>
        <w:pStyle w:val="ListBullet"/>
        <w:spacing w:line="240" w:lineRule="auto"/>
        <w:ind w:left="720"/>
      </w:pPr>
      <w:r/>
      <w:r>
        <w:rPr>
          <w:b/>
        </w:rPr>
        <w:t>Practical advice:</w:t>
      </w:r>
      <w:r>
        <w:t xml:space="preserve"> Attendees are asked to report concerns to officers or security, and to call 999 if someone or something feels unsafe.</w:t>
      </w:r>
      <w:r/>
    </w:p>
    <w:p>
      <w:pPr>
        <w:pStyle w:val="ListBullet"/>
        <w:spacing w:line="240" w:lineRule="auto"/>
        <w:ind w:left="720"/>
      </w:pPr>
      <w:r/>
      <w:r>
        <w:rPr>
          <w:b/>
        </w:rPr>
        <w:t>Community tone:</w:t>
      </w:r>
      <w:r>
        <w:t xml:space="preserve"> Local leaders pledge solidarity with LGBTQI+ communities while balancing celebration with heightened vigilance.</w:t>
      </w:r>
      <w:r/>
      <w:r/>
    </w:p>
    <w:p>
      <w:pPr>
        <w:pStyle w:val="Heading2"/>
      </w:pPr>
      <w:r>
        <w:t>Why Brighton is bringing armed officers , the immediate context</w:t>
      </w:r>
      <w:r/>
    </w:p>
    <w:p>
      <w:r/>
      <w:r>
        <w:t>The move to deploy armed officers in Brighton came straight after the terrifying van-and-knife attack at Berlin Pride, which German authorities now describe as an Islamist-motivated rampage. That event, which left one person dead and many more hurt, has pushed public‑safety discussions back to the top of the agenda across Europe. Sussex Police and Brighton organisers are framing armed deployments as part of a layered security plan designed to protect a crowd estimated at 500,000 people.</w:t>
      </w:r>
      <w:r/>
    </w:p>
    <w:p>
      <w:r/>
      <w:r>
        <w:t>The sight of officers in tactical gear can be unsettling, but organisers stress these teams are one strand of an extensive policing operation. Think of them as the backstop: visible to deter, ready to respond, and working alongside stewards and plain‑clothes officers to spot anything untoward.</w:t>
      </w:r>
      <w:r/>
    </w:p>
    <w:p>
      <w:pPr>
        <w:pStyle w:val="Heading2"/>
      </w:pPr>
      <w:r>
        <w:t>How the plan fits into months of preparation</w:t>
      </w:r>
      <w:r/>
    </w:p>
    <w:p>
      <w:r/>
      <w:r>
        <w:t>Brighton and Hove Pride isn’t a last‑minute festival; it’s the result of long planning cycles involving council teams, police, medical services and volunteer groups. According to local briefings, the decision to include armed officers built on contingency planning done well before this weekend’s headlines, and was finalised after fast-moving events in Berlin.</w:t>
      </w:r>
      <w:r/>
    </w:p>
    <w:p>
      <w:r/>
      <w:r>
        <w:t>Organisers say the goal is balance , to hold a joyful, rainbow-filled celebration while taking sensible steps to reduce risk. In practice that means checkpoints, welfare hubs, clear signage and a layered police presence rather than a single show of force.</w:t>
      </w:r>
      <w:r/>
    </w:p>
    <w:p>
      <w:pPr>
        <w:pStyle w:val="Heading2"/>
      </w:pPr>
      <w:r>
        <w:t>What the Berlin attack changed about public thinking</w:t>
      </w:r>
      <w:r/>
    </w:p>
    <w:p>
      <w:r/>
      <w:r>
        <w:t>Germany’s response to the Berlin attack has included calls for tighter extremism laws and better monitoring of individuals deemed security risks. Internationally, it’s sharpened conversations about how to protect mass gatherings without turning them into fortress events. Officials in Brighton referenced those debates while stressing local context: this is a civic celebration, not a military operation.</w:t>
      </w:r>
      <w:r/>
    </w:p>
    <w:p>
      <w:r/>
      <w:r>
        <w:t>For festival-goers that means a new normal for a while , more security checks and an increased number of officers , but also a renewed focus on quick reporting and community vigilance. The point being made by politicians and police alike is that visibility and communication can prevent harm.</w:t>
      </w:r>
      <w:r/>
    </w:p>
    <w:p>
      <w:pPr>
        <w:pStyle w:val="Heading2"/>
      </w:pPr>
      <w:r>
        <w:t>Practical tips for people attending Pride this weekend</w:t>
      </w:r>
      <w:r/>
    </w:p>
    <w:p>
      <w:r/>
      <w:r>
        <w:t>If you’re going to Brighton Pride, a few simple moves make life easier and safer. Arrive early to avoid congestion, carry a lightweight phone charger, and agree on a meet-up spot in case you lose signal. Keep bags small and visible, and don’t be afraid to speak to any uniformed or plain‑clothes officer if something feels off.</w:t>
      </w:r>
      <w:r/>
    </w:p>
    <w:p>
      <w:r/>
      <w:r>
        <w:t>Event organisers recommend staying near official first‑aid and welfare points if you’re with vulnerable friends, and to use trusted apps or social channels for real‑time updates. Remember, reporting small concerns early helps everyone.</w:t>
      </w:r>
      <w:r/>
    </w:p>
    <w:p>
      <w:pPr>
        <w:pStyle w:val="Heading2"/>
      </w:pPr>
      <w:r>
        <w:t>Community reaction and the wider outlook</w:t>
      </w:r>
      <w:r/>
    </w:p>
    <w:p>
      <w:r/>
      <w:r>
        <w:t>Local leaders have been quick to express solidarity with the LGBTQI+ community, calling Pride a celebration of diversity and unity even as they accept the need for increased security. Politicians and police are keen to reassure visitors that the measures are precautionary; meanwhile campaigners warn against conflating security steps with stigma.</w:t>
      </w:r>
      <w:r/>
    </w:p>
    <w:p>
      <w:r/>
      <w:r>
        <w:t>Looking ahead, expect more discussions about how major events balance openness with protection. For now, the mood in Brighton is cautious but determined: joy will go on, with a sharper eye on safety.</w:t>
      </w:r>
      <w:r/>
    </w:p>
    <w:p>
      <w:r/>
      <w:r>
        <w:t>It's a small change that can make every celebration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https://www.gbnews.com/news/brighton-pride-armed-police-horror-berlin-diversity</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https://www.brightonandhovenews.org/2026/07/27/armed-police-to-be-deployed-at-brighton-pride/</w:t>
        </w:r>
      </w:hyperlink>
      <w:r>
        <w:t xml:space="preserve"> - In response to a recent attack at Berlin's Pride event, Sussex Police have announced the deployment of armed officers at Brighton Pride on 1 August. The force aims to ensure the safety of attendees, residents, and visitors, emphasizing that safety remains their top priority. The operation will involve uniformed and plain-clothed officers, as well as specialist teams, working closely with event organizers and Brighton and Hove City Council to maintain a secure environment for the festival.</w:t>
      </w:r>
      <w:r/>
    </w:p>
    <w:p>
      <w:pPr>
        <w:pStyle w:val="ListNumber"/>
        <w:spacing w:line="240" w:lineRule="auto"/>
        <w:ind w:left="720"/>
      </w:pPr>
      <w:r/>
      <w:hyperlink r:id="rId14">
        <w:r>
          <w:rPr>
            <w:color w:val="0000EE"/>
            <w:u w:val="single"/>
          </w:rPr>
          <w:t>https://www.theguardian.com/politics/2026/jul/27/german-officials-tighter-extremism-laws-berlin-pride-attack</w:t>
        </w:r>
      </w:hyperlink>
      <w:r>
        <w:t xml:space="preserve"> - Following the deadly attack at Berlin's Pride parade, German officials are calling for stricter laws against known extremists. The far-right party Alternative für Deutschland (AfD) criticized the government's handling of Islamist radicalism, while Chancellor Friedrich Merz pledged to address security gaps with 'prudence but also determination.' The suspect, Abdul Ballout, a 21-year-old with Lebanese roots, was known to authorities and had previous convictions related to extremist activities.</w:t>
      </w:r>
      <w:r/>
    </w:p>
    <w:p>
      <w:pPr>
        <w:pStyle w:val="ListNumber"/>
        <w:spacing w:line="240" w:lineRule="auto"/>
        <w:ind w:left="720"/>
      </w:pPr>
      <w:r/>
      <w:hyperlink r:id="rId12">
        <w:r>
          <w:rPr>
            <w:color w:val="0000EE"/>
            <w:u w:val="single"/>
          </w:rPr>
          <w:t>https://www.theguardian.com/world/2026/jul/26/berlin-pride-van-knife-rampage-islamist-terrorist-attack-germany</w:t>
        </w:r>
      </w:hyperlink>
      <w:r>
        <w:t xml:space="preserve"> - Abdul Ballout, a 21-year-old German national with Lebanese roots, is suspected of driving a van into a crowd near Berlin's Pride festival and then attacking people with a machete. The attack resulted in one death and 29 injuries. Ballout was known to authorities for previous criminal offenses and alleged radicalisation. He was shot dead by police during an operation in the Spandau district after charging at them with a bladed weapon.</w:t>
      </w:r>
      <w:r/>
    </w:p>
    <w:p>
      <w:pPr>
        <w:pStyle w:val="ListNumber"/>
        <w:spacing w:line="240" w:lineRule="auto"/>
        <w:ind w:left="720"/>
      </w:pPr>
      <w:r/>
      <w:hyperlink r:id="rId11">
        <w:r>
          <w:rPr>
            <w:color w:val="0000EE"/>
            <w:u w:val="single"/>
          </w:rPr>
          <w:t>https://www.aljazeera.com/news/2026/7/26/berlin-police-shoot-dead-suspect-in-car-ramming-attack-on-pride-event</w:t>
        </w:r>
      </w:hyperlink>
      <w:r>
        <w:t xml:space="preserve"> - Berlin police have identified Abdul Ballout, a 21-year-old German citizen of Lebanese descent, as the suspect in the deadly car-ramming attack at the city's Pride event. The attack, which resulted in one death and at least 16 injuries, is being investigated as an Islamist terror attack. Ballout was known to police and had ties to Islamic 'circles' in Berlin. He was shot dead by police during a confrontation in the Spandau district after attacking officers with a bladed weapon.</w:t>
      </w:r>
      <w:r/>
    </w:p>
    <w:p>
      <w:pPr>
        <w:pStyle w:val="ListNumber"/>
        <w:spacing w:line="240" w:lineRule="auto"/>
        <w:ind w:left="720"/>
      </w:pPr>
      <w:r/>
      <w:hyperlink r:id="rId13">
        <w:r>
          <w:rPr>
            <w:color w:val="0000EE"/>
            <w:u w:val="single"/>
          </w:rPr>
          <w:t>https://www.theguardian.com/world/2026/jul/25/berlin-pride-march-called-off-after-car-crashes-into-crowd-of-people-near-route</w:t>
        </w:r>
      </w:hyperlink>
      <w:r>
        <w:t xml:space="preserve"> - A deadly van ramming near Berlin's Pride festival has led authorities to issue a wanted notice for Abdul Ballout, a 21-year-old German national with Lebanese roots. The attack resulted in one death and at least 16 injuries and is being described as an Islamist attack. Ballout was known to authorities for previous criminal offenses and alleged radicalisation. The German chancellor, Friedrich Merz, vowed to punish those responsible.</w:t>
      </w:r>
      <w:r/>
    </w:p>
    <w:p>
      <w:pPr>
        <w:pStyle w:val="ListNumber"/>
        <w:spacing w:line="240" w:lineRule="auto"/>
        <w:ind w:left="720"/>
      </w:pPr>
      <w:r/>
      <w:hyperlink r:id="rId15">
        <w:r>
          <w:rPr>
            <w:color w:val="0000EE"/>
            <w:u w:val="single"/>
          </w:rPr>
          <w:t>https://www.latimes.com/world-nation/story/2026-07-27/questions-mount-after-deadly-berlin-pride-attack-heres-what-to-know</w:t>
        </w:r>
      </w:hyperlink>
      <w:r>
        <w:t xml:space="preserve"> - Berliners are mourning after a deadly attack near the city's Pride festival, which left one person dead and 29 injured. Questions are mounting over how the suspect, Abdul Ballout, was able to move freely following a conviction linked to the Islamic State group. The attack has sparked concerns about security and the monitoring of known threats, especially ahead of upcoming regional elections.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bnews.com/news/brighton-pride-armed-police-horror-berlin-diversity" TargetMode="External"/><Relationship Id="rId10" Type="http://schemas.openxmlformats.org/officeDocument/2006/relationships/hyperlink" Target="https://www.brightonandhovenews.org/2026/07/27/armed-police-to-be-deployed-at-brighton-pride/" TargetMode="External"/><Relationship Id="rId11" Type="http://schemas.openxmlformats.org/officeDocument/2006/relationships/hyperlink" Target="https://www.aljazeera.com/news/2026/7/26/berlin-police-shoot-dead-suspect-in-car-ramming-attack-on-pride-event" TargetMode="External"/><Relationship Id="rId12" Type="http://schemas.openxmlformats.org/officeDocument/2006/relationships/hyperlink" Target="https://www.theguardian.com/world/2026/jul/26/berlin-pride-van-knife-rampage-islamist-terrorist-attack-germany" TargetMode="External"/><Relationship Id="rId13" Type="http://schemas.openxmlformats.org/officeDocument/2006/relationships/hyperlink" Target="https://www.theguardian.com/world/2026/jul/25/berlin-pride-march-called-off-after-car-crashes-into-crowd-of-people-near-route" TargetMode="External"/><Relationship Id="rId14" Type="http://schemas.openxmlformats.org/officeDocument/2006/relationships/hyperlink" Target="https://www.theguardian.com/politics/2026/jul/27/german-officials-tighter-extremism-laws-berlin-pride-attack" TargetMode="External"/><Relationship Id="rId15" Type="http://schemas.openxmlformats.org/officeDocument/2006/relationships/hyperlink" Target="https://www.latimes.com/world-nation/story/2026-07-27/questions-mount-after-deadly-berlin-pride-attack-heres-what-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