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Guide: Parade, Park Line‑Ups and Street Party Picks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are gearing up for Brighton Pride 2026 as the city celebrates its 35th anniversary; here’s what’s on, where to watch the parade, who’s headlining Pride on the Park, and smart tips for getting the most from the weekend.</w:t>
      </w:r>
      <w:r/>
    </w:p>
    <w:p>
      <w:r/>
      <w:r>
        <w:t>Essential Takeaways</w:t>
      </w:r>
      <w:r/>
      <w:r/>
    </w:p>
    <w:p>
      <w:pPr>
        <w:pStyle w:val="ListBullet"/>
        <w:spacing w:line="240" w:lineRule="auto"/>
        <w:ind w:left="720"/>
      </w:pPr>
      <w:r/>
      <w:r>
        <w:rPr>
          <w:b/>
        </w:rPr>
        <w:t>When and where:</w:t>
      </w:r>
      <w:r>
        <w:t xml:space="preserve"> Brighton Pride takes place on Saturday 1 and Sunday 2 August, centred on Preston Park and the seafront parade route. It’s festival-sized fun by the sea.</w:t>
      </w:r>
      <w:r/>
    </w:p>
    <w:p>
      <w:pPr>
        <w:pStyle w:val="ListBullet"/>
        <w:spacing w:line="240" w:lineRule="auto"/>
        <w:ind w:left="720"/>
      </w:pPr>
      <w:r/>
      <w:r>
        <w:rPr>
          <w:b/>
        </w:rPr>
        <w:t>Big names:</w:t>
      </w:r>
      <w:r>
        <w:t xml:space="preserve"> RAYE headlines Saturday’s Pride on the Park; Diana Ross tops the bill on Sunday , plus major supporting acts and DJs across stages.</w:t>
      </w:r>
      <w:r/>
    </w:p>
    <w:p>
      <w:pPr>
        <w:pStyle w:val="ListBullet"/>
        <w:spacing w:line="240" w:lineRule="auto"/>
        <w:ind w:left="720"/>
      </w:pPr>
      <w:r/>
      <w:r>
        <w:rPr>
          <w:b/>
        </w:rPr>
        <w:t>Parade details:</w:t>
      </w:r>
      <w:r>
        <w:t xml:space="preserve"> The free Pride Parade starts at Hove Lawns at 11am and marches along the promenade through central Brighton to its finish near Preston Road.</w:t>
      </w:r>
      <w:r/>
    </w:p>
    <w:p>
      <w:pPr>
        <w:pStyle w:val="ListBullet"/>
        <w:spacing w:line="240" w:lineRule="auto"/>
        <w:ind w:left="720"/>
      </w:pPr>
      <w:r/>
      <w:r>
        <w:rPr>
          <w:b/>
        </w:rPr>
        <w:t>Street party vibe:</w:t>
      </w:r>
      <w:r>
        <w:t xml:space="preserve"> Marine Parade hosts the Street Party with multiple stages, drag acts and DJs; tickets are cheaper than park entry and atmosphere is festival-carnival.</w:t>
      </w:r>
      <w:r/>
    </w:p>
    <w:p>
      <w:pPr>
        <w:pStyle w:val="ListBullet"/>
        <w:spacing w:line="240" w:lineRule="auto"/>
        <w:ind w:left="720"/>
      </w:pPr>
      <w:r/>
      <w:r>
        <w:rPr>
          <w:b/>
        </w:rPr>
        <w:t>Practical note:</w:t>
      </w:r>
      <w:r>
        <w:t xml:space="preserve"> Day tickets and weekend wristbands vary in price; after‑parties and official events run late into the night, many helping to fund Pride community causes.</w:t>
      </w:r>
      <w:r/>
      <w:r/>
    </w:p>
    <w:p>
      <w:pPr>
        <w:pStyle w:val="Heading2"/>
      </w:pPr>
      <w:r>
        <w:t>Who’s headlining Pride on the Park , and why it matters</w:t>
      </w:r>
      <w:r/>
    </w:p>
    <w:p>
      <w:r/>
      <w:r>
        <w:t>Brighton’s big weekend has pulled two very different stars to Preston Park, giving the festival the pop heft of now and a touch of classic glamour. RAYE leads Saturday’s line‑up with contemporary hits that pack stadiums, while Diana Ross closes Sunday , a showstopper for anyone who remembers her headline history. According to the event listings, each day mixes pop, drag and DJ sets across stages, so expect high energy and variety. That combination keeps Pride relevant for younger crowds and sentimental for long-time attendees. If you care about sound quality and sightlines, buy park tickets early , weekend wristbands sell out fast and stage times matter.</w:t>
      </w:r>
      <w:r/>
    </w:p>
    <w:p>
      <w:pPr>
        <w:pStyle w:val="Heading2"/>
      </w:pPr>
      <w:r>
        <w:t>The parade route , where to stand and what to expect</w:t>
      </w:r>
      <w:r/>
    </w:p>
    <w:p>
      <w:r/>
      <w:r>
        <w:t>The parade sets off from Hove Lawns near the West Pier at 11am and travels along King’s Road, West Street, past the clock tower and around the Royal Pavilion before the long stretch up London Road. Spectating is free and family-friendly; bring a compact chair or blanket, but note prime spots fill early. For photos, the promenade gives wide vistas and sea-light that makes colours pop , your camera will thank you. Organisers publish a route map and timings, so plan which section you want: sonic stages and bars along the seafront mean you can tailor the day to music or people-watching.</w:t>
      </w:r>
      <w:r/>
    </w:p>
    <w:p>
      <w:pPr>
        <w:pStyle w:val="Heading2"/>
      </w:pPr>
      <w:r>
        <w:t>Street Party highlights , cheap tickets, big atmosphere</w:t>
      </w:r>
      <w:r/>
    </w:p>
    <w:p>
      <w:r/>
      <w:r>
        <w:t>Marine Parade’s Street Party is the heart-of-the-city option for many locals, with multiple music zones, bars and drag stages across Saturday and Sunday. Ticket prices are lower than park access, so it’s a go-to for a lively, less structured Pride experience. Expect hosts and beloved local drag performers alongside tribute acts and surprise DJ sets. If you’re after intimacy and spontaneity, the street party’s compact zones offer that buzzy, communal feel , but be ready for crowds and shorter performance slots than in the big park.</w:t>
      </w:r>
      <w:r/>
    </w:p>
    <w:p>
      <w:pPr>
        <w:pStyle w:val="Heading2"/>
      </w:pPr>
      <w:r>
        <w:t>After‑parties and late-night options , where to head next</w:t>
      </w:r>
      <w:r/>
    </w:p>
    <w:p>
      <w:r/>
      <w:r>
        <w:t>Official after‑parties are listed at venues across Madeira Drive, Patterns and the beachfront, with line‑ups ranging from club DJs to live sets; many support Pride fundraising initiatives. If you want to keep dancing, check which after‑party matches the DJs or styles you prefer and look into Rainbow Weekend Wristbands for queue-jump perks at participating venues. Transport gets busy after headline shows, so plan your route home and consider designated meeting points if you’re with a group.</w:t>
      </w:r>
      <w:r/>
    </w:p>
    <w:p>
      <w:pPr>
        <w:pStyle w:val="Heading2"/>
      </w:pPr>
      <w:r>
        <w:t>Tips for first-timers and regulars , staying safe and soaking it up</w:t>
      </w:r>
      <w:r/>
    </w:p>
    <w:p>
      <w:r/>
      <w:r>
        <w:t>Bring layers: coastal evenings can get breezy even after a hot day. Pack water, phone power and small cash for stalls; some food and market traders prefer cards or contactless. If you need accessibility info, organisers provide details on viewing platforms, quiet spaces and stewarding , check the official site for the latest guidance before you go. Most of all, be respectful in crowds, follow steward directions, and pick a meeting spot in case phones fail; Brighton Pride thrives on its sense of welcome, so join in and enjoy the colour.</w:t>
      </w:r>
      <w:r/>
    </w:p>
    <w:p>
      <w:r/>
      <w:r>
        <w:t>It’s a weekend that pairs big-name pop with street-level joy , choose your vibe and soak up the parade, park or party that fits you best.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12">
        <w:r>
          <w:rPr>
            <w:color w:val="0000EE"/>
            <w:u w:val="single"/>
          </w:rPr>
          <w:t>[4]</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15">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https://www.mylondon.news/whats-on/whats-on-news/brighton-pride-2026-full-details-34364255</w:t>
        </w:r>
      </w:hyperlink>
      <w:r>
        <w:t xml:space="preserve"> - Please view link - unable to able to access data</w:t>
      </w:r>
      <w:r/>
    </w:p>
    <w:p>
      <w:pPr>
        <w:pStyle w:val="ListNumber"/>
        <w:spacing w:line="240" w:lineRule="auto"/>
        <w:ind w:left="720"/>
      </w:pPr>
      <w:r/>
      <w:hyperlink r:id="rId10">
        <w:r>
          <w:rPr>
            <w:color w:val="0000EE"/>
            <w:u w:val="single"/>
          </w:rPr>
          <w:t>https://www.brightonandhovenews.org/2026/03/26/brighton-hove-pride-announces-full-2026-line-up/</w:t>
        </w:r>
      </w:hyperlink>
      <w:r>
        <w:t xml:space="preserve"> - Brighton &amp; Hove Pride has unveiled its full lineup for the 2026 'Pride On The Park' event, scheduled for August 1st and 2nd. The headliners include Paris Hilton on Sunday, August 2nd, and Holly Johnson of Frankie Goes to Hollywood on Saturday, August 1st. Additional performers are Leigh-Anne, G Flip, Moonchild Sanelly, Melanie C, The Blessed Madonna, HAAi, I.Jordan, Hannah Wants, Bimini, Daniel Avery, Patrick Mason, and Girls Don’t Sync. The event will also feature immersive spaces like Legends Cabaret, The Cocoa Butter Club, Queer Town, Party Bag, Bears In The Woods, Queer Soap Box, Outro, and family zones. Hayu, the all-reality streaming service from NBCUniversal, returns as the headline sponsor for 2026. This year marks the 35th anniversary of Brighton &amp; Hove Pride, with the theme 'The Power Of Love'. The first Gay Pride in Brighton took place in 1973, organised by the Sussex Gay Liberation Front, and returned in 1991 as a community-led political protest against the Thatcher government's Section 28 policy.</w:t>
      </w:r>
      <w:r/>
    </w:p>
    <w:p>
      <w:pPr>
        <w:pStyle w:val="ListNumber"/>
        <w:spacing w:line="240" w:lineRule="auto"/>
        <w:ind w:left="720"/>
      </w:pPr>
      <w:r/>
      <w:hyperlink r:id="rId11">
        <w:r>
          <w:rPr>
            <w:color w:val="0000EE"/>
            <w:u w:val="single"/>
          </w:rPr>
          <w:t>https://www.brighton-pride.org/pride-on-the-park-2026-headliner-annoucement/</w:t>
        </w:r>
      </w:hyperlink>
      <w:r>
        <w:t xml:space="preserve"> - Brighton &amp; Hove Pride has announced that global superstar Diana Ross will headline and close the weekend for the 35th Anniversary Extravaganza on Sunday, August 2nd, 2026. Chart-topping sensation RAYE is set to headline day one on Saturday, August 1st, 2026. The two-day community fundraiser will take place at Preston Park on August 1st and 2nd, 2026.</w:t>
      </w:r>
      <w:r/>
    </w:p>
    <w:p>
      <w:pPr>
        <w:pStyle w:val="ListNumber"/>
        <w:spacing w:line="240" w:lineRule="auto"/>
        <w:ind w:left="720"/>
      </w:pPr>
      <w:r/>
      <w:hyperlink r:id="rId12">
        <w:r>
          <w:rPr>
            <w:color w:val="0000EE"/>
            <w:u w:val="single"/>
          </w:rPr>
          <w:t>https://www.brighton-pride.org/pride-parade-route/</w:t>
        </w:r>
      </w:hyperlink>
      <w:r>
        <w:t xml:space="preserve"> - The Brighton &amp; Hove Pride Parade will begin at Hove Lawns near the West Pier at 11am on Saturday, August 1st, 2026. The procession will move along King's Road, up West Street to the iconic clock tower, and turn onto North Street. It will wind around the Royal Pavilion before marching up London Road, finishing at its junction with Preston Road, Victoria Street, and Old Shoreham Road.</w:t>
      </w:r>
      <w:r/>
    </w:p>
    <w:p>
      <w:pPr>
        <w:pStyle w:val="ListNumber"/>
        <w:spacing w:line="240" w:lineRule="auto"/>
        <w:ind w:left="720"/>
      </w:pPr>
      <w:r/>
      <w:hyperlink r:id="rId15">
        <w:r>
          <w:rPr>
            <w:color w:val="0000EE"/>
            <w:u w:val="single"/>
          </w:rPr>
          <w:t>https://www.brighton-pride.org/</w:t>
        </w:r>
      </w:hyperlink>
      <w:r>
        <w:t xml:space="preserve"> - Brighton &amp; Hove Pride is the UK's most popular international Pride festival, attracting a diverse audience from across the globe. The festival promotes diversity, inclusion, and education within communities, aiming to eliminate all forms of discrimination against LGBTQ+ communities by celebrating and supporting LGBTQ+ lives. The event has raised over £1.5 million for local good causes through the Pride Social Impact Fund, Pride Cultural Development Fund, and Pride Solidarity Fund.</w:t>
      </w:r>
      <w:r/>
    </w:p>
    <w:p>
      <w:pPr>
        <w:pStyle w:val="ListNumber"/>
        <w:spacing w:line="240" w:lineRule="auto"/>
        <w:ind w:left="720"/>
      </w:pPr>
      <w:r/>
      <w:hyperlink r:id="rId14">
        <w:r>
          <w:rPr>
            <w:color w:val="0000EE"/>
            <w:u w:val="single"/>
          </w:rPr>
          <w:t>https://www.planomato.com/en/brighton/p/brighton-pride-2026-654</w:t>
        </w:r>
      </w:hyperlink>
      <w:r>
        <w:t xml:space="preserve"> - Brighton Pride 2026 is set for the first weekend of August, running from Saturday, August 1st, to Sunday, August 2nd. The event includes the Pride Community LGBTQ+ Parade on Saturday, August 1st, with the theme 'The Power of Love'. The main festival, known as 'Pride on The Park', takes place at Preston Park. While the parade is open to the public, access to the festival grounds requires a ticket. The lineup features performers such as RAYE, Diana Ross, Paris Hilton, Leigh-Anne, Holly Johnson, G Flip, Moonchild Sanelly, Melanie C, The Blessed Madonna, HAAi, I.Jordan, Hannah Wants, Bimini, Daniel Avery, Patrick Mason, and Girls Don’t Sync.</w:t>
      </w:r>
      <w:r/>
    </w:p>
    <w:p>
      <w:pPr>
        <w:pStyle w:val="ListNumber"/>
        <w:spacing w:line="240" w:lineRule="auto"/>
        <w:ind w:left="720"/>
      </w:pPr>
      <w:r/>
      <w:hyperlink r:id="rId13">
        <w:r>
          <w:rPr>
            <w:color w:val="0000EE"/>
            <w:u w:val="single"/>
          </w:rPr>
          <w:t>https://www.imjustbrighton.co.uk/brighton-news/brighton-pride-2026-guide</w:t>
        </w:r>
      </w:hyperlink>
      <w:r>
        <w:t xml:space="preserve"> - Brighton &amp; Hove Pride 2026 takes place on Saturday, August 1st, and Sunday, August 2nd, marking its 35th anniversary. The event includes the Pride Community Parade on Saturday, August 1st, with the theme 'The Power of Love'. The main festival, 'Pride on The Park', takes place at Preston Park. Previous headliners at Preston Park have included Britney Spears, Kylie Minogue, Christina Aguilera, Mariah Carey, Dua Lipa, Grace Jones, Pet Shop Boys, Fatboy Slim, Years and Years, and many more.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ylondon.news/whats-on/whats-on-news/brighton-pride-2026-full-details-34364255" TargetMode="External"/><Relationship Id="rId10" Type="http://schemas.openxmlformats.org/officeDocument/2006/relationships/hyperlink" Target="https://www.brightonandhovenews.org/2026/03/26/brighton-hove-pride-announces-full-2026-line-up/" TargetMode="External"/><Relationship Id="rId11" Type="http://schemas.openxmlformats.org/officeDocument/2006/relationships/hyperlink" Target="https://www.brighton-pride.org/pride-on-the-park-2026-headliner-annoucement/" TargetMode="External"/><Relationship Id="rId12" Type="http://schemas.openxmlformats.org/officeDocument/2006/relationships/hyperlink" Target="https://www.brighton-pride.org/pride-parade-route/" TargetMode="External"/><Relationship Id="rId13" Type="http://schemas.openxmlformats.org/officeDocument/2006/relationships/hyperlink" Target="https://www.imjustbrighton.co.uk/brighton-news/brighton-pride-2026-guide" TargetMode="External"/><Relationship Id="rId14" Type="http://schemas.openxmlformats.org/officeDocument/2006/relationships/hyperlink" Target="https://www.planomato.com/en/brighton/p/brighton-pride-2026-654" TargetMode="External"/><Relationship Id="rId15" Type="http://schemas.openxmlformats.org/officeDocument/2006/relationships/hyperlink" Target="https://www.brighton-prid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