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LGBTQ+ hotels for 2026: where to stay for safety and celebration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Pride-goers are flocking to Brighton’s queer-friendly hotels; here’s a lively guide to the places that make you feel celebrated, safe and perfectly placed for nightlife, the seafront and Pride. These picks focus on location, atmosphere and genuine queer hospitality so your stay feels like home.</w:t>
      </w:r>
      <w:r/>
    </w:p>
    <w:p>
      <w:r/>
      <w:r>
        <w:t>Essential takeaways</w:t>
      </w:r>
      <w:r/>
      <w:r/>
    </w:p>
    <w:p>
      <w:pPr>
        <w:pStyle w:val="ListBullet"/>
        <w:spacing w:line="240" w:lineRule="auto"/>
        <w:ind w:left="720"/>
      </w:pPr>
      <w:r/>
      <w:r>
        <w:rPr>
          <w:b/>
        </w:rPr>
        <w:t>Prime locations:</w:t>
      </w:r>
      <w:r>
        <w:t xml:space="preserve"> Many top hotels sit in Kemptown or on the seafront, putting gay bars and Pride routes within easy walking distance.</w:t>
      </w:r>
      <w:r/>
    </w:p>
    <w:p>
      <w:pPr>
        <w:pStyle w:val="ListBullet"/>
        <w:spacing w:line="240" w:lineRule="auto"/>
        <w:ind w:left="720"/>
      </w:pPr>
      <w:r/>
      <w:r>
        <w:rPr>
          <w:b/>
        </w:rPr>
        <w:t>Warm, authentic welcome:</w:t>
      </w:r>
      <w:r>
        <w:t xml:space="preserve"> Several properties are gay-run or have long histories of inclusivity, so staff understand queer needs.</w:t>
      </w:r>
      <w:r/>
    </w:p>
    <w:p>
      <w:pPr>
        <w:pStyle w:val="ListBullet"/>
        <w:spacing w:line="240" w:lineRule="auto"/>
        <w:ind w:left="720"/>
      </w:pPr>
      <w:r/>
      <w:r>
        <w:rPr>
          <w:b/>
        </w:rPr>
        <w:t>Range of styles:</w:t>
      </w:r>
      <w:r>
        <w:t xml:space="preserve"> Options span boutique B&amp;B cosiness, design-forward small hotels and large seafront classics, from snug to sumptuous.</w:t>
      </w:r>
      <w:r/>
    </w:p>
    <w:p>
      <w:pPr>
        <w:pStyle w:val="ListBullet"/>
        <w:spacing w:line="240" w:lineRule="auto"/>
        <w:ind w:left="720"/>
      </w:pPr>
      <w:r/>
      <w:r>
        <w:rPr>
          <w:b/>
        </w:rPr>
        <w:t>Practical perks:</w:t>
      </w:r>
      <w:r>
        <w:t xml:space="preserve"> Look for easy access to St James’s Street, spa facilities for pampering, and rooms with sea views or private baths.</w:t>
      </w:r>
      <w:r/>
    </w:p>
    <w:p>
      <w:pPr>
        <w:pStyle w:val="ListBullet"/>
        <w:spacing w:line="240" w:lineRule="auto"/>
        <w:ind w:left="720"/>
      </w:pPr>
      <w:r/>
      <w:r>
        <w:rPr>
          <w:b/>
        </w:rPr>
        <w:t>Budget variety:</w:t>
      </w:r>
      <w:r>
        <w:t xml:space="preserve"> Prices start modestly, so you can find an LGBTQ+ friendly stay without breaking the bank.</w:t>
      </w:r>
      <w:r/>
      <w:r/>
    </w:p>
    <w:p>
      <w:pPr>
        <w:pStyle w:val="Heading2"/>
      </w:pPr>
      <w:r>
        <w:t>Why Brighton still feels like a queer haven , and where hotels fit in</w:t>
      </w:r>
      <w:r/>
    </w:p>
    <w:p>
      <w:r/>
      <w:r>
        <w:t>Brighton’s reputation for radical acceptance is more than a slogan; it’s a lived vibe you can see and hear on the seafront, and smell in the coffee shops of Kemptown. The city’s hotels play a big part in that feeling by offering more than a bed , they provide predictable, visible safety and a welcome that doesn’t require explanation. According to local guides and long-running roundups of queer-friendly stays, the best places intentionally position themselves near St James’s Street and the Pride parade routes so guests wake up in the middle of the action. If you value easy access to nightlife and community, choose a hotel within a short walk of the gay venues and the seafront.</w:t>
      </w:r>
      <w:r/>
    </w:p>
    <w:p>
      <w:pPr>
        <w:pStyle w:val="Heading2"/>
      </w:pPr>
      <w:r>
        <w:t>Seafront classics: space, views and easy Pride access</w:t>
      </w:r>
      <w:r/>
    </w:p>
    <w:p>
      <w:r/>
      <w:r>
        <w:t>Seafront hotels give you front-row seats to Brighton’s daily theatre of acceptance , joggers, lovers and the occasional drag rehearsal on the promenade. Larger seafront properties combine sweeping views with facilities like spas and restaurants, which can feel restorative after nights out. For queer travellers who appreciate room to relax between events, a hotel on Marine Parade or Kings Road balances calm with immediate access to Kemptown and the Lanes. When booking, pick a room on an upper floor for quieter nights and better vistas of the pier and sunrise.</w:t>
      </w:r>
      <w:r/>
    </w:p>
    <w:p>
      <w:pPr>
        <w:pStyle w:val="Heading2"/>
      </w:pPr>
      <w:r>
        <w:t>Boutique and gay-run spots: personality, discretion and celebration</w:t>
      </w:r>
      <w:r/>
    </w:p>
    <w:p>
      <w:r/>
      <w:r>
        <w:t>Boutique hotels and gay-run guesthouses pack personality into fewer rooms, so service feels intimate and staff often know the neighbourhood’s best spots. These places are popular in Broad Street and Charlotte Street where the scale creates an easy social atmosphere , you might leave your door open and end up swapping bar tips with fellow guests. If privacy is your priority, check room layouts and ask about soundproofing; if you want to meet people, choose a smaller hotel with communal spaces or an on-site bar.</w:t>
      </w:r>
      <w:r/>
    </w:p>
    <w:p>
      <w:pPr>
        <w:pStyle w:val="Heading2"/>
      </w:pPr>
      <w:r>
        <w:t>Practical tips for choosing the right place</w:t>
      </w:r>
      <w:r/>
    </w:p>
    <w:p>
      <w:r/>
      <w:r>
        <w:t>First, location is everything: map your must-see bars and events, then pick somewhere within comfortable walking distance so you’re not relying on late-night taxis. Second, read recent guest reviews for mentions of staff attitudes and any accessibility needs you have , authentic queer hospitality shows up in consistent small gestures. Third, check cancellation policies around Pride and other festivals; demand spikes, and flexible booking saves grief. Finally, consider simple comforts that matter to you , a bathtub for a long soak, a quiet courtyard, or on-site dining for lazy mornings.</w:t>
      </w:r>
      <w:r/>
    </w:p>
    <w:p>
      <w:pPr>
        <w:pStyle w:val="Heading2"/>
      </w:pPr>
      <w:r>
        <w:t>What to expect during Brighton Pride and festival weekends</w:t>
      </w:r>
      <w:r/>
    </w:p>
    <w:p>
      <w:r/>
      <w:r>
        <w:t>Pride turns the seafront and Preston Park into a carnival, and many hotels publish special information about arrival times, breakfast hours and room pick-up to help guests navigate the crowds. If you’re staying for the headliners and street parties, book early and expect higher rates; if you prefer a calmer weekend, aim for midweek or outside the main parade days. Hotels near the parade route will often get booked first, but they also make it easy to dip in and out of events without losing your spot or your energy.</w:t>
      </w:r>
      <w:r/>
    </w:p>
    <w:p>
      <w:pPr>
        <w:pStyle w:val="Heading2"/>
      </w:pPr>
      <w:r>
        <w:t>The human bit: why hotel choice still matters</w:t>
      </w:r>
      <w:r/>
    </w:p>
    <w:p>
      <w:r/>
      <w:r>
        <w:t>Choosing where you sleep affects how you experience Brighton , it’s about more than comfort, it’s about whether you can be spontaneous with friends, hold hands without thinking, or relax after a long day. Hotels that have lived in this community for years tend to show that inclusivity quietly and consistently, which is what many travellers value most. So pick a place that not only puts you close to the action but also gives you the small certainties that let you enjoy the city fully.</w:t>
      </w:r>
      <w:r/>
    </w:p>
    <w:p>
      <w:r/>
      <w:r>
        <w:t>It's a small change that can make every stay feel safer and more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https://www.independent.co.uk/travel/uk/england/brighton/best-brighton-lgbtq-hotels-b3004896.html</w:t>
        </w:r>
      </w:hyperlink>
      <w:r>
        <w:t xml:space="preserve"> - Please view link - unable to able to access data</w:t>
      </w:r>
      <w:r/>
    </w:p>
    <w:p>
      <w:pPr>
        <w:pStyle w:val="ListNumber"/>
        <w:spacing w:line="240" w:lineRule="auto"/>
        <w:ind w:left="720"/>
      </w:pPr>
      <w:r/>
      <w:hyperlink r:id="rId10">
        <w:r>
          <w:rPr>
            <w:color w:val="0000EE"/>
            <w:u w:val="single"/>
          </w:rPr>
          <w:t>https://www.the-independent.com/travel/uk/england/brighton/best-brighton-lgbt-hotels-b2828442.html</w:t>
        </w:r>
      </w:hyperlink>
      <w:r>
        <w:t xml:space="preserve"> - An article from The Independent highlighting the best LGBTQ+-friendly hotels in Brighton for 2026. It features a curated list of accommodations that offer inclusive environments for LGBTQ+ travellers, including The New Steine Hotel, The Queens Hotel and Spa, The Old Ship Hotel, The White House hotel, and the Amsterdam Hotel. Each hotel is described with its unique features and commitment to queer hospitality, ensuring a welcoming and affirming stay for guests.</w:t>
      </w:r>
      <w:r/>
    </w:p>
    <w:p>
      <w:pPr>
        <w:pStyle w:val="ListNumber"/>
        <w:spacing w:line="240" w:lineRule="auto"/>
        <w:ind w:left="720"/>
      </w:pPr>
      <w:r/>
      <w:hyperlink r:id="rId11">
        <w:r>
          <w:rPr>
            <w:color w:val="0000EE"/>
            <w:u w:val="single"/>
          </w:rPr>
          <w:t>https://www.gaymapper.com/gay-guide/gay-brighton</w:t>
        </w:r>
      </w:hyperlink>
      <w:r>
        <w:t xml:space="preserve"> - A comprehensive guide by GayMapper detailing Brighton's gay-friendly hotels, bars, clubs, and other LGBTQ+ venues. It provides information on various accommodations, including The Grand Brighton, Legends Hotel, Selina Brighton, and The Amsterdam Hotel, highlighting their proximity to the city's vibrant gay scene and the amenities they offer to LGBTQ+ guests.</w:t>
      </w:r>
      <w:r/>
    </w:p>
    <w:p>
      <w:pPr>
        <w:pStyle w:val="ListNumber"/>
        <w:spacing w:line="240" w:lineRule="auto"/>
        <w:ind w:left="720"/>
      </w:pPr>
      <w:r/>
      <w:hyperlink r:id="rId12">
        <w:r>
          <w:rPr>
            <w:color w:val="0000EE"/>
            <w:u w:val="single"/>
          </w:rPr>
          <w:t>https://brighton.gaycities.com/hotels</w:t>
        </w:r>
      </w:hyperlink>
      <w:r>
        <w:t xml:space="preserve"> - A curated selection of gay-friendly hotels in Brighton, presented by GayCities. The list includes Legends Hotel, Guest and the City, Hotel Una, The Amsterdam, The Charm Brighton Boutique Hotel &amp; Spa, and Colson House, each offering unique features and located in areas central to Brighton's LGBTQ+ community.</w:t>
      </w:r>
      <w:r/>
    </w:p>
    <w:p>
      <w:pPr>
        <w:pStyle w:val="ListNumber"/>
        <w:spacing w:line="240" w:lineRule="auto"/>
        <w:ind w:left="720"/>
      </w:pPr>
      <w:r/>
      <w:hyperlink r:id="rId14">
        <w:r>
          <w:rPr>
            <w:color w:val="0000EE"/>
            <w:u w:val="single"/>
          </w:rPr>
          <w:t>https://www.travelgay.com/hotels/the-southern-belle?booking=true&amp;check-in=2026-01-28&amp;check-out=2026-01-29&amp;rooms%5B0%5D%5Badults%5D=2</w:t>
        </w:r>
      </w:hyperlink>
      <w:r>
        <w:t xml:space="preserve"> - A listing for The Southern Belle, a gay-friendly hotel in Hove, Brighton, featured on Travel Gay. The hotel offers contemporary rooms with art deco and mid-century touches, some with partial sea views. It is dog-friendly and located near the Peace Statue and Brighton Beach, providing a warm and welcoming environment for LGBTQ+ travellers.</w:t>
      </w:r>
      <w:r/>
    </w:p>
    <w:p>
      <w:pPr>
        <w:pStyle w:val="ListNumber"/>
        <w:spacing w:line="240" w:lineRule="auto"/>
        <w:ind w:left="720"/>
      </w:pPr>
      <w:r/>
      <w:hyperlink r:id="rId13">
        <w:r>
          <w:rPr>
            <w:color w:val="0000EE"/>
            <w:u w:val="single"/>
          </w:rPr>
          <w:t>https://www.misterbandb.com/fr/gay-hotels/brighton-and-hove</w:t>
        </w:r>
      </w:hyperlink>
      <w:r>
        <w:t xml:space="preserve"> - A selection of the best gay-friendly hotels in Brighton and Hove, as chosen by the misterb&amp;b community. The list includes Legends Hotel, Amsterdam Hotel Brighton Seafront, and other accommodations that are recommended for their welcoming atmosphere and proximity to the city's LGBTQ+ scene.</w:t>
      </w:r>
      <w:r/>
    </w:p>
    <w:p>
      <w:pPr>
        <w:pStyle w:val="ListNumber"/>
        <w:spacing w:line="240" w:lineRule="auto"/>
        <w:ind w:left="720"/>
      </w:pPr>
      <w:r/>
      <w:hyperlink r:id="rId15">
        <w:r>
          <w:rPr>
            <w:color w:val="0000EE"/>
            <w:u w:val="single"/>
          </w:rPr>
          <w:t>https://www.gaymapper.com/gay-guide/gay-brighton/gay-hotels</w:t>
        </w:r>
      </w:hyperlink>
      <w:r>
        <w:t xml:space="preserve"> - An overview of gay-friendly hotels in Brighton, provided by GayMapper. The guide features accommodations such as Legends Hotel, known for its sea views and proximity to the gay scene, and other hotels that offer value and a good experience for LGBTQ+ travellers.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travel/uk/england/brighton/best-brighton-lgbtq-hotels-b3004896.html" TargetMode="External"/><Relationship Id="rId10" Type="http://schemas.openxmlformats.org/officeDocument/2006/relationships/hyperlink" Target="https://www.the-independent.com/travel/uk/england/brighton/best-brighton-lgbt-hotels-b2828442.html" TargetMode="External"/><Relationship Id="rId11" Type="http://schemas.openxmlformats.org/officeDocument/2006/relationships/hyperlink" Target="https://www.gaymapper.com/gay-guide/gay-brighton" TargetMode="External"/><Relationship Id="rId12" Type="http://schemas.openxmlformats.org/officeDocument/2006/relationships/hyperlink" Target="https://brighton.gaycities.com/hotels" TargetMode="External"/><Relationship Id="rId13" Type="http://schemas.openxmlformats.org/officeDocument/2006/relationships/hyperlink" Target="https://www.misterbandb.com/fr/gay-hotels/brighton-and-hove" TargetMode="External"/><Relationship Id="rId14" Type="http://schemas.openxmlformats.org/officeDocument/2006/relationships/hyperlink" Target="https://www.travelgay.com/hotels/the-southern-belle?booking=true&amp;check-in=2026-01-28&amp;check-out=2026-01-29&amp;rooms%5B0%5D%5Badults%5D=2" TargetMode="External"/><Relationship Id="rId15" Type="http://schemas.openxmlformats.org/officeDocument/2006/relationships/hyperlink" Target="https://www.gaymapper.com/gay-guide/gay-brighton/gay-hot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