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Big Gay Piano Bar Moments: Inside Sydney’s One‑Year Piano‑Bar Phenomenon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Celebrate the sound of community: Sydney’s Big Gay Piano Bar marks its first birthday at Ginger’s, Oxford Hotel , a night of request-driven singalongs, cabaret energy and queer joy that shows why personalised, crowd‑led nightlife still matters.</w:t>
      </w:r>
      <w:r/>
    </w:p>
    <w:p>
      <w:r/>
      <w:r>
        <w:t>Essential Takeaways</w:t>
      </w:r>
      <w:r/>
      <w:r/>
    </w:p>
    <w:p>
      <w:pPr>
        <w:pStyle w:val="ListBullet"/>
        <w:spacing w:line="240" w:lineRule="auto"/>
        <w:ind w:left="720"/>
      </w:pPr>
      <w:r/>
      <w:r>
        <w:rPr>
          <w:b/>
        </w:rPr>
        <w:t>One year strong:</w:t>
      </w:r>
      <w:r>
        <w:t xml:space="preserve"> Big Gay Piano Bar launches its first birthday party at Ginger’s on Friday 31 July, after selling more than 2,500 tickets since launch. </w:t>
      </w:r>
      <w:r/>
    </w:p>
    <w:p>
      <w:pPr>
        <w:pStyle w:val="ListBullet"/>
        <w:spacing w:line="240" w:lineRule="auto"/>
        <w:ind w:left="720"/>
      </w:pPr>
      <w:r/>
      <w:r>
        <w:rPr>
          <w:b/>
        </w:rPr>
        <w:t>Audience-powered:</w:t>
      </w:r>
      <w:r>
        <w:t xml:space="preserve"> The nights are entirely request‑driven , expect pop, Disney, cabaret and crowd singalongs that feel personal and participatory. </w:t>
      </w:r>
      <w:r/>
    </w:p>
    <w:p>
      <w:pPr>
        <w:pStyle w:val="ListBullet"/>
        <w:spacing w:line="240" w:lineRule="auto"/>
        <w:ind w:left="720"/>
      </w:pPr>
      <w:r/>
      <w:r>
        <w:rPr>
          <w:b/>
        </w:rPr>
        <w:t>Founder-led:</w:t>
      </w:r>
      <w:r>
        <w:t xml:space="preserve"> Singer‑pianist John Milligan remains the heart of the project, keeping it intimate despite growing demand. </w:t>
      </w:r>
      <w:r/>
    </w:p>
    <w:p>
      <w:pPr>
        <w:pStyle w:val="ListBullet"/>
        <w:spacing w:line="240" w:lineRule="auto"/>
        <w:ind w:left="720"/>
      </w:pPr>
      <w:r/>
      <w:r>
        <w:rPr>
          <w:b/>
        </w:rPr>
        <w:t>Community focus:</w:t>
      </w:r>
      <w:r>
        <w:t xml:space="preserve"> The brand hosts queer performers, showcases and fundraisers with partners like Qtopia Sydney, balancing fun with purpose. </w:t>
      </w:r>
      <w:r/>
    </w:p>
    <w:p>
      <w:pPr>
        <w:pStyle w:val="ListBullet"/>
        <w:spacing w:line="240" w:lineRule="auto"/>
        <w:ind w:left="720"/>
      </w:pPr>
      <w:r/>
      <w:r>
        <w:rPr>
          <w:b/>
        </w:rPr>
        <w:t>Atmosphere notes:</w:t>
      </w:r>
      <w:r>
        <w:t xml:space="preserve"> Think loud, proud, theatrical evenings with a cosy piano‑bar vibe , easy to join in, hard to forget.</w:t>
      </w:r>
      <w:r/>
      <w:r/>
    </w:p>
    <w:p>
      <w:pPr>
        <w:pStyle w:val="Heading2"/>
      </w:pPr>
      <w:r>
        <w:t>A birthday party that sounds like a singalong</w:t>
      </w:r>
      <w:r/>
    </w:p>
    <w:p>
      <w:r/>
      <w:r>
        <w:t>It’s rare for a nightlife event to feel like an actual community from the first month, but Big Gay Piano Bar has done exactly that, building a room that buzzes with voices and requests. The birthday at Ginger’s promises classic feel‑good theatre: a piano up front, a host at the keys and a crowd ready to belt it out. According to the event listings, the format , bespoke requests and communal performance , is the engine here, and people keep coming because the experience feels handcrafted rather than commercial.</w:t>
      </w:r>
      <w:r/>
    </w:p>
    <w:p>
      <w:pPr>
        <w:pStyle w:val="Heading2"/>
      </w:pPr>
      <w:r>
        <w:t>How a simple idea grew into a staple</w:t>
      </w:r>
      <w:r/>
    </w:p>
    <w:p>
      <w:r/>
      <w:r>
        <w:t>John Milligan started the nights with a plain aim: make somewhere welcoming, joyful and communal. What began as a one‑off, encouraged by late drag star Maxi Shield, quickly became a regular fixture on Oxford Street after the first shows in June last year. Listings on community platforms confirm the bar’s rapid growth and repeat bookings, and Milligan’s insistence on keeping the piano and personality at the centre explains why it hasn’t lost its warmth even as ticket sales climbed.</w:t>
      </w:r>
      <w:r/>
    </w:p>
    <w:p>
      <w:pPr>
        <w:pStyle w:val="Heading2"/>
      </w:pPr>
      <w:r>
        <w:t>Not just a party , a platform for queer performers</w:t>
      </w:r>
      <w:r/>
    </w:p>
    <w:p>
      <w:r/>
      <w:r>
        <w:t>Beyond the singalongs, Big Gay Piano Bar has become a stage for live queer talent and community showcases. The nights have hosted guest performers and partnered with local organisations to run fundraisers and events that matter to Sydney’s LGBTQ+ scene. That blend of cabaret, community and occasional charity work gives the night a sense of purpose; it’s entertainment that also feeds the ecosystem that created it.</w:t>
      </w:r>
      <w:r/>
    </w:p>
    <w:p>
      <w:pPr>
        <w:pStyle w:val="Heading2"/>
      </w:pPr>
      <w:r>
        <w:t>What to expect when you go , practical tips</w:t>
      </w:r>
      <w:r/>
    </w:p>
    <w:p>
      <w:r/>
      <w:r>
        <w:t>Turn up ready to request: bring a short list of favourites and don’t be shy , audience requests shape the whole night. Book ahead; popular dates sell quickly, and the birthday show is expected to be busy. If you’re new to piano‑bar etiquette, join in on choruses, clap between verses and tip generously for singers and the pianist. Expect a lively, theatrical atmosphere rather than a quiet dinner‑and‑music night.</w:t>
      </w:r>
      <w:r/>
    </w:p>
    <w:p>
      <w:pPr>
        <w:pStyle w:val="Heading2"/>
      </w:pPr>
      <w:r>
        <w:t>Why this matters for Sydney nightlife</w:t>
      </w:r>
      <w:r/>
    </w:p>
    <w:p>
      <w:r/>
      <w:r>
        <w:t>In a city where big commercial queer events can sometimes feel formulaic, Big Gay Piano Bar’s success shows there’s appetite for smaller, participatory nights that emphasise connection. It’s a reminder that strong community programming , a charismatic host, a reliable venue and an inclusive spirit , can make a new event stick. If the first year is anything to go by, this piano bar will be a go‑to for people who want to sing, laugh and feel seen.</w:t>
      </w:r>
      <w:r/>
    </w:p>
    <w:p>
      <w:r/>
      <w:r>
        <w:t>It's a small change , one piano, one performer, a roomful of voices , that makes every night feel like a celebration.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2">
        <w:r>
          <w:rPr>
            <w:color w:val="0000EE"/>
            <w:u w:val="single"/>
          </w:rPr>
          <w:t>[5]</w:t>
        </w:r>
      </w:hyperlink>
      <w:r>
        <w:t xml:space="preserve">- Paragraph 3: </w:t>
      </w:r>
      <w:hyperlink r:id="rId9">
        <w:r>
          <w:rPr>
            <w:color w:val="0000EE"/>
            <w:u w:val="single"/>
          </w:rPr>
          <w:t>[1]</w:t>
        </w:r>
      </w:hyperlink>
      <w:r>
        <w:t xml:space="preserve">, </w:t>
      </w:r>
      <w:hyperlink r:id="rId13">
        <w:r>
          <w:rPr>
            <w:color w:val="0000EE"/>
            <w:u w:val="single"/>
          </w:rPr>
          <w:t>[6]</w:t>
        </w:r>
      </w:hyperlink>
      <w:r>
        <w:t xml:space="preserve">- Paragraph 4: </w:t>
      </w:r>
      <w:hyperlink r:id="rId10">
        <w:r>
          <w:rPr>
            <w:color w:val="0000EE"/>
            <w:u w:val="single"/>
          </w:rPr>
          <w:t>[2]</w:t>
        </w:r>
      </w:hyperlink>
      <w:r>
        <w:t xml:space="preserve">, </w:t>
      </w:r>
      <w:hyperlink r:id="rId14">
        <w:r>
          <w:rPr>
            <w:color w:val="0000EE"/>
            <w:u w:val="single"/>
          </w:rPr>
          <w:t>[3]</w:t>
        </w:r>
      </w:hyperlink>
      <w:r>
        <w:t xml:space="preserve">- Paragraph 5: </w:t>
      </w:r>
      <w:hyperlink r:id="rId9">
        <w:r>
          <w:rPr>
            <w:color w:val="0000EE"/>
            <w:u w:val="single"/>
          </w:rPr>
          <w:t>[1]</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https://www.starobserver.com.au/artsentertainment/scene-events/its-this-big-gay-piano-bars-first-birthday-youre-invited/242944</w:t>
        </w:r>
      </w:hyperlink>
      <w:r>
        <w:t xml:space="preserve"> - Please view link - unable to able to access data</w:t>
      </w:r>
      <w:r/>
    </w:p>
    <w:p>
      <w:pPr>
        <w:pStyle w:val="ListNumber"/>
        <w:spacing w:line="240" w:lineRule="auto"/>
        <w:ind w:left="720"/>
      </w:pPr>
      <w:r/>
      <w:hyperlink r:id="rId10">
        <w:r>
          <w:rPr>
            <w:color w:val="0000EE"/>
            <w:u w:val="single"/>
          </w:rPr>
          <w:t>https://events.humanitix.com/big-gay-piano-bar-23-sydney-fri-31-july</w:t>
        </w:r>
      </w:hyperlink>
      <w:r>
        <w:t xml:space="preserve"> - This event page details the Big Gay Piano Bar's first birthday celebration on Friday, 31 July, at Ginger's, Oxford Hotel, Darlinghurst, NSW 2010, Australia. The event promises a night of sing-alongs, custom recital requests, and a vibrant atmosphere for the LGBTQ+ community. Tickets are available for purchase through the provided link. (</w:t>
      </w:r>
      <w:hyperlink r:id="rId16">
        <w:r>
          <w:rPr>
            <w:color w:val="0000EE"/>
            <w:u w:val="single"/>
          </w:rPr>
          <w:t>events.humanitix.com</w:t>
        </w:r>
      </w:hyperlink>
      <w:r>
        <w:t>)</w:t>
      </w:r>
      <w:r/>
    </w:p>
    <w:p>
      <w:pPr>
        <w:pStyle w:val="ListNumber"/>
        <w:spacing w:line="240" w:lineRule="auto"/>
        <w:ind w:left="720"/>
      </w:pPr>
      <w:r/>
      <w:hyperlink r:id="rId14">
        <w:r>
          <w:rPr>
            <w:color w:val="0000EE"/>
            <w:u w:val="single"/>
          </w:rPr>
          <w:t>https://www.universal.sydney/universal-calendar/2026/3/27/big-gay-piano-bar-14-sydney-fri-27-mar-universal</w:t>
        </w:r>
      </w:hyperlink>
      <w:r>
        <w:t xml:space="preserve"> - This page announces the Big Gay Piano Bar #14 event held on Friday, 27 March 2026, at Universal Sydney, 85 Oxford Street, Darlinghurst, NSW 2010, Australia. The event featured John Milligan leading the audience in song through various camp song requests, with doors opening at 6:00 pm and singing commencing at 7:00 pm. (</w:t>
      </w:r>
      <w:hyperlink r:id="rId17">
        <w:r>
          <w:rPr>
            <w:color w:val="0000EE"/>
            <w:u w:val="single"/>
          </w:rPr>
          <w:t>universal.sydney</w:t>
        </w:r>
      </w:hyperlink>
      <w:r>
        <w:t>)</w:t>
      </w:r>
      <w:r/>
    </w:p>
    <w:p>
      <w:pPr>
        <w:pStyle w:val="ListNumber"/>
        <w:spacing w:line="240" w:lineRule="auto"/>
        <w:ind w:left="720"/>
      </w:pPr>
      <w:r/>
      <w:hyperlink r:id="rId11">
        <w:r>
          <w:rPr>
            <w:color w:val="0000EE"/>
            <w:u w:val="single"/>
          </w:rPr>
          <w:t>https://whatson.cityofsydney.nsw.gov.au/events/big-gay-piano-bar</w:t>
        </w:r>
      </w:hyperlink>
      <w:r>
        <w:t xml:space="preserve"> - This official City of Sydney page provides information on the Big Gay Piano Bar events, including dates, times, and locations. The events are held at Ginger's, Level 1, The Oxford Hotel, Darlinghurst, NSW 2010, Australia. The page lists various dates and times for the events, with doors opening at 6:30 pm and singing starting at 7:30 pm. (</w:t>
      </w:r>
      <w:hyperlink r:id="rId18">
        <w:r>
          <w:rPr>
            <w:color w:val="0000EE"/>
            <w:u w:val="single"/>
          </w:rPr>
          <w:t>whatson.cityofsydney.nsw.gov.au</w:t>
        </w:r>
      </w:hyperlink>
      <w:r>
        <w:t>)</w:t>
      </w:r>
      <w:r/>
    </w:p>
    <w:p>
      <w:pPr>
        <w:pStyle w:val="ListNumber"/>
        <w:spacing w:line="240" w:lineRule="auto"/>
        <w:ind w:left="720"/>
      </w:pPr>
      <w:r/>
      <w:hyperlink r:id="rId12">
        <w:r>
          <w:rPr>
            <w:color w:val="0000EE"/>
            <w:u w:val="single"/>
          </w:rPr>
          <w:t>https://www.gaypianobar.com/</w:t>
        </w:r>
      </w:hyperlink>
      <w:r>
        <w:t xml:space="preserve"> - The official website of Big Gay Piano Bar offers details on upcoming events, ticket purchases, and showcases. The site lists events such as the Big Gay Piano Bar on 17 July, Disney &amp; Beyond on 23 July, and Stephen Schwartz &amp; Andrew Lloyd Webber on 5 August, all held at Ginger's, Sydney. (</w:t>
      </w:r>
      <w:hyperlink r:id="rId19">
        <w:r>
          <w:rPr>
            <w:color w:val="0000EE"/>
            <w:u w:val="single"/>
          </w:rPr>
          <w:t>gaypianobar.com</w:t>
        </w:r>
      </w:hyperlink>
      <w:r>
        <w:t>)</w:t>
      </w:r>
      <w:r/>
    </w:p>
    <w:p>
      <w:pPr>
        <w:pStyle w:val="ListNumber"/>
        <w:spacing w:line="240" w:lineRule="auto"/>
        <w:ind w:left="720"/>
      </w:pPr>
      <w:r/>
      <w:hyperlink r:id="rId13">
        <w:r>
          <w:rPr>
            <w:color w:val="0000EE"/>
            <w:u w:val="single"/>
          </w:rPr>
          <w:t>https://upnext.com.au/event/big-gay-piano-bar-2025/</w:t>
        </w:r>
      </w:hyperlink>
      <w:r>
        <w:t xml:space="preserve"> - This page provides information on the Big Gay Piano Bar 2025 events, including dates, times, and locations. The events are held at Oxford Street, Darlinghurst, NSW 2010, Australia, with doors opening at 6:30 pm and singing from 7:30 pm. The page also includes contact information and ticket details. (</w:t>
      </w:r>
      <w:hyperlink r:id="rId20">
        <w:r>
          <w:rPr>
            <w:color w:val="0000EE"/>
            <w:u w:val="single"/>
          </w:rPr>
          <w:t>upnext.com.au</w:t>
        </w:r>
      </w:hyperlink>
      <w:r>
        <w:t>)</w:t>
      </w:r>
      <w:r/>
    </w:p>
    <w:p>
      <w:pPr>
        <w:pStyle w:val="ListNumber"/>
        <w:spacing w:line="240" w:lineRule="auto"/>
        <w:ind w:left="720"/>
      </w:pPr>
      <w:r/>
      <w:hyperlink r:id="rId15">
        <w:r>
          <w:rPr>
            <w:color w:val="0000EE"/>
            <w:u w:val="single"/>
          </w:rPr>
          <w:t>https://www.gayout.com/asia-aus/australia/rydalmere-nsw-2116/events/big-gay-piano-bar-22-sydney-fri-17-july-2026-07-17</w:t>
        </w:r>
      </w:hyperlink>
      <w:r>
        <w:t xml:space="preserve"> - This event listing provides details on the Big Gay Piano Bar #22 event held on Friday, 17 July 2026, in Rydalmere, NSW 2116, Australia. The event featured a gay piano bar night with music from Broadway, pop icons, divas, jazz standards, rock legends, and more, with attendees choosing the music and participating in sing-alongs. (</w:t>
      </w:r>
      <w:hyperlink r:id="rId21">
        <w:r>
          <w:rPr>
            <w:color w:val="0000EE"/>
            <w:u w:val="single"/>
          </w:rPr>
          <w:t>gayout.com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tarobserver.com.au/artsentertainment/scene-events/its-this-big-gay-piano-bars-first-birthday-youre-invited/242944" TargetMode="External"/><Relationship Id="rId10" Type="http://schemas.openxmlformats.org/officeDocument/2006/relationships/hyperlink" Target="https://events.humanitix.com/big-gay-piano-bar-23-sydney-fri-31-july" TargetMode="External"/><Relationship Id="rId11" Type="http://schemas.openxmlformats.org/officeDocument/2006/relationships/hyperlink" Target="https://whatson.cityofsydney.nsw.gov.au/events/big-gay-piano-bar" TargetMode="External"/><Relationship Id="rId12" Type="http://schemas.openxmlformats.org/officeDocument/2006/relationships/hyperlink" Target="https://www.gaypianobar.com/" TargetMode="External"/><Relationship Id="rId13" Type="http://schemas.openxmlformats.org/officeDocument/2006/relationships/hyperlink" Target="https://upnext.com.au/event/big-gay-piano-bar-2025/" TargetMode="External"/><Relationship Id="rId14" Type="http://schemas.openxmlformats.org/officeDocument/2006/relationships/hyperlink" Target="https://www.universal.sydney/universal-calendar/2026/3/27/big-gay-piano-bar-14-sydney-fri-27-mar-universal" TargetMode="External"/><Relationship Id="rId15" Type="http://schemas.openxmlformats.org/officeDocument/2006/relationships/hyperlink" Target="https://www.gayout.com/asia-aus/australia/rydalmere-nsw-2116/events/big-gay-piano-bar-22-sydney-fri-17-july-2026-07-17" TargetMode="External"/><Relationship Id="rId16" Type="http://schemas.openxmlformats.org/officeDocument/2006/relationships/hyperlink" Target="https://events.humanitix.com/big-gay-piano-bar-23-sydney-fri-31-july?utm_source=openai" TargetMode="External"/><Relationship Id="rId17" Type="http://schemas.openxmlformats.org/officeDocument/2006/relationships/hyperlink" Target="https://www.universal.sydney/universal-calendar/2026/3/27/big-gay-piano-bar-14-sydney-fri-27-mar-universal?utm_source=openai" TargetMode="External"/><Relationship Id="rId18" Type="http://schemas.openxmlformats.org/officeDocument/2006/relationships/hyperlink" Target="https://whatson.cityofsydney.nsw.gov.au/events/big-gay-piano-bar?utm_source=openai" TargetMode="External"/><Relationship Id="rId19" Type="http://schemas.openxmlformats.org/officeDocument/2006/relationships/hyperlink" Target="https://www.gaypianobar.com/?utm_source=openai" TargetMode="External"/><Relationship Id="rId20" Type="http://schemas.openxmlformats.org/officeDocument/2006/relationships/hyperlink" Target="https://upnext.com.au/event/big-gay-piano-bar-2025/?utm_source=openai" TargetMode="External"/><Relationship Id="rId21" Type="http://schemas.openxmlformats.org/officeDocument/2006/relationships/hyperlink" Target="https://www.gayout.com/asia-aus/australia/rydalmere-nsw-2116/events/big-gay-piano-bar-22-sydney-fri-17-july-2026-07-17?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