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Åland Pride Plans: Nipå Brings Mariette and a Bold Nordic Spotlight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will notice a brighter, louder Pride this August as Nordens institut på Åland (Nipå) doubles down on visibility, programming and a free concert with Swedish pop star Mariette in Mariehamn , a clear local response to past vandalism and a push to make Nordic LGBTQ+ rights plain to see.</w:t>
      </w:r>
      <w:r/>
    </w:p>
    <w:p>
      <w:r/>
      <w:r>
        <w:t>Essential Takeaways</w:t>
      </w:r>
      <w:r/>
      <w:r/>
    </w:p>
    <w:p>
      <w:pPr>
        <w:pStyle w:val="ListBullet"/>
        <w:spacing w:line="240" w:lineRule="auto"/>
        <w:ind w:left="720"/>
      </w:pPr>
      <w:r/>
      <w:r>
        <w:rPr>
          <w:b/>
        </w:rPr>
        <w:t>Big-name entertainment:</w:t>
      </w:r>
      <w:r>
        <w:t xml:space="preserve"> Swedish artist Mariette will perform on the torgscen after the Åland Pride parade, offering a free, high-energy focal point.</w:t>
      </w:r>
      <w:r/>
    </w:p>
    <w:p>
      <w:pPr>
        <w:pStyle w:val="ListBullet"/>
        <w:spacing w:line="240" w:lineRule="auto"/>
        <w:ind w:left="720"/>
      </w:pPr>
      <w:r/>
      <w:r>
        <w:rPr>
          <w:b/>
        </w:rPr>
        <w:t>Visible commitment:</w:t>
      </w:r>
      <w:r>
        <w:t xml:space="preserve"> Nipå will display Pride from inside its windows and present Nordic LGBTQ+ political programmes during Pride week.</w:t>
      </w:r>
      <w:r/>
    </w:p>
    <w:p>
      <w:pPr>
        <w:pStyle w:val="ListBullet"/>
        <w:spacing w:line="240" w:lineRule="auto"/>
        <w:ind w:left="720"/>
      </w:pPr>
      <w:r/>
      <w:r>
        <w:rPr>
          <w:b/>
        </w:rPr>
        <w:t>Context of concern:</w:t>
      </w:r>
      <w:r>
        <w:t xml:space="preserve"> The move follows earlier vandalism of Nipå’s Pride flags that left organisers and residents frustrated.</w:t>
      </w:r>
      <w:r/>
    </w:p>
    <w:p>
      <w:pPr>
        <w:pStyle w:val="ListBullet"/>
        <w:spacing w:line="240" w:lineRule="auto"/>
        <w:ind w:left="720"/>
      </w:pPr>
      <w:r/>
      <w:r>
        <w:rPr>
          <w:b/>
        </w:rPr>
        <w:t>Practical reach:</w:t>
      </w:r>
      <w:r>
        <w:t xml:space="preserve"> Nipå aims to make the Nordic ministers’ signed LGBTQ+ goals accessible and understandable for Åland residents.</w:t>
      </w:r>
      <w:r/>
    </w:p>
    <w:p>
      <w:pPr>
        <w:pStyle w:val="ListBullet"/>
        <w:spacing w:line="240" w:lineRule="auto"/>
        <w:ind w:left="720"/>
      </w:pPr>
      <w:r/>
      <w:r>
        <w:rPr>
          <w:b/>
        </w:rPr>
        <w:t>Local mood:</w:t>
      </w:r>
      <w:r>
        <w:t xml:space="preserve"> The actions are both celebratory and protective , intended to reassure LGBTQ+ people and signal solidarity across the islands.</w:t>
      </w:r>
      <w:r/>
      <w:r/>
    </w:p>
    <w:p>
      <w:pPr>
        <w:pStyle w:val="Heading2"/>
      </w:pPr>
      <w:r>
        <w:t>Nipå turns up the volume , Mariette on the torgscen</w:t>
      </w:r>
      <w:r/>
    </w:p>
    <w:p>
      <w:r/>
      <w:r>
        <w:t>Nipå has booked Mariette to headline the torgfest after the parade, which instantly gives Åland Pride a pop-culture moment to rally around. It’s the kind of booking that promises sing-alongs and a lively, inclusive atmosphere in central Mariehamn. Organisers hope the concert will draw families, young people and visitors, making Pride both visible and welcoming.</w:t>
      </w:r>
      <w:r/>
    </w:p>
    <w:p>
      <w:r/>
      <w:r>
        <w:t>The choice of a mainstream Swedish artist also signals intent: Pride on Åland isn’t a niche event, it’s a civic celebration. For locals wondering when and where to go, the torgscen performance will be the easiest, most public place to join the festivities.</w:t>
      </w:r>
      <w:r/>
    </w:p>
    <w:p>
      <w:pPr>
        <w:pStyle w:val="Heading2"/>
      </w:pPr>
      <w:r>
        <w:t>Visibility matters , flags, windows and public programming</w:t>
      </w:r>
      <w:r/>
    </w:p>
    <w:p>
      <w:r/>
      <w:r>
        <w:t>Nipå is changing tactics after repeat flag vandalism by moving displays inside its shop windows while ensuring Pride is still unmistakable. That subtle pivot keeps the message visible without exposing materials to further damage, and it shows a practical, careful approach to public symbolism.</w:t>
      </w:r>
      <w:r/>
    </w:p>
    <w:p>
      <w:r/>
      <w:r>
        <w:t>Alongside visual displays Nipå will host presentations of the Nordic governments’ LGBTQ+ programmes, explaining the policies and goals the ministers agreed on. For anyone curious about what “Nordic cooperation” on rights actually means, this is the chance to hear concrete aims in plain language.</w:t>
      </w:r>
      <w:r/>
    </w:p>
    <w:p>
      <w:pPr>
        <w:pStyle w:val="Heading2"/>
      </w:pPr>
      <w:r>
        <w:t>Why this feels like a reaction as much as a celebration</w:t>
      </w:r>
      <w:r/>
    </w:p>
    <w:p>
      <w:r/>
      <w:r>
        <w:t>The decision to boost Pride programming comes against a backdrop of local incidents that left organisers frustrated, including vandalised flags and a police inquiry that didn’t progress to prosecution. Nipå’s director has been clear that a small but vocal opposition exists on the islands, and the intensified Pride presence is partly a public rebuttal.</w:t>
      </w:r>
      <w:r/>
    </w:p>
    <w:p>
      <w:r/>
      <w:r>
        <w:t>That dual purpose , celebration and defence , is increasingly common in smaller communities where visibility can provoke backlash. Nipå’s approach balances openness with practicality: keep events accessible, but take steps to protect people and symbols.</w:t>
      </w:r>
      <w:r/>
    </w:p>
    <w:p>
      <w:pPr>
        <w:pStyle w:val="Heading2"/>
      </w:pPr>
      <w:r>
        <w:t>Making Nordic policy approachable on Åland</w:t>
      </w:r>
      <w:r/>
    </w:p>
    <w:p>
      <w:r/>
      <w:r>
        <w:t>One of Nipå’s aims during Pride week is educational: to explain the Nordic cooperation on LGBTQ+ rights and what the signed political programmes mean in practice. That’s useful for residents who want to know how regional commitments translate to local services or protections.</w:t>
      </w:r>
      <w:r/>
    </w:p>
    <w:p>
      <w:r/>
      <w:r>
        <w:t>For parents, teachers or community leaders, these sessions could be the most valuable part of Pride , not just the entertainment, but an invitation to understand the legal and social frameworks that affect queer lives across the Nordic region.</w:t>
      </w:r>
      <w:r/>
    </w:p>
    <w:p>
      <w:pPr>
        <w:pStyle w:val="Heading2"/>
      </w:pPr>
      <w:r>
        <w:t>Practical tips for attending Åland Pride</w:t>
      </w:r>
      <w:r/>
    </w:p>
    <w:p>
      <w:r/>
      <w:r>
        <w:t>If you’re planning to go, expect a mix of loud music and thoughtful programming. Arrive early for the torgfest to get a good spot; bring a lightweight rain jacket , Åland weather changes fast; and if you want to follow the policy talks, check Nipå’s schedule so you can pair a concert with an afternoon presentation. And if you see any suspicious behaviour around displays, report it to organisers so they can respond quickly.</w:t>
      </w:r>
      <w:r/>
    </w:p>
    <w:p>
      <w:r/>
      <w:r>
        <w:t>It’s a small change that can make every cheer and banner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[5]</w:t>
        </w:r>
      </w:hyperlink>
      <w:r>
        <w:t xml:space="preserve">- Paragraph 6: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https://www.alandstidningen.ax/nyheter/mariette-upptraeder-under-aland-prides-torgfest/1337814</w:t>
        </w:r>
      </w:hyperlink>
      <w:r>
        <w:t xml:space="preserve"> - Please view link - unable to able to access data</w:t>
      </w:r>
      <w:r/>
    </w:p>
    <w:p>
      <w:pPr>
        <w:pStyle w:val="ListNumber"/>
        <w:spacing w:line="240" w:lineRule="auto"/>
        <w:ind w:left="720"/>
      </w:pPr>
      <w:r/>
      <w:hyperlink r:id="rId9">
        <w:r>
          <w:rPr>
            <w:color w:val="0000EE"/>
            <w:u w:val="single"/>
          </w:rPr>
          <w:t>https://www.alandstidningen.ax/nyheter/mariette-upptraeder-under-aland-prides-torgfest/1337814</w:t>
        </w:r>
      </w:hyperlink>
      <w:r>
        <w:t xml:space="preserve"> - The article reports that Nordens institut på Åland (NIPÅ) is making significant efforts during Åland Pride in August, including hosting a concert by Swedish artist Mariette Hansson. NIPÅ's director, Tasso Stafilidis, highlights the presence of individuals on Åland who do not respect equal rights for all people, referring to a small group with narrow views. He emphasizes the importance of the upcoming Åland Pride, noting a comprehensive Nordic agreement to protect LGBTQ+ rights. The article also mentions previous incidents where NIPÅ's pride flags were vandalized, leading to police investigations that were eventually closed. Despite this, Stafilidis hopes the police will take such matters seriously in the future. To ensure visibility during Pride week, NIPÅ plans to present Nordic LGBTQ+ programs and offer Åland Pride and the local community a major Swedish pop star, Mariette, who will perform on the town square stage after the parade. Additionally, NIPÅ intends to make the political program signed by the Nordic cooperation ministers accessible and explain its objectives.</w:t>
      </w:r>
      <w:r/>
    </w:p>
    <w:p>
      <w:pPr>
        <w:pStyle w:val="ListNumber"/>
        <w:spacing w:line="240" w:lineRule="auto"/>
        <w:ind w:left="720"/>
      </w:pPr>
      <w:r/>
      <w:hyperlink r:id="rId12">
        <w:r>
          <w:rPr>
            <w:color w:val="0000EE"/>
            <w:u w:val="single"/>
          </w:rPr>
          <w:t>https://nipa.ax/om-nipa/</w:t>
        </w:r>
      </w:hyperlink>
      <w:r>
        <w:t xml:space="preserve"> - Nordens institut på Åland (NIPÅ) is a cultural institution under the Nordic Council of Ministers, tasked with supporting, stimulating, and developing cultural life. Its mission includes enriching Åland with culture from the entire Nordic region, promoting Ålandic culture in the Nordic countries, fostering Åland's participation in Nordic cultural collaborations, and ensuring that children and young people have a central role in Nordic cultural cooperation. NIPÅ is one of five cultural institutions in the Nordic cooperation, collectively playing a significant role in fulfilling the vision for 2030, aiming for the Nordic region to be the world's most sustainable and integrated by that year.</w:t>
      </w:r>
      <w:r/>
    </w:p>
    <w:p>
      <w:pPr>
        <w:pStyle w:val="ListNumber"/>
        <w:spacing w:line="240" w:lineRule="auto"/>
        <w:ind w:left="720"/>
      </w:pPr>
      <w:r/>
      <w:hyperlink r:id="rId13">
        <w:r>
          <w:rPr>
            <w:color w:val="0000EE"/>
            <w:u w:val="single"/>
          </w:rPr>
          <w:t>https://nipa.ax/projekt/utstallningar-2026/</w:t>
        </w:r>
      </w:hyperlink>
      <w:r>
        <w:t xml:space="preserve"> - Nordens institut på Åland (NIPÅ) has announced its exhibition program for Galleri NORDEN in 2026. The gallery, formerly known as Galleri NIPÅ, will showcase works from approximately ten artists from Åland, Sweden, and Norway, featuring painting, photography, and sculpture. The selection aims to reflect Nordic cultural life and highlight a diversity of artistic expressions. The exhibitions will focus on various themes, including a display of young Ålandic artists' creations and a memorial exhibition of Tage Wilén. The summer exhibition will be a joint presentation by the Åland Art Association and Åland's Handicraft &amp; Art, featuring a collection of different techniques, expressions, art, and crafts.</w:t>
      </w:r>
      <w:r/>
    </w:p>
    <w:p>
      <w:pPr>
        <w:pStyle w:val="ListNumber"/>
        <w:spacing w:line="240" w:lineRule="auto"/>
        <w:ind w:left="720"/>
      </w:pPr>
      <w:r/>
      <w:hyperlink r:id="rId14">
        <w:r>
          <w:rPr>
            <w:color w:val="0000EE"/>
            <w:u w:val="single"/>
          </w:rPr>
          <w:t>https://www.nyan.ax/tag/polisanmalan/</w:t>
        </w:r>
      </w:hyperlink>
      <w:r>
        <w:t xml:space="preserve"> - The news outlet Nya Åland has reported on several incidents leading to police reports. One incident involved an older man attempting to lure an eight-year-old girl into a public toilet at S-market in Jomala. Another report detailed a case of minor assault in Godby, where a youth filed a police report against an adult individual. Additionally, Nya Åland reported on disturbances involving youths at S-market in Godby, which led the store to file police reports. In another incident, a woman pushed a boy onto a roadway, an event that was reported to the police and described as traumatic for the boy. Furthermore, NIPÅ filed a police report after a Pride flag outside their office on Storagatan was cut for the second time in a week.</w:t>
      </w:r>
      <w:r/>
    </w:p>
    <w:p>
      <w:pPr>
        <w:pStyle w:val="ListNumber"/>
        <w:spacing w:line="240" w:lineRule="auto"/>
        <w:ind w:left="720"/>
      </w:pPr>
      <w:r/>
      <w:hyperlink r:id="rId10">
        <w:r>
          <w:rPr>
            <w:color w:val="0000EE"/>
            <w:u w:val="single"/>
          </w:rPr>
          <w:t>https://www.gay-prides.com/europe/mariehamn-pride.html</w:t>
        </w:r>
      </w:hyperlink>
      <w:r>
        <w:t xml:space="preserve"> - Mariehamn, the capital of Åland Islands in Finland, hosts a vibrant Pride movement that unites the local LGBTQ+ community and visitors. Pride events in Mariehamn transform the city with colourful parades promoting love, acceptance, and equality. These gatherings highlight the island's commitment to diversity in a close-knit setting. The history of the LGBTQ+ community in Mariehamn reflects quiet determination and growing visibility, influenced by Finland's progressive stance on rights.</w:t>
      </w:r>
      <w:r/>
    </w:p>
    <w:p>
      <w:pPr>
        <w:pStyle w:val="ListNumber"/>
        <w:spacing w:line="240" w:lineRule="auto"/>
        <w:ind w:left="720"/>
      </w:pPr>
      <w:r/>
      <w:hyperlink r:id="rId11">
        <w:r>
          <w:rPr>
            <w:color w:val="0000EE"/>
            <w:u w:val="single"/>
          </w:rPr>
          <w:t>https://www.rockoff.nu/</w:t>
        </w:r>
      </w:hyperlink>
      <w:r>
        <w:t xml:space="preserve"> - Rockoff Festival is a music festival held in Mariehamn, Åland, from July 17 to 25, 2026. The festival features a diverse lineup of artists, including Soppgirobygget, Takida, Niklas Strömstedt, Tjuvjakt, and many others. With nine days of music and 31 artists, the festival attracts approximately 28,000 visitors. Tickets for the festival are available through Netticket.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landstidningen.ax/nyheter/mariette-upptraeder-under-aland-prides-torgfest/1337814" TargetMode="External"/><Relationship Id="rId10" Type="http://schemas.openxmlformats.org/officeDocument/2006/relationships/hyperlink" Target="https://www.gay-prides.com/europe/mariehamn-pride.html" TargetMode="External"/><Relationship Id="rId11" Type="http://schemas.openxmlformats.org/officeDocument/2006/relationships/hyperlink" Target="https://www.rockoff.nu/" TargetMode="External"/><Relationship Id="rId12" Type="http://schemas.openxmlformats.org/officeDocument/2006/relationships/hyperlink" Target="https://nipa.ax/om-nipa/" TargetMode="External"/><Relationship Id="rId13" Type="http://schemas.openxmlformats.org/officeDocument/2006/relationships/hyperlink" Target="https://nipa.ax/projekt/utstallningar-2026/" TargetMode="External"/><Relationship Id="rId14" Type="http://schemas.openxmlformats.org/officeDocument/2006/relationships/hyperlink" Target="https://www.nyan.ax/tag/polisanma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