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Berlin Pride Update: Why Police Halted the LGBTQ+ Parade After a Crash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marchers suddenly found themselves watching a scene of chaos in central Berlin, as police halted the city’s LGBTQ+ Pride parade after a vehicle struck people; organisers and authorities scrambled to secure the area and treat the injured, and the cancellation raises fresh questions about public safety at mass events.</w:t>
      </w:r>
      <w:r/>
    </w:p>
    <w:p>
      <w:r/>
      <w:r>
        <w:t>Essential Takeaways</w:t>
      </w:r>
      <w:r/>
      <w:r/>
    </w:p>
    <w:p>
      <w:pPr>
        <w:pStyle w:val="ListBullet"/>
        <w:spacing w:line="240" w:lineRule="auto"/>
        <w:ind w:left="720"/>
      </w:pPr>
      <w:r/>
      <w:r>
        <w:rPr>
          <w:b/>
        </w:rPr>
        <w:t>What happened:</w:t>
      </w:r>
      <w:r>
        <w:t xml:space="preserve"> A vehicle ploughed into crowds during the Pride procession in central Berlin, prompting police to stop the parade and declare the area unsafe.</w:t>
      </w:r>
      <w:r/>
    </w:p>
    <w:p>
      <w:pPr>
        <w:pStyle w:val="ListBullet"/>
        <w:spacing w:line="240" w:lineRule="auto"/>
        <w:ind w:left="720"/>
      </w:pPr>
      <w:r/>
      <w:r>
        <w:rPr>
          <w:b/>
        </w:rPr>
        <w:t>Injuries reported:</w:t>
      </w:r>
      <w:r>
        <w:t xml:space="preserve"> Authorities and news outlets said several people were hurt; emergency services treated and transported victims to hospital, while bystanders described a scene of shock and confusion.</w:t>
      </w:r>
      <w:r/>
    </w:p>
    <w:p>
      <w:pPr>
        <w:pStyle w:val="ListBullet"/>
        <w:spacing w:line="240" w:lineRule="auto"/>
        <w:ind w:left="720"/>
      </w:pPr>
      <w:r/>
      <w:r>
        <w:rPr>
          <w:b/>
        </w:rPr>
        <w:t>Police response:</w:t>
      </w:r>
      <w:r>
        <w:t xml:space="preserve"> Officers sealed off parts of the route, carried out initial investigations on site, and urged people to avoid the area while inquiries continued.</w:t>
      </w:r>
      <w:r/>
    </w:p>
    <w:p>
      <w:pPr>
        <w:pStyle w:val="ListBullet"/>
        <w:spacing w:line="240" w:lineRule="auto"/>
        <w:ind w:left="720"/>
      </w:pPr>
      <w:r/>
      <w:r>
        <w:rPr>
          <w:b/>
        </w:rPr>
        <w:t>Community reaction:</w:t>
      </w:r>
      <w:r>
        <w:t xml:space="preserve"> Organisers and attendees expressed alarm and sadness, with calls for solidarity and reassurance about safety at future events.</w:t>
      </w:r>
      <w:r/>
    </w:p>
    <w:p>
      <w:pPr>
        <w:pStyle w:val="ListBullet"/>
        <w:spacing w:line="240" w:lineRule="auto"/>
        <w:ind w:left="720"/>
      </w:pPr>
      <w:r/>
      <w:r>
        <w:rPr>
          <w:b/>
        </w:rPr>
        <w:t>Practical note:</w:t>
      </w:r>
      <w:r>
        <w:t xml:space="preserve"> If you’re attending large public gatherings, follow official guidance, note exits and first-aid points, and keep phones charged for updates.</w:t>
      </w:r>
      <w:r/>
      <w:r/>
    </w:p>
    <w:p>
      <w:pPr>
        <w:pStyle w:val="Heading2"/>
      </w:pPr>
      <w:r>
        <w:t>What unfolded on the route , a sudden, alarming moment</w:t>
      </w:r>
      <w:r/>
    </w:p>
    <w:p>
      <w:r/>
      <w:r>
        <w:t>The parade started as planned, colourful floats rolling through Berlin’s streets, but the mood changed quickly when a car hit people near the procession. Witnesses described a heavy, sudden impact and a tense, brittle quiet as first responders arrived. According to multiple news reports, emergency services treated and transported injured people to hospital, while police moved to secure the scene. For anyone there, the visual of an interrupted celebration was stark and upsetting.</w:t>
      </w:r>
      <w:r/>
    </w:p>
    <w:p>
      <w:pPr>
        <w:pStyle w:val="Heading2"/>
      </w:pPr>
      <w:r>
        <w:t>Police called it off , why the cancellation matters</w:t>
      </w:r>
      <w:r/>
    </w:p>
    <w:p>
      <w:r/>
      <w:r>
        <w:t>Officers made the call to stop the parade after assessing risks to public safety, saying the scene needed to be stabilised and investigated. Reuters and other outlets noted the immediate priority was tending to victims and preventing further harm. Cancelling an event of this scale is rare and signals serious concern; it also complicates logistics for thousands of attendees and performers who’d travelled to be part of the day.</w:t>
      </w:r>
      <w:r/>
    </w:p>
    <w:p>
      <w:pPr>
        <w:pStyle w:val="Heading2"/>
      </w:pPr>
      <w:r>
        <w:t>How authorities handled the aftermath , cordons, inquiries and support</w:t>
      </w:r>
      <w:r/>
    </w:p>
    <w:p>
      <w:r/>
      <w:r>
        <w:t>Police quickly erected cordons and worked with medical teams, while witnesses and participants were checked for injuries or shock. News organisations reported that investigators began probing the circumstances around the vehicle, treating the incident as an urgent matter. Meanwhile, organisers and local officials moved to set up support for those affected and to communicate safety information to the public.</w:t>
      </w:r>
      <w:r/>
    </w:p>
    <w:p>
      <w:pPr>
        <w:pStyle w:val="Heading2"/>
      </w:pPr>
      <w:r>
        <w:t>Community reaction and wider context , safety at public celebrations</w:t>
      </w:r>
      <w:r/>
    </w:p>
    <w:p>
      <w:r/>
      <w:r>
        <w:t>There was immediate shock and sorrow in the LGBTQ+ community and among allies, who use Pride events as vital spaces for visibility and unity. Coverage from outlets including the Associated Press and the Washington Post highlighted calls for calm and solidarity, and leaders emphasised the need to protect public gatherings. The incident also feeds into a broader conversation about event security in European capitals, especially for marches that are both celebratory and politically meaningful.</w:t>
      </w:r>
      <w:r/>
    </w:p>
    <w:p>
      <w:pPr>
        <w:pStyle w:val="Heading2"/>
      </w:pPr>
      <w:r>
        <w:t>What attendees and organisers can learn , practical safety tips</w:t>
      </w:r>
      <w:r/>
    </w:p>
    <w:p>
      <w:r/>
      <w:r>
        <w:t>If you’re planning to go to large events, keep a few simple habits front of mind: note emergency exits and meeting points, travel in groups if you can, charge your phone and follow official social-media channels for real-time updates. Event organisers should continue to work with local police on risk assessments, clear vehicle barriers where appropriate, and ensure medical help is easily reachable. These steps won’t remove all risk, but they make a tangible difference when minutes count.</w:t>
      </w:r>
      <w:r/>
    </w:p>
    <w:p>
      <w:r/>
      <w:r>
        <w:t>It's a sharp reminder that celebrations can be fragile , and that community, preparedness and compassion matter most in the moments after.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[4]</w:t>
        </w:r>
      </w:hyperlink>
      <w:r>
        <w:t xml:space="preserve">, </w:t>
      </w:r>
      <w:hyperlink r:id="rId11">
        <w:r>
          <w:rPr>
            <w:color w:val="0000EE"/>
            <w:u w:val="single"/>
          </w:rPr>
          <w:t>[3]</w:t>
        </w:r>
      </w:hyperlink>
      <w:r>
        <w:t xml:space="preserve">- Paragraph 5: </w:t>
      </w:r>
      <w:hyperlink r:id="rId13">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https://www.djournal.com/news/nation-world/police-call-off-an-lgbtq-parade-in-the-german-capital-hours-after-it-started-saying/article_63c72ef9-17a4-5519-80e6-65ca3560391b.html</w:t>
        </w:r>
      </w:hyperlink>
      <w:r>
        <w:t xml:space="preserve"> - Please view link - unable to able to access data</w:t>
      </w:r>
      <w:r/>
    </w:p>
    <w:p>
      <w:pPr>
        <w:pStyle w:val="ListNumber"/>
        <w:spacing w:line="240" w:lineRule="auto"/>
        <w:ind w:left="720"/>
      </w:pPr>
      <w:r/>
      <w:hyperlink r:id="rId10">
        <w:r>
          <w:rPr>
            <w:color w:val="0000EE"/>
            <w:u w:val="single"/>
          </w:rPr>
          <w:t>https://www.apnews.com/article/8b3c8ded8033ab246cb55f7bd1c47e2f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1">
        <w:r>
          <w:rPr>
            <w:color w:val="0000EE"/>
            <w:u w:val="single"/>
          </w:rPr>
          <w:t>https://abcnews.com/International/wireStory/police-call-off-lgbtq-parade-berlin-people-injured-135089415</w:t>
        </w:r>
      </w:hyperlink>
      <w:r>
        <w:t xml:space="preserve"> - Berlin police called off the LGBTQ+ pride parade in the German capital on Saturday, hours after the event had begun, saying it was because several people had been injured. They did not say how many people had been injured. Police called on everyone in a post on X to leave the premises of the event immediately. They did not say what exactly had happened, only that they had deployed strong police forces. Police a short while later said a car had driven into the Tiergarten park, near the route of the pride march, hitting several people.</w:t>
      </w:r>
      <w:r/>
    </w:p>
    <w:p>
      <w:pPr>
        <w:pStyle w:val="ListNumber"/>
        <w:spacing w:line="240" w:lineRule="auto"/>
        <w:ind w:left="720"/>
      </w:pPr>
      <w:r/>
      <w:hyperlink r:id="rId12">
        <w:r>
          <w:rPr>
            <w:color w:val="0000EE"/>
            <w:u w:val="single"/>
          </w:rPr>
          <w:t>https://www.washingtonpost.com/lifestyle/2026/07/25/germany-berling-lgbtq-pride-parade/8ac33436-886c-11f1-9cec-0fb26676f07e_story.html</w:t>
        </w:r>
      </w:hyperlink>
      <w:r>
        <w:t xml:space="preserve"> - A van slammed into people gathered for Berlin’s famed Pride festival on Saturday night, killing one person, injuring at least 16 others and prompting police to call off the celebrations and a concert in the German capital hours after they had begun. Berlin police said they have identified a suspect who has not been arrested ... . The suspect is known to police. ... , said police spokesman Florian Nath.</w:t>
      </w:r>
      <w:r/>
    </w:p>
    <w:p>
      <w:pPr>
        <w:pStyle w:val="ListNumber"/>
        <w:spacing w:line="240" w:lineRule="auto"/>
        <w:ind w:left="720"/>
      </w:pPr>
      <w:r/>
      <w:hyperlink r:id="rId13">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Berlin police spokesman Florian Nath told reporters that measures were underway against the suspect and that 'our search for this person is proceeding ... .' He did not identify the suspect ... but said that he was already known to police and is from Berlin. Based on the investigators' initial findings, we have already identified a suspected perpetrator, Nath said. He is known to us ... . Police said some of the victims had ... Firefighters and ambulances were out with many emergency staffers at the scene to attend to the victims.</w:t>
      </w:r>
      <w:r/>
    </w:p>
    <w:p>
      <w:pPr>
        <w:pStyle w:val="ListNumber"/>
        <w:spacing w:line="240" w:lineRule="auto"/>
        <w:ind w:left="720"/>
      </w:pPr>
      <w:r/>
      <w:hyperlink r:id="rId14">
        <w:r>
          <w:rPr>
            <w:color w:val="0000EE"/>
            <w:u w:val="single"/>
          </w:rPr>
          <w:t>https://www.belfasttelegraph.co.uk/news/world-news/police-call-off-pride-parade-in-berlin-and-say-several-people-have-been-injured/a/159201970.html</w:t>
        </w:r>
      </w:hyperlink>
      <w:r>
        <w:t xml:space="preserve"> - Police officers are on the scene following the cancellation of Christopher Street Day in Berlin (Fabian Sommer/dpa/dpa via AP) Police officers are on the scene following the cancellation of Christopher Street Day in Berlin (Fabian Sommer/dpa/dpa via AP) By Associated Press Reporters 25 Jul 2026 10:24 PM Berlin police called off the LGBTQ+ pride parade in the German capital on Saturday, hours after the event had begun, saying it was because several people had been injured. They did not say how many people had been injured. Police called on everyone in a post on X to leave the premises of the event immediately. They did not say what exactly had happened, only that they had deployed strong police forces. Police a short while later said a car had driven into the Tiergarten park, near the route of the pride march, hitting several people. Police did not know how many officers had been deployed to the scene but that it was 'definitely a lot of police'. Hundreds of thousands of people had come to Berlin on Saturday to celebrate at Berlin’s pride parade, known in Germany as Christopher Street Day. It’s one of Europe’s largest LGBTQ+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journal.com/news/nation-world/police-call-off-an-lgbtq-parade-in-the-german-capital-hours-after-it-started-saying/article_63c72ef9-17a4-5519-80e6-65ca3560391b.html" TargetMode="External"/><Relationship Id="rId10" Type="http://schemas.openxmlformats.org/officeDocument/2006/relationships/hyperlink" Target="https://www.apnews.com/article/8b3c8ded8033ab246cb55f7bd1c47e2f" TargetMode="External"/><Relationship Id="rId11" Type="http://schemas.openxmlformats.org/officeDocument/2006/relationships/hyperlink" Target="https://abcnews.com/International/wireStory/police-call-off-lgbtq-parade-berlin-people-injured-135089415" TargetMode="External"/><Relationship Id="rId12" Type="http://schemas.openxmlformats.org/officeDocument/2006/relationships/hyperlink" Target="https://www.washingtonpost.com/lifestyle/2026/07/25/germany-berling-lgbtq-pride-parade/8ac33436-886c-11f1-9cec-0fb26676f07e_story.html" TargetMode="External"/><Relationship Id="rId13" Type="http://schemas.openxmlformats.org/officeDocument/2006/relationships/hyperlink" Target="https://www.cbsnews.com/news/berlin-lgbtq-pride-car-crash/" TargetMode="External"/><Relationship Id="rId14" Type="http://schemas.openxmlformats.org/officeDocument/2006/relationships/hyperlink" Target="https://www.belfasttelegraph.co.uk/news/world-news/police-call-off-pride-parade-in-berlin-and-say-several-people-have-been-injured/a/15920197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