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Vancouver Pride Parade Route and Davie Village Festival Guide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Shout it loud: Vancouver’s Pride Parade returns Sunday, August 2, 2026, with colourful procession, DJs at BC Place, and a bustling Davie Village festival , here’s everything locals and visitors need to know about route, times, and where to soak up the party.</w:t>
      </w:r>
      <w:r/>
    </w:p>
    <w:p>
      <w:r/>
      <w:r>
        <w:t>Essential Takeaways</w:t>
      </w:r>
      <w:r/>
      <w:r/>
    </w:p>
    <w:p>
      <w:pPr>
        <w:pStyle w:val="ListBullet"/>
        <w:spacing w:line="240" w:lineRule="auto"/>
        <w:ind w:left="720"/>
      </w:pPr>
      <w:r/>
      <w:r>
        <w:rPr>
          <w:b/>
        </w:rPr>
        <w:t>Start point and vibe:</w:t>
      </w:r>
      <w:r>
        <w:t xml:space="preserve"> Parade kicks off at Pacific Boulevard by BC Place with a lively Pride Pit Stop and DJ from 12:00pm, parade emcee on mic from 1:00pm.</w:t>
      </w:r>
      <w:r/>
    </w:p>
    <w:p>
      <w:pPr>
        <w:pStyle w:val="ListBullet"/>
        <w:spacing w:line="240" w:lineRule="auto"/>
        <w:ind w:left="720"/>
      </w:pPr>
      <w:r/>
      <w:r>
        <w:rPr>
          <w:b/>
        </w:rPr>
        <w:t>Route basics:</w:t>
      </w:r>
      <w:r>
        <w:t xml:space="preserve"> Procession runs along Pacific Blvd then turns up Howe Street before dispersing toward Davie Street’s festival.</w:t>
      </w:r>
      <w:r/>
    </w:p>
    <w:p>
      <w:pPr>
        <w:pStyle w:val="ListBullet"/>
        <w:spacing w:line="240" w:lineRule="auto"/>
        <w:ind w:left="720"/>
      </w:pPr>
      <w:r/>
      <w:r>
        <w:rPr>
          <w:b/>
        </w:rPr>
        <w:t>Davie Village festival:</w:t>
      </w:r>
      <w:r>
        <w:t xml:space="preserve"> Davie closed Burrard to Jervis, 2:00pm–10:00pm, with stages, DJs, drag, vendors and family-friendly programming.</w:t>
      </w:r>
      <w:r/>
    </w:p>
    <w:p>
      <w:pPr>
        <w:pStyle w:val="ListBullet"/>
        <w:spacing w:line="240" w:lineRule="auto"/>
        <w:ind w:left="720"/>
      </w:pPr>
      <w:r/>
      <w:r>
        <w:rPr>
          <w:b/>
        </w:rPr>
        <w:t>Nelson Park stage:</w:t>
      </w:r>
      <w:r>
        <w:t xml:space="preserve"> Additional entertainment runs in Nelson Park, roughly 2:00pm–9:00pm, offering a slightly quieter spot to catch acts.</w:t>
      </w:r>
      <w:r/>
    </w:p>
    <w:p>
      <w:pPr>
        <w:pStyle w:val="ListBullet"/>
        <w:spacing w:line="240" w:lineRule="auto"/>
        <w:ind w:left="720"/>
      </w:pPr>
      <w:r/>
      <w:r>
        <w:rPr>
          <w:b/>
        </w:rPr>
        <w:t>Access and extras:</w:t>
      </w:r>
      <w:r>
        <w:t xml:space="preserve"> BC Place offers food for purchase and accepts donations; follow the Vancouver Pride Society online for schedule tweaks and accessibility info.</w:t>
      </w:r>
      <w:r/>
      <w:r/>
    </w:p>
    <w:p>
      <w:pPr>
        <w:pStyle w:val="Heading2"/>
      </w:pPr>
      <w:r>
        <w:t>Where the parade starts , a stadium warm-up with music and DJs</w:t>
      </w:r>
      <w:r/>
    </w:p>
    <w:p>
      <w:r/>
      <w:r>
        <w:t>The party officially begins on the north side of False Creek at Pacific Boulevard, near BC Place, and you’ll feel it before the procession moves off , a DJ set and Pride Pit Stop run from midday. Organisers expect a festival-like hum, so arrive early if you want a good viewing spot or to catch the host and emcee banter up close. According to Vancouver Pride information, the emcee will begin introducing parade entries from 1:00pm, which is the moment the formal march gets under way.</w:t>
      </w:r>
      <w:r/>
    </w:p>
    <w:p>
      <w:r/>
      <w:r>
        <w:t>If you like sensory detail, think pumping music, colourful floats edging into motion, and the faint aroma of street food from pop-ups. For less wait and smoother entry, show up around noon for the pre-parade vibe; food and drink are available at BC Place for a fee, and donations help support Pride programming.</w:t>
      </w:r>
      <w:r/>
    </w:p>
    <w:p>
      <w:pPr>
        <w:pStyle w:val="Heading2"/>
      </w:pPr>
      <w:r>
        <w:t>The route itself , Pacific Blvd to Howe, then Davie for the finale</w:t>
      </w:r>
      <w:r/>
    </w:p>
    <w:p>
      <w:r/>
      <w:r>
        <w:t>The procession follows Pacific Boulevard before turning onto Howe Street, creating a broad, spectator-friendly corridor through downtown. There’s no big finish-line spectacle on Howe, so most of the post-parade action migrates to Davie Street , the heartbeat of Vancouver’s queer community. The Vancouver Pride site lays out the path so locals can plan where to watch, especially if you want to follow a particular community group or float.</w:t>
      </w:r>
      <w:r/>
    </w:p>
    <w:p>
      <w:r/>
      <w:r>
        <w:t>Practically, pick a stretch that suits your plan: nearer BC Place for the start and pit stop, mid-route for steady viewing, or head straight to Davie for the street festival energy. If you’re timing public transport, allow extra time , streets close and buses reroute.</w:t>
      </w:r>
      <w:r/>
    </w:p>
    <w:p>
      <w:pPr>
        <w:pStyle w:val="Heading2"/>
      </w:pPr>
      <w:r>
        <w:t>Davie Village festival , music, drag and something for everyone</w:t>
      </w:r>
      <w:r/>
    </w:p>
    <w:p>
      <w:r/>
      <w:r>
        <w:t>Davie Street turns into an all-ages festival from 2:00pm until 10:00pm, closed to traffic between Burrard and Jervis. Expect live music, DJs, drag shows, performers and local vendors lining the block. Nelson Park hosts a secondary stage with programming running into the evening, providing a calmer spot if the main drag gets too crowded.</w:t>
      </w:r>
      <w:r/>
    </w:p>
    <w:p>
      <w:r/>
      <w:r>
        <w:t>This is where Pride’s community side really shines: local groups, non-profits and businesses , over a hundred are participating this year , set up booths, so you can connect, shop, or learn about services. Bring a reusable bottle, wear comfy shoes, and plan meeting spots with friends; it’s busy but joyful.</w:t>
      </w:r>
      <w:r/>
    </w:p>
    <w:p>
      <w:pPr>
        <w:pStyle w:val="Heading2"/>
      </w:pPr>
      <w:r>
        <w:t>Accessibility, safety and practical tips for families</w:t>
      </w:r>
      <w:r/>
    </w:p>
    <w:p>
      <w:r/>
      <w:r>
        <w:t>Organisers and the city provide accessibility info and programming details on their websites, so check updates before you go. The festival is designed to be all-ages, with family-friendly pockets of entertainment and quieter areas like Nelson Park if you need them. Have a small bag, be mindful of sun and hydration, and set a clear meetup point in case your group disperses.</w:t>
      </w:r>
      <w:r/>
    </w:p>
    <w:p>
      <w:r/>
      <w:r>
        <w:t>If you’re attending with someone who uses mobility aids, scope arrival and viewing areas early , the start at BC Place often has more room, while Davie fills up fast. Follow the Vancouver Pride Society on Instagram or the Pride events page for last-minute accessibility notices or schedule changes.</w:t>
      </w:r>
      <w:r/>
    </w:p>
    <w:p>
      <w:pPr>
        <w:pStyle w:val="Heading2"/>
      </w:pPr>
      <w:r>
        <w:t>Why the parade still matters , history, community and momentum</w:t>
      </w:r>
      <w:r/>
    </w:p>
    <w:p>
      <w:r/>
      <w:r>
        <w:t>This march and festival trace back to Vancouver’s earliest Pride gatherings and continue to be a focal point for queer life and activism in the city. It’s not just a party: it’s a visible, celebratory reminder of community resilience and local organising. Hundreds of community groups and businesses participating keeps the event rooted in neighbourhood culture and contemporary causes.</w:t>
      </w:r>
      <w:r/>
    </w:p>
    <w:p>
      <w:r/>
      <w:r>
        <w:t>Expect a mix of nostalgia and new energy this year , long-standing groups alongside newer collectives and pop-ups. For many, it’s a summer highlight; for newcomers, it’s an easy way to meet people and experience the city’s queer scene.</w:t>
      </w:r>
      <w:r/>
    </w:p>
    <w:p>
      <w:r/>
      <w:r>
        <w:t>It's a small change that can make every Pride outing smoother , plan a time, pick a spot, and enjoy the parade and Davie Village festival.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1">
        <w:r>
          <w:rPr>
            <w:color w:val="0000EE"/>
            <w:u w:val="single"/>
          </w:rPr>
          <w:t>[5]</w:t>
        </w:r>
      </w:hyperlink>
      <w:r>
        <w:t xml:space="preserve">, </w:t>
      </w:r>
      <w:hyperlink r:id="rId13">
        <w:r>
          <w:rPr>
            <w:color w:val="0000EE"/>
            <w:u w:val="single"/>
          </w:rPr>
          <w:t>[4]</w:t>
        </w:r>
      </w:hyperlink>
      <w:r>
        <w:t xml:space="preserve">- Paragraph 4: </w:t>
      </w:r>
      <w:hyperlink r:id="rId12">
        <w:r>
          <w:rPr>
            <w:color w:val="0000EE"/>
            <w:u w:val="single"/>
          </w:rPr>
          <w:t>[6]</w:t>
        </w:r>
      </w:hyperlink>
      <w:r>
        <w:t xml:space="preserve">, </w:t>
      </w:r>
      <w:hyperlink r:id="rId14">
        <w:r>
          <w:rPr>
            <w:color w:val="0000EE"/>
            <w:u w:val="single"/>
          </w:rPr>
          <w:t>[3]</w:t>
        </w:r>
      </w:hyperlink>
      <w:r>
        <w:t xml:space="preserve">- Paragraph 5: </w:t>
      </w:r>
      <w:hyperlink r:id="rId10">
        <w:r>
          <w:rPr>
            <w:color w:val="0000EE"/>
            <w:u w:val="single"/>
          </w:rPr>
          <w:t>[2]</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https://miss604.com/2026/07/vancouver-pride-parade-route-schedule/</w:t>
        </w:r>
      </w:hyperlink>
      <w:r>
        <w:t xml:space="preserve"> - Please view link - unable to able to access data</w:t>
      </w:r>
      <w:r/>
    </w:p>
    <w:p>
      <w:pPr>
        <w:pStyle w:val="ListNumber"/>
        <w:spacing w:line="240" w:lineRule="auto"/>
        <w:ind w:left="720"/>
      </w:pPr>
      <w:r/>
      <w:hyperlink r:id="rId10">
        <w:r>
          <w:rPr>
            <w:color w:val="0000EE"/>
            <w:u w:val="single"/>
          </w:rPr>
          <w:t>https://www.vancouverpride.ca/parade/</w:t>
        </w:r>
      </w:hyperlink>
      <w:r>
        <w:t xml:space="preserve"> - The Vancouver Pride Parade is scheduled for Sunday, August 2, 2026, starting at 1:00 PM and concluding at 3:30 PM. The parade will commence at Pacific Boulevard near BC Place and proceed along Pacific Boulevard to Howe Street. Accessible viewing zones are available outside the Roundhouse Community Centre on a first-come, first-served basis. The event is free to attend, with donations accepted to support the Pride Society. For more details, visit the Vancouver Pride Society's official website.</w:t>
      </w:r>
      <w:r/>
    </w:p>
    <w:p>
      <w:pPr>
        <w:pStyle w:val="ListNumber"/>
        <w:spacing w:line="240" w:lineRule="auto"/>
        <w:ind w:left="720"/>
      </w:pPr>
      <w:r/>
      <w:hyperlink r:id="rId14">
        <w:r>
          <w:rPr>
            <w:color w:val="0000EE"/>
            <w:u w:val="single"/>
          </w:rPr>
          <w:t>https://vancouver.ca/people-programs/pride.aspx</w:t>
        </w:r>
      </w:hyperlink>
      <w:r>
        <w:t xml:space="preserve"> - The City of Vancouver's Pride Week celebrations are set for late July and early August 2026. The Vancouver Pride Parade will take place on Sunday, August 2, 2026, from 1:00 PM to 3:30 PM. The parade will start at Concord Pacific Place, move down Pacific Avenue, and culminate at the intersection of Pacific and Burrard, where the Davie Village Pride Festival will continue. The event is free to attend, with donations accepted to support the Pride Society. For more information, visit the City of Vancouver's official website.</w:t>
      </w:r>
      <w:r/>
    </w:p>
    <w:p>
      <w:pPr>
        <w:pStyle w:val="ListNumber"/>
        <w:spacing w:line="240" w:lineRule="auto"/>
        <w:ind w:left="720"/>
      </w:pPr>
      <w:r/>
      <w:hyperlink r:id="rId13">
        <w:r>
          <w:rPr>
            <w:color w:val="0000EE"/>
            <w:u w:val="single"/>
          </w:rPr>
          <w:t>https://vancouver.page/event/vancouver-pride-parade/</w:t>
        </w:r>
      </w:hyperlink>
      <w:r>
        <w:t xml:space="preserve"> - Vancouver Pride 2026 is scheduled from July 25 to August 2, 2026, featuring over a week of community events, including the Vancouver Pride Parade on Sunday, August 2, 2026. The parade will begin at Pacific Boulevard near BC Place and proceed along Pacific Boulevard to Howe Street. The Davie Village Pride Fest will follow, transforming Davie Street into a vibrant street festival with live entertainment, drag performances, DJs, local vendors, and more. For detailed information, visit the Vancouver Page event listing.</w:t>
      </w:r>
      <w:r/>
    </w:p>
    <w:p>
      <w:pPr>
        <w:pStyle w:val="ListNumber"/>
        <w:spacing w:line="240" w:lineRule="auto"/>
        <w:ind w:left="720"/>
      </w:pPr>
      <w:r/>
      <w:hyperlink r:id="rId11">
        <w:r>
          <w:rPr>
            <w:color w:val="0000EE"/>
            <w:u w:val="single"/>
          </w:rPr>
          <w:t>https://www.vancouverpride.ca/pride2026</w:t>
        </w:r>
      </w:hyperlink>
      <w:r>
        <w:t xml:space="preserve"> - The theme for Vancouver Pride 2026 is 'Unapologetically Queer,' celebrating authenticity, courage, and connection within the 2SLGBTQIA+ community. The Vancouver Pride Parade is scheduled for Sunday, August 2, 2026, starting at 1:00 PM and concluding at 3:30 PM. The parade will commence at Pacific Boulevard near BC Place and proceed along Pacific Boulevard to Howe Street. Accessible viewing zones are available outside the Roundhouse Community Centre on a first-come, first-served basis. For more details, visit the Vancouver Pride Society's official website.</w:t>
      </w:r>
      <w:r/>
    </w:p>
    <w:p>
      <w:pPr>
        <w:pStyle w:val="ListNumber"/>
        <w:spacing w:line="240" w:lineRule="auto"/>
        <w:ind w:left="720"/>
      </w:pPr>
      <w:r/>
      <w:hyperlink r:id="rId12">
        <w:r>
          <w:rPr>
            <w:color w:val="0000EE"/>
            <w:u w:val="single"/>
          </w:rPr>
          <w:t>https://www.vancouverpride.ca/events</w:t>
        </w:r>
      </w:hyperlink>
      <w:r>
        <w:t xml:space="preserve"> - Vancouver Pride 2026 is scheduled from July 25 to August 2, 2026, featuring over a week of community events, including the Vancouver Pride Parade on Sunday, August 2, 2026. The parade will begin at Pacific Boulevard near BC Place and proceed along Pacific Boulevard to Howe Street. The Davie Village Pride Fest will follow, transforming Davie Street into a vibrant street festival with live entertainment, drag performances, DJs, local vendors, and more. For detailed information, visit the Vancouver Pride Society's events page.</w:t>
      </w:r>
      <w:r/>
    </w:p>
    <w:p>
      <w:pPr>
        <w:pStyle w:val="ListNumber"/>
        <w:spacing w:line="240" w:lineRule="auto"/>
        <w:ind w:left="720"/>
      </w:pPr>
      <w:r/>
      <w:hyperlink r:id="rId15">
        <w:r>
          <w:rPr>
            <w:color w:val="0000EE"/>
            <w:u w:val="single"/>
          </w:rPr>
          <w:t>https://www.vancouverpride.ca/parade-applications</w:t>
        </w:r>
      </w:hyperlink>
      <w:r>
        <w:t xml:space="preserve"> - Applications for the Vancouver Pride Parade are open until July 1, 2026. The parade is scheduled for Sunday, August 2, 2026, starting at 1:00 PM and concluding at 3:30 PM. The parade will commence at Pacific Boulevard near BC Place and proceed along Pacific Boulevard to Howe Street. Accessible viewing zones are available outside the Roundhouse Community Centre on a first-come, first-served basis. For more details, visit the Vancouver Pride Society's official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iss604.com/2026/07/vancouver-pride-parade-route-schedule/" TargetMode="External"/><Relationship Id="rId10" Type="http://schemas.openxmlformats.org/officeDocument/2006/relationships/hyperlink" Target="https://www.vancouverpride.ca/parade/" TargetMode="External"/><Relationship Id="rId11" Type="http://schemas.openxmlformats.org/officeDocument/2006/relationships/hyperlink" Target="https://www.vancouverpride.ca/pride2026" TargetMode="External"/><Relationship Id="rId12" Type="http://schemas.openxmlformats.org/officeDocument/2006/relationships/hyperlink" Target="https://www.vancouverpride.ca/events" TargetMode="External"/><Relationship Id="rId13" Type="http://schemas.openxmlformats.org/officeDocument/2006/relationships/hyperlink" Target="https://vancouver.page/event/vancouver-pride-parade/" TargetMode="External"/><Relationship Id="rId14" Type="http://schemas.openxmlformats.org/officeDocument/2006/relationships/hyperlink" Target="https://vancouver.ca/people-programs/pride.aspx" TargetMode="External"/><Relationship Id="rId15" Type="http://schemas.openxmlformats.org/officeDocument/2006/relationships/hyperlink" Target="https://www.vancouverpride.ca/parade-applic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