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Queer Horror Hit "Corpus" Delivers Sex, Style and Slow-Burn Dread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spooky, sexy cinema are lining up: Corpus, a stylish queer horror-thriller from director Corrin Evans, had its world premiere at Fantasia and is already turning heads for its sweaty 1990s New York vibe, body-focused storytelling and buzzworthy erotic tension , the film is currently seeking distribution.</w:t>
      </w:r>
      <w:r/>
    </w:p>
    <w:p>
      <w:r/>
      <w:r>
        <w:t>Essential Takeaways</w:t>
      </w:r>
      <w:r/>
      <w:r/>
    </w:p>
    <w:p>
      <w:pPr>
        <w:pStyle w:val="ListBullet"/>
        <w:spacing w:line="240" w:lineRule="auto"/>
        <w:ind w:left="720"/>
      </w:pPr>
      <w:r/>
      <w:r>
        <w:rPr>
          <w:b/>
        </w:rPr>
        <w:t>Premiere status:</w:t>
      </w:r>
      <w:r>
        <w:t xml:space="preserve"> Corpus debuted at the Fantasia International Film Festival and is looking for distribution, making it a festival favourite to watch.</w:t>
      </w:r>
      <w:r/>
    </w:p>
    <w:p>
      <w:pPr>
        <w:pStyle w:val="ListBullet"/>
        <w:spacing w:line="240" w:lineRule="auto"/>
        <w:ind w:left="720"/>
      </w:pPr>
      <w:r/>
      <w:r>
        <w:rPr>
          <w:b/>
        </w:rPr>
        <w:t>Director background:</w:t>
      </w:r>
      <w:r>
        <w:t xml:space="preserve"> Corrin Evans, an experienced intimacy coordinator, makes a confident feature debut that foregrounds touch and close-ups.</w:t>
      </w:r>
      <w:r/>
    </w:p>
    <w:p>
      <w:pPr>
        <w:pStyle w:val="ListBullet"/>
        <w:spacing w:line="240" w:lineRule="auto"/>
        <w:ind w:left="720"/>
      </w:pPr>
      <w:r/>
      <w:r>
        <w:rPr>
          <w:b/>
        </w:rPr>
        <w:t>Tone and setting:</w:t>
      </w:r>
      <w:r>
        <w:t xml:space="preserve"> Set against a late‑90s sweaty club scene, the film blends slow-burn suspense with eroticism and unsettling body imagery.</w:t>
      </w:r>
      <w:r/>
    </w:p>
    <w:p>
      <w:pPr>
        <w:pStyle w:val="ListBullet"/>
        <w:spacing w:line="240" w:lineRule="auto"/>
        <w:ind w:left="720"/>
      </w:pPr>
      <w:r/>
      <w:r>
        <w:rPr>
          <w:b/>
        </w:rPr>
        <w:t>Core themes:</w:t>
      </w:r>
      <w:r>
        <w:t xml:space="preserve"> The story interrogates desire, identity and bodies , both as husks and as sites of ownership , with nudity presented as natural rather than purely shocking.</w:t>
      </w:r>
      <w:r/>
    </w:p>
    <w:p>
      <w:pPr>
        <w:pStyle w:val="ListBullet"/>
        <w:spacing w:line="240" w:lineRule="auto"/>
        <w:ind w:left="720"/>
      </w:pPr>
      <w:r/>
      <w:r>
        <w:rPr>
          <w:b/>
        </w:rPr>
        <w:t>Sensory impact:</w:t>
      </w:r>
      <w:r>
        <w:t xml:space="preserve"> Expect close, intimate camera work, palpable sexual tension, and a creeping, uneasy atmosphere.</w:t>
      </w:r>
      <w:r/>
      <w:r/>
    </w:p>
    <w:p>
      <w:pPr>
        <w:pStyle w:val="Heading2"/>
      </w:pPr>
      <w:r>
        <w:t>A debut that feels made for midnight screenings</w:t>
      </w:r>
      <w:r/>
    </w:p>
    <w:p>
      <w:r/>
      <w:r>
        <w:t>Corpus opens with a skin-crawling scene set in 1997, and it doesn’t let up on mood from there: think sultry club lighting, wet-sheen skin and an insistently unnerving visual language. Evans, who’s been on set as an intimacy coordinator for titles such as MaXXXine and American Horror Stories, brings that practical knowledge to every close-up and moment of physicality. The result is a film that feels tactile , you can almost feel the sweat and the weight of people's gazes.</w:t>
      </w:r>
      <w:r/>
    </w:p>
    <w:p>
      <w:r/>
      <w:r>
        <w:t>Behind the visuals is a deliberate creative choice to make bodies central to the narrative. Evans told PGN that she and co-writer Lily Cowles mined images and books for the motifs , a decorative mask, predatory nature imagery , to build the film’s unsettling mechanics. The effect is both stylish and creepy: the audience is invited to linger before the horror cracks open.</w:t>
      </w:r>
      <w:r/>
    </w:p>
    <w:p>
      <w:pPr>
        <w:pStyle w:val="Heading2"/>
      </w:pPr>
      <w:r>
        <w:t>Queer desire at the heart of the horror</w:t>
      </w:r>
      <w:r/>
    </w:p>
    <w:p>
      <w:r/>
      <w:r>
        <w:t>The romance and power play between Sayo, a gay New York photographer and dealer, and Vince, an upstate‑bound budding star, is the film’s emotional engine. Evans explains that the queer dynamic was organic , it reflects how desire and identity can fold into one another, producing jealousy, mimicry and yearning. That makes the triangle between Sayo, Vince and their friend Ross a potent source of tension beyond mere plot mechanics.</w:t>
      </w:r>
      <w:r/>
    </w:p>
    <w:p>
      <w:r/>
      <w:r>
        <w:t>Sayo’s artistic hunger and reluctant compromises , selling drugs to fund his pictures , add texture to the character. The film isn’t just about scares; it’s about wanting, and how wanting can corrode or elevate a person. If you’re drawn to films that explore relationships as a terrain of power and obsession, Corpus turns that terrain into a slow-burning, sensory experience.</w:t>
      </w:r>
      <w:r/>
    </w:p>
    <w:p>
      <w:pPr>
        <w:pStyle w:val="Heading2"/>
      </w:pPr>
      <w:r>
        <w:t>Intimacy choreography that earns its nudity</w:t>
      </w:r>
      <w:r/>
    </w:p>
    <w:p>
      <w:r/>
      <w:r>
        <w:t>You’ll notice the nudity isn’t treated as tabloid shock but as an element of character and theme. Evans’ background staging intimate scenes pays off: the camera lingers in ways that are meant to make you feel present, not voyeuristic. The choice of a nude actor as a kind of “husk” for body-swapping ideas speaks to the film’s preoccupation with embodiment , who owns a body, and what happens when bodies are treated as suits to be worn or shed.</w:t>
      </w:r>
      <w:r/>
    </w:p>
    <w:p>
      <w:r/>
      <w:r>
        <w:t>This approach helps the film balance eroticism and discomfort. Rather than cheapening sex scenes, the intimacy work frames them as revealing and fraught, which heightens the horror when things go wrong. For viewers sensitive to explicit content, the context and intention make the nudity feel integral rather than gratuitous.</w:t>
      </w:r>
      <w:r/>
    </w:p>
    <w:p>
      <w:pPr>
        <w:pStyle w:val="Heading2"/>
      </w:pPr>
      <w:r>
        <w:t>A period vibe stitched to a modern unease</w:t>
      </w:r>
      <w:r/>
    </w:p>
    <w:p>
      <w:r/>
      <w:r>
        <w:t>Corpus uses its late‑90s New York setting , smoky clubs, analogue cameras and flea-market aesthetics , to anchor the story in a real, tactile world before the supernatural or psychological elements intrude. ScreenDaily and other festival write-ups picked up on the film’s hedonistic milieu, where art, commerce and bodies intersect in messy ways. That era’s texture amplifies the film’s themes: it’s easier to believe in shadowy deals, ambiguous consent and blurred boundaries when the world feels physically lived-in.</w:t>
      </w:r>
      <w:r/>
    </w:p>
    <w:p>
      <w:r/>
      <w:r>
        <w:t>If you’re choosing whether to see it, consider what you want from horror: Corpus is not jump-scare cinema. It’s a slow-burn that rewards patience, attention to atmosphere and an appetite for queer-centred storytelling.</w:t>
      </w:r>
      <w:r/>
    </w:p>
    <w:p>
      <w:pPr>
        <w:pStyle w:val="Heading2"/>
      </w:pPr>
      <w:r>
        <w:t>Why Corpus matters and what to watch for next</w:t>
      </w:r>
      <w:r/>
    </w:p>
    <w:p>
      <w:r/>
      <w:r>
        <w:t>Beyond the festival circuit, Corpus is significant because it’s a confident queer-horror debut from a filmmaker who understands how to stage intimacy safely and cinematically. Fantasia’s audience response suggests the film could find a strong niche among genre fans and queer viewers hungry for stories that centre desire as both human truth and narrative engine.</w:t>
      </w:r>
      <w:r/>
    </w:p>
    <w:p>
      <w:r/>
      <w:r>
        <w:t>If you’re keeping a watchlist: look for announcements about distribution, and if the film screens near you, go for an evening showing where the mood can settle. Bring a friend who likes cinema that lingers; this is the kind of film that invites post-screening conversation about what we fear and what we crave.</w:t>
      </w:r>
      <w:r/>
    </w:p>
    <w:p>
      <w:r/>
      <w:r>
        <w:t>It's a small change of pace that makes every look and touch feel like the next complication.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9">
        <w:r>
          <w:rPr>
            <w:color w:val="0000EE"/>
            <w:u w:val="single"/>
          </w:rPr>
          <w:t>[1]</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1">
        <w:r>
          <w:rPr>
            <w:color w:val="0000EE"/>
            <w:u w:val="single"/>
          </w:rPr>
          <w:t>[4]</w:t>
        </w:r>
      </w:hyperlink>
      <w:r>
        <w:t xml:space="preserve">- Paragraph 5: </w:t>
      </w:r>
      <w:hyperlink r:id="rId12">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https://epgn.com/2026/07/27/sex-and-horror-create-a-slow-burn-in-corpus/</w:t>
        </w:r>
      </w:hyperlink>
      <w:r>
        <w:t xml:space="preserve"> - Please view link - unable to able to access data</w:t>
      </w:r>
      <w:r/>
    </w:p>
    <w:p>
      <w:pPr>
        <w:pStyle w:val="ListNumber"/>
        <w:spacing w:line="240" w:lineRule="auto"/>
        <w:ind w:left="720"/>
      </w:pPr>
      <w:r/>
      <w:hyperlink r:id="rId10">
        <w:r>
          <w:rPr>
            <w:color w:val="0000EE"/>
            <w:u w:val="single"/>
          </w:rPr>
          <w:t>https://www.theaureview.com/watch/corpus-fantasia-film-festival-review/</w:t>
        </w:r>
      </w:hyperlink>
      <w:r>
        <w:t xml:space="preserve"> - This review of 'Corpus' from The AU Review describes the film as a hypnotic slow-burn horror that rewards patient viewers. Directed by Corrin Evans, the film blends psychological horror, erotic tension, and surreal mystery, set in 1998 New York City. It follows Sayo, a nightlife photographer and drug dealer, who attends a party upstate with his friend Vince, only to encounter unsettling events. The review praises the film's immersive atmosphere, visual sophistication, and the performances of the cast, noting that while the pacing may challenge some viewers, those who embrace its rhythm will find it captivating.</w:t>
      </w:r>
      <w:r/>
    </w:p>
    <w:p>
      <w:pPr>
        <w:pStyle w:val="ListNumber"/>
        <w:spacing w:line="240" w:lineRule="auto"/>
        <w:ind w:left="720"/>
      </w:pPr>
      <w:r/>
      <w:hyperlink r:id="rId12">
        <w:r>
          <w:rPr>
            <w:color w:val="0000EE"/>
            <w:u w:val="single"/>
          </w:rPr>
          <w:t>https://www.screendaily.com/reviews/corpus-review-hedonistic-horror-debut-plays-out-against-the-sweaty-club-scene-of-late-90s-new-york/5218895.article</w:t>
        </w:r>
      </w:hyperlink>
      <w:r>
        <w:t xml:space="preserve"> - Screen Daily's review of 'Corpus' highlights the film as a hedonistic horror debut set against the late 1990s New York club scene. Directed by Corrin Evans, the film follows Sayo, an aspiring photographer and part-time drug dealer, who is invited to a weekend party upstate by his friend Vince. The review notes the film's focus on erotic tension and its vibes-led viewing experience, drawing comparisons to films like 'Society' and 'Under The Skin'. It introduces Evans as a promising new voice in genre cinema.</w:t>
      </w:r>
      <w:r/>
    </w:p>
    <w:p>
      <w:pPr>
        <w:pStyle w:val="ListNumber"/>
        <w:spacing w:line="240" w:lineRule="auto"/>
        <w:ind w:left="720"/>
      </w:pPr>
      <w:r/>
      <w:hyperlink r:id="rId11">
        <w:r>
          <w:rPr>
            <w:color w:val="0000EE"/>
            <w:u w:val="single"/>
          </w:rPr>
          <w:t>https://fantasiafestival.com/en/film/corpus</w:t>
        </w:r>
      </w:hyperlink>
      <w:r>
        <w:t xml:space="preserve"> - The official page for 'Corpus' on the Fantasia International Film Festival website provides details about the film's screening schedule, credits, and a synopsis. Directed by Corrin Evans, the film is a sensual horror thriller set in the summer of 1998, following Sayo, a nightlife photographer and drug dealer, who is invited to a party upstate by his longtime crush, Vince Marlowe. The page includes information about the film's cast, crew, and the festival's presentation of the film.</w:t>
      </w:r>
      <w:r/>
    </w:p>
    <w:p>
      <w:pPr>
        <w:pStyle w:val="ListNumber"/>
        <w:spacing w:line="240" w:lineRule="auto"/>
        <w:ind w:left="720"/>
      </w:pPr>
      <w:r/>
      <w:hyperlink r:id="rId14">
        <w:r>
          <w:rPr>
            <w:color w:val="0000EE"/>
            <w:u w:val="single"/>
          </w:rPr>
          <w:t>https://www.allocine.fr/film/fichefilm_gen_cfilm%3D1000047640.html</w:t>
        </w:r>
      </w:hyperlink>
      <w:r>
        <w:t xml:space="preserve"> - AlloCiné's page for 'Corpus' provides information about the film's cast, crew, and a brief synopsis. Directed by Corrin Evans, the film stars Jeff Wahlberg, Brodie Townsend, and Michael Vlamis. The synopsis mentions that in the summer of 1998, Sayo, a nightlife photographer and small-time drug dealer, is invited to a party in upstate New York by his longtime friend and unrequited love, Vince Marlowe. Together with their friend Ross, they arrive at a remote manor to find that the promised party consists of three mysterious women—Billie, Wren, and Cata.</w:t>
      </w:r>
      <w:r/>
    </w:p>
    <w:p>
      <w:pPr>
        <w:pStyle w:val="ListNumber"/>
        <w:spacing w:line="240" w:lineRule="auto"/>
        <w:ind w:left="720"/>
      </w:pPr>
      <w:r/>
      <w:hyperlink r:id="rId13">
        <w:r>
          <w:rPr>
            <w:color w:val="0000EE"/>
            <w:u w:val="single"/>
          </w:rPr>
          <w:t>https://en.wikipedia.org/wiki/Fantasia_International_Film_Festival</w:t>
        </w:r>
      </w:hyperlink>
      <w:r>
        <w:t xml:space="preserve"> - The Wikipedia page for the Fantasia International Film Festival provides an overview of the festival, including its history, mission, and significance in the film industry. Founded in 1996 and held primarily in Montreal, Canada, the festival specializes in genre films such as fantasy, horror, science fiction, and cult cinema, drawing over 100,000 attendees each year. It is considered one of the top three genre festivals worldwide, alongside Sitges and Fantastic Fest. The page also details the festival's various sections, awards, and notable screenings.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7/27/sex-and-horror-create-a-slow-burn-in-corpus/" TargetMode="External"/><Relationship Id="rId10" Type="http://schemas.openxmlformats.org/officeDocument/2006/relationships/hyperlink" Target="https://www.theaureview.com/watch/corpus-fantasia-film-festival-review/" TargetMode="External"/><Relationship Id="rId11" Type="http://schemas.openxmlformats.org/officeDocument/2006/relationships/hyperlink" Target="https://fantasiafestival.com/en/film/corpus" TargetMode="External"/><Relationship Id="rId12" Type="http://schemas.openxmlformats.org/officeDocument/2006/relationships/hyperlink" Target="https://www.screendaily.com/reviews/corpus-review-hedonistic-horror-debut-plays-out-against-the-sweaty-club-scene-of-late-90s-new-york/5218895.article" TargetMode="External"/><Relationship Id="rId13" Type="http://schemas.openxmlformats.org/officeDocument/2006/relationships/hyperlink" Target="https://en.wikipedia.org/wiki/Fantasia_International_Film_Festival" TargetMode="External"/><Relationship Id="rId14" Type="http://schemas.openxmlformats.org/officeDocument/2006/relationships/hyperlink" Target="https://www.allocine.fr/film/fichefilm_gen_cfilm%3D100004764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