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One Dead After Vehicle Hits Crowd at Berlin Pride — What We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say a routine sunny parade turned chaotic when a car drove into a crowd at Berlin’s LGBTQ+ pride event; organisers, police and witnesses scrambled to help, and the incident has left the community and city asking how this could happen.</w:t>
      </w:r>
      <w:r/>
    </w:p>
    <w:p>
      <w:r/>
      <w:r>
        <w:t>Essential Takeaways</w:t>
      </w:r>
      <w:r/>
      <w:r/>
    </w:p>
    <w:p>
      <w:pPr>
        <w:pStyle w:val="ListBullet"/>
        <w:spacing w:line="240" w:lineRule="auto"/>
        <w:ind w:left="720"/>
      </w:pPr>
      <w:r/>
      <w:r>
        <w:rPr>
          <w:b/>
        </w:rPr>
        <w:t>Casualty:</w:t>
      </w:r>
      <w:r>
        <w:t xml:space="preserve"> One person has died and multiple people were injured after a car struck participants near a pride parade in Berlin.</w:t>
      </w:r>
      <w:r/>
    </w:p>
    <w:p>
      <w:pPr>
        <w:pStyle w:val="ListBullet"/>
        <w:spacing w:line="240" w:lineRule="auto"/>
        <w:ind w:left="720"/>
      </w:pPr>
      <w:r/>
      <w:r>
        <w:rPr>
          <w:b/>
        </w:rPr>
        <w:t>Response:</w:t>
      </w:r>
      <w:r>
        <w:t xml:space="preserve"> Emergency services and volunteers quickly moved to treat the wounded, with witnesses describing a confused, urgent scene and a smell of petrol in the air.</w:t>
      </w:r>
      <w:r/>
    </w:p>
    <w:p>
      <w:pPr>
        <w:pStyle w:val="ListBullet"/>
        <w:spacing w:line="240" w:lineRule="auto"/>
        <w:ind w:left="720"/>
      </w:pPr>
      <w:r/>
      <w:r>
        <w:rPr>
          <w:b/>
        </w:rPr>
        <w:t>Investigation:</w:t>
      </w:r>
      <w:r>
        <w:t xml:space="preserve"> Police launched a manhunt and later reported that the suspect is dead; authorities are treating the event as a serious criminal incident.</w:t>
      </w:r>
      <w:r/>
    </w:p>
    <w:p>
      <w:pPr>
        <w:pStyle w:val="ListBullet"/>
        <w:spacing w:line="240" w:lineRule="auto"/>
        <w:ind w:left="720"/>
      </w:pPr>
      <w:r/>
      <w:r>
        <w:rPr>
          <w:b/>
        </w:rPr>
        <w:t>Community impact:</w:t>
      </w:r>
      <w:r>
        <w:t xml:space="preserve"> Organisers paused the parade and stressed support services; solidarity vigils and offers of counselling were reported.</w:t>
      </w:r>
      <w:r/>
    </w:p>
    <w:p>
      <w:pPr>
        <w:pStyle w:val="ListBullet"/>
        <w:spacing w:line="240" w:lineRule="auto"/>
        <w:ind w:left="720"/>
      </w:pPr>
      <w:r/>
      <w:r>
        <w:rPr>
          <w:b/>
        </w:rPr>
        <w:t>Practical note:</w:t>
      </w:r>
      <w:r>
        <w:t xml:space="preserve"> Large public events are reviewing security and crowd-control measures in light of the incident.</w:t>
      </w:r>
      <w:r/>
      <w:r/>
    </w:p>
    <w:p>
      <w:pPr>
        <w:pStyle w:val="Heading2"/>
      </w:pPr>
      <w:r>
        <w:t>What happened, in brief , a sudden scene of chaos</w:t>
      </w:r>
      <w:r/>
    </w:p>
    <w:p>
      <w:r/>
      <w:r>
        <w:t>Witnesses told reporters the march was lively, full of colour and music, before a vehicle suddenly ploughed into people standing near the route, leaving bodies on the pavement and companions in shock. According to international outlets covering the event, emergency crews arrived within minutes and bystanders sprang into action with first aid and blankets. The emotional tone was raw: people who’d come to celebrate were left trying to help strangers.</w:t>
      </w:r>
      <w:r/>
    </w:p>
    <w:p>
      <w:pPr>
        <w:pStyle w:val="Heading2"/>
      </w:pPr>
      <w:r>
        <w:t>How authorities responded and what they’ve said</w:t>
      </w:r>
      <w:r/>
    </w:p>
    <w:p>
      <w:r/>
      <w:r>
        <w:t>Police sealed off the area, set up an incident command and launched an urgent search for the driver. Media coverage and official briefings indicate investigators treated the crash as a deliberate act while they pieced together motive and timeline. Later updates said the suspect is dead, though authorities continued to gather forensic evidence and interview witnesses. Reuters-style reporting in the days after underlined that the case remains active and evolving.</w:t>
      </w:r>
      <w:r/>
    </w:p>
    <w:p>
      <w:pPr>
        <w:pStyle w:val="Heading2"/>
      </w:pPr>
      <w:r>
        <w:t>The human fallout , injuries, grief and rapid support</w:t>
      </w:r>
      <w:r/>
    </w:p>
    <w:p>
      <w:r/>
      <w:r>
        <w:t>Hospitals received multiple casualties, with some suffering serious wounds and others minor injuries and shock. Organisers and local LGBTQ+ groups moved quickly to provide counselling, helplines and places to gather safely, recognising that trauma can ripple through a community long after physical wounds heal. Observers noted the quiet that fell over parts of the city where the parade had been joyful minutes earlier , a stark reminder of how public celebrations can suddenly become sites of harm.</w:t>
      </w:r>
      <w:r/>
    </w:p>
    <w:p>
      <w:pPr>
        <w:pStyle w:val="Heading2"/>
      </w:pPr>
      <w:r>
        <w:t>What this means for public events and security</w:t>
      </w:r>
      <w:r/>
    </w:p>
    <w:p>
      <w:r/>
      <w:r>
        <w:t>Event planners, municipal authorities and pride committees will likely intensify talks about visible security, vehicle barriers and stewarding at future parades. Experts quoted in coverage pointed out that simple, physical protections , temporary bollards, reinforced barriers and better vehicle access control , can make a real difference without spoiling the atmosphere. If you run or attend events, check entry points, stay near marked exits and note where stewards are posted.</w:t>
      </w:r>
      <w:r/>
    </w:p>
    <w:p>
      <w:pPr>
        <w:pStyle w:val="Heading2"/>
      </w:pPr>
      <w:r>
        <w:t>Community reaction and next steps</w:t>
      </w:r>
      <w:r/>
    </w:p>
    <w:p>
      <w:r/>
      <w:r>
        <w:t>Local and international leaders expressed condolences and called for calm, while community members organised vigils and offered practical help to those affected. Coverage emphasised solidarity: many who turned up the day after did so to support one another and to show that fear won’t silence celebration. Authorities continue to investigate motive and circumstances, and the coming days will reveal more as evidence and witness testimony are processed.</w:t>
      </w:r>
      <w:r/>
    </w:p>
    <w:p>
      <w:r/>
      <w:r>
        <w:t>It's a small phrase to say people were left shaken; it’s a big reminder to keep watching how cities protect public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https://www.djournal.com/news/nation-world/police-say-one-person-has-died-after-being-hit-by-car-at-berlins-lgbtq-parade/article_783e1d4a-364e-5323-9a7a-0bb5046660f3.html</w:t>
        </w:r>
      </w:hyperlink>
      <w:r>
        <w:t xml:space="preserve"> - Please view link - unable to able to access data</w:t>
      </w:r>
      <w:r/>
    </w:p>
    <w:p>
      <w:pPr>
        <w:pStyle w:val="ListNumber"/>
        <w:spacing w:line="240" w:lineRule="auto"/>
        <w:ind w:left="720"/>
      </w:pPr>
      <w:r/>
      <w:hyperlink r:id="rId10">
        <w:r>
          <w:rPr>
            <w:color w:val="0000EE"/>
            <w:u w:val="single"/>
          </w:rPr>
          <w:t>https://www.abcnews.com/International/manhunt-underway-after-vehicle-drives-crowd-berlin-lgtbq/story?id=135089674</w:t>
        </w:r>
      </w:hyperlink>
      <w:r>
        <w:t xml:space="preserve"> - A vehicle drove into a crowd during Berlin's LGBTQ+ celebrations, resulting in one death and several injuries. Police initiated a manhunt for the suspect, who was known to have ties to Islamic circles in Berlin. The incident occurred in Tiergarten Park, leading to the cancellation of the Christopher Street Day parade. (</w:t>
      </w:r>
      <w:hyperlink r:id="rId16">
        <w:r>
          <w:rPr>
            <w:color w:val="0000EE"/>
            <w:u w:val="single"/>
          </w:rPr>
          <w:t>www-cdn.abcnews.com</w:t>
        </w:r>
      </w:hyperlink>
      <w:r>
        <w:t>)</w:t>
      </w:r>
      <w:r/>
    </w:p>
    <w:p>
      <w:pPr>
        <w:pStyle w:val="ListNumber"/>
        <w:spacing w:line="240" w:lineRule="auto"/>
        <w:ind w:left="720"/>
      </w:pPr>
      <w:r/>
      <w:hyperlink r:id="rId12">
        <w:r>
          <w:rPr>
            <w:color w:val="0000EE"/>
            <w:u w:val="single"/>
          </w:rPr>
          <w:t>https://www.itv.com/news/2026-07-25/at-least-one-person-killed-after-car-drives-into-crowd-at-berlin-pride</w:t>
        </w:r>
      </w:hyperlink>
      <w:r>
        <w:t xml:space="preserve"> - A car drove into a crowd during Berlin's LGBTQ+ parade, killing one person and injuring at least 15. Police called off the event hours after it began. Some victims sustained life-threatening injuries. (</w:t>
      </w:r>
      <w:hyperlink r:id="rId17">
        <w:r>
          <w:rPr>
            <w:color w:val="0000EE"/>
            <w:u w:val="single"/>
          </w:rPr>
          <w:t>itv.com</w:t>
        </w:r>
      </w:hyperlink>
      <w:r>
        <w:t>)</w:t>
      </w:r>
      <w:r/>
    </w:p>
    <w:p>
      <w:pPr>
        <w:pStyle w:val="ListNumber"/>
        <w:spacing w:line="240" w:lineRule="auto"/>
        <w:ind w:left="720"/>
      </w:pPr>
      <w:r/>
      <w:hyperlink r:id="rId11">
        <w:r>
          <w:rPr>
            <w:color w:val="0000EE"/>
            <w:u w:val="single"/>
          </w:rPr>
          <w:t>https://www.cbsnews.com/news/berlin-lgbtq-pride-car-crash/</w:t>
        </w:r>
      </w:hyperlink>
      <w:r>
        <w:t xml:space="preserve"> - Berlin police identified a suspect with ties to Islamic circles after a car plowed into a crowd at the city's LGBTQ+ parade, killing one person and injuring at least 16. The suspect, known to police, is from Berlin. (</w:t>
      </w:r>
      <w:hyperlink r:id="rId18">
        <w:r>
          <w:rPr>
            <w:color w:val="0000EE"/>
            <w:u w:val="single"/>
          </w:rPr>
          <w:t>cbsnews.com</w:t>
        </w:r>
      </w:hyperlink>
      <w:r>
        <w:t>)</w:t>
      </w:r>
      <w:r/>
    </w:p>
    <w:p>
      <w:pPr>
        <w:pStyle w:val="ListNumber"/>
        <w:spacing w:line="240" w:lineRule="auto"/>
        <w:ind w:left="720"/>
      </w:pPr>
      <w:r/>
      <w:hyperlink r:id="rId14">
        <w:r>
          <w:rPr>
            <w:color w:val="0000EE"/>
            <w:u w:val="single"/>
          </w:rPr>
          <w:t>https://www.wmur.com/article/berlin-germany-lgbtq-parade/73263378</w:t>
        </w:r>
      </w:hyperlink>
      <w:r>
        <w:t xml:space="preserve"> - A van drove into a crowd during Berlin's LGBTQ+ event, killing one person and injuring at least 15. Police called off the celebrations hours after they began. Some victims had life-threatening injuries. (</w:t>
      </w:r>
      <w:hyperlink r:id="rId19">
        <w:r>
          <w:rPr>
            <w:color w:val="0000EE"/>
            <w:u w:val="single"/>
          </w:rPr>
          <w:t>wmur.com</w:t>
        </w:r>
      </w:hyperlink>
      <w:r>
        <w:t>)</w:t>
      </w:r>
      <w:r/>
    </w:p>
    <w:p>
      <w:pPr>
        <w:pStyle w:val="ListNumber"/>
        <w:spacing w:line="240" w:lineRule="auto"/>
        <w:ind w:left="720"/>
      </w:pPr>
      <w:r/>
      <w:hyperlink r:id="rId13">
        <w:r>
          <w:rPr>
            <w:color w:val="0000EE"/>
            <w:u w:val="single"/>
          </w:rPr>
          <w:t>https://www.aljazeera.com/news/2026/7/25/one-dead-14-injured-as-car-reportedly-strikes-crowd-at-berlin-lgbtq-event</w:t>
        </w:r>
      </w:hyperlink>
      <w:r>
        <w:t xml:space="preserve"> - A car drove into a crowd at Berlin's LGBTQ+ parade, resulting in one death and more than a dozen injuries. The incident led to the cancellation of the event hours after it began. (</w:t>
      </w:r>
      <w:hyperlink r:id="rId20">
        <w:r>
          <w:rPr>
            <w:color w:val="0000EE"/>
            <w:u w:val="single"/>
          </w:rPr>
          <w:t>aljazeera.com</w:t>
        </w:r>
      </w:hyperlink>
      <w:r>
        <w:t>)</w:t>
      </w:r>
      <w:r/>
    </w:p>
    <w:p>
      <w:pPr>
        <w:pStyle w:val="ListNumber"/>
        <w:spacing w:line="240" w:lineRule="auto"/>
        <w:ind w:left="720"/>
      </w:pPr>
      <w:r/>
      <w:hyperlink r:id="rId15">
        <w:r>
          <w:rPr>
            <w:color w:val="0000EE"/>
            <w:u w:val="single"/>
          </w:rPr>
          <w:t>https://www.kpbs.org/news/international/2026/07/25/suspect-in-berlin-pride-vehicle-attack-is-dead-police-say</w:t>
        </w:r>
      </w:hyperlink>
      <w:r>
        <w:t xml:space="preserve"> - The suspect in the Berlin Pride vehicle attack was killed in a confrontation with police. The individual was found in Spandau and ran toward officers with a bladed weapon, prompting police to open fire. (</w:t>
      </w:r>
      <w:hyperlink r:id="rId21">
        <w:r>
          <w:rPr>
            <w:color w:val="0000EE"/>
            <w:u w:val="single"/>
          </w:rPr>
          <w:t>kpbs.org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journal.com/news/nation-world/police-say-one-person-has-died-after-being-hit-by-car-at-berlins-lgbtq-parade/article_783e1d4a-364e-5323-9a7a-0bb5046660f3.html" TargetMode="External"/><Relationship Id="rId10" Type="http://schemas.openxmlformats.org/officeDocument/2006/relationships/hyperlink" Target="https://www.abcnews.com/International/manhunt-underway-after-vehicle-drives-crowd-berlin-lgtbq/story?id=135089674" TargetMode="External"/><Relationship Id="rId11" Type="http://schemas.openxmlformats.org/officeDocument/2006/relationships/hyperlink" Target="https://www.cbsnews.com/news/berlin-lgbtq-pride-car-crash/" TargetMode="External"/><Relationship Id="rId12" Type="http://schemas.openxmlformats.org/officeDocument/2006/relationships/hyperlink" Target="https://www.itv.com/news/2026-07-25/at-least-one-person-killed-after-car-drives-into-crowd-at-berlin-pride" TargetMode="External"/><Relationship Id="rId13" Type="http://schemas.openxmlformats.org/officeDocument/2006/relationships/hyperlink" Target="https://www.aljazeera.com/news/2026/7/25/one-dead-14-injured-as-car-reportedly-strikes-crowd-at-berlin-lgbtq-event" TargetMode="External"/><Relationship Id="rId14" Type="http://schemas.openxmlformats.org/officeDocument/2006/relationships/hyperlink" Target="https://www.wmur.com/article/berlin-germany-lgbtq-parade/73263378" TargetMode="External"/><Relationship Id="rId15" Type="http://schemas.openxmlformats.org/officeDocument/2006/relationships/hyperlink" Target="https://www.kpbs.org/news/international/2026/07/25/suspect-in-berlin-pride-vehicle-attack-is-dead-police-say" TargetMode="External"/><Relationship Id="rId16" Type="http://schemas.openxmlformats.org/officeDocument/2006/relationships/hyperlink" Target="https://www-cdn.abcnews.com/International/manhunt-underway-after-vehicle-drives-crowd-berlin-lgtbq/story?id=135089674&amp;utm_source=openai" TargetMode="External"/><Relationship Id="rId17" Type="http://schemas.openxmlformats.org/officeDocument/2006/relationships/hyperlink" Target="https://www.itv.com/news/2026-07-25/at-least-one-person-killed-after-car-drives-into-crowd-at-berlin-pride?utm_source=openai" TargetMode="External"/><Relationship Id="rId18" Type="http://schemas.openxmlformats.org/officeDocument/2006/relationships/hyperlink" Target="https://www.cbsnews.com/news/berlin-lgbtq-pride-car-crash/?utm_source=openai" TargetMode="External"/><Relationship Id="rId19" Type="http://schemas.openxmlformats.org/officeDocument/2006/relationships/hyperlink" Target="https://www.wmur.com/article/berlin-germany-lgbtq-parade/73263378?utm_source=openai" TargetMode="External"/><Relationship Id="rId20" Type="http://schemas.openxmlformats.org/officeDocument/2006/relationships/hyperlink" Target="https://www.aljazeera.com/news/2026/7/25/one-dead-14-injured-as-car-reportedly-strikes-crowd-at-berlin-lgbtq-event?utm_source=openai" TargetMode="External"/><Relationship Id="rId21" Type="http://schemas.openxmlformats.org/officeDocument/2006/relationships/hyperlink" Target="https://www.kpbs.org/news/international/2026/07/25/suspect-in-berlin-pride-vehicle-attack-is-dead-police-sa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