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Memorials After Berlin Pride Attack: Flowers, Flags and Candles Remember Victims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have watched as Berlin streets filled with flowers, candles and rainbow flags, as mourners remember victims of the deadly attack on a Pride march; the spontaneous memorials matter because they show solidarity, help communities grieve and keep pressure on authorities to act.</w:t>
      </w:r>
      <w:r/>
    </w:p>
    <w:p>
      <w:r/>
      <w:r>
        <w:t>Essential Takeaways</w:t>
      </w:r>
      <w:r/>
      <w:r/>
    </w:p>
    <w:p>
      <w:pPr>
        <w:pStyle w:val="ListBullet"/>
        <w:spacing w:line="240" w:lineRule="auto"/>
        <w:ind w:left="720"/>
      </w:pPr>
      <w:r/>
      <w:r>
        <w:rPr>
          <w:b/>
        </w:rPr>
        <w:t>Visible solidarity:</w:t>
      </w:r>
      <w:r>
        <w:t xml:space="preserve"> Streets near the attack filled with flowers, candles and rainbow flags, creating a quiet, poignant scene.</w:t>
      </w:r>
      <w:r/>
    </w:p>
    <w:p>
      <w:pPr>
        <w:pStyle w:val="ListBullet"/>
        <w:spacing w:line="240" w:lineRule="auto"/>
        <w:ind w:left="720"/>
      </w:pPr>
      <w:r/>
      <w:r>
        <w:rPr>
          <w:b/>
        </w:rPr>
        <w:t>Community grief:</w:t>
      </w:r>
      <w:r>
        <w:t xml:space="preserve"> Survivors and witnesses expressed shock and anger, describing Berlin as shaken and vulnerable.</w:t>
      </w:r>
      <w:r/>
    </w:p>
    <w:p>
      <w:pPr>
        <w:pStyle w:val="ListBullet"/>
        <w:spacing w:line="240" w:lineRule="auto"/>
        <w:ind w:left="720"/>
      </w:pPr>
      <w:r/>
      <w:r>
        <w:rPr>
          <w:b/>
        </w:rPr>
        <w:t>International response:</w:t>
      </w:r>
      <w:r>
        <w:t xml:space="preserve"> Memorials and services have been organised beyond Germany, from Amsterdam to other European cities.</w:t>
      </w:r>
      <w:r/>
    </w:p>
    <w:p>
      <w:pPr>
        <w:pStyle w:val="ListBullet"/>
        <w:spacing w:line="240" w:lineRule="auto"/>
        <w:ind w:left="720"/>
      </w:pPr>
      <w:r/>
      <w:r>
        <w:rPr>
          <w:b/>
        </w:rPr>
        <w:t>Calls for answers:</w:t>
      </w:r>
      <w:r>
        <w:t xml:space="preserve"> Authorities face questions about motive, security and how to protect public LGBTQIA+ events.</w:t>
      </w:r>
      <w:r/>
    </w:p>
    <w:p>
      <w:pPr>
        <w:pStyle w:val="ListBullet"/>
        <w:spacing w:line="240" w:lineRule="auto"/>
        <w:ind w:left="720"/>
      </w:pPr>
      <w:r/>
      <w:r>
        <w:rPr>
          <w:b/>
        </w:rPr>
        <w:t>Practical support:</w:t>
      </w:r>
      <w:r>
        <w:t xml:space="preserve"> Local groups and crisis services are offering counselling and information for those affected.</w:t>
      </w:r>
      <w:r/>
      <w:r/>
    </w:p>
    <w:p>
      <w:pPr>
        <w:pStyle w:val="Heading2"/>
      </w:pPr>
      <w:r>
        <w:t>A city draped in petals and light , what the memorials looked like</w:t>
      </w:r>
      <w:r/>
    </w:p>
    <w:p>
      <w:r/>
      <w:r>
        <w:t>Mourners laid down bunches of bright flowers, lit dozens of candles and left personal notes beside rainbow flags, turning pavements into soft, flickering shrines. According to Euronews, the vigil scenes were both gentle and urgent, a visual insistence that lives were lost and remembered. People visiting the sites spoke of a quiet, heavy atmosphere , the sort of communal grief that makes strangers stop and talk. If you plan to visit a memorial, bring something small and respectful: a single bloom, a brief note, and patience for others who are grieving.</w:t>
      </w:r>
      <w:r/>
    </w:p>
    <w:p>
      <w:pPr>
        <w:pStyle w:val="Heading2"/>
      </w:pPr>
      <w:r>
        <w:t>Shock in a city that prides itself on openness</w:t>
      </w:r>
      <w:r/>
    </w:p>
    <w:p>
      <w:r/>
      <w:r>
        <w:t>Berlin has long promoted itself as a welcoming, queer-friendly place, which is why the attack has felt especially disorientating. Le Monde reported locals saying they "never thought this could happen" in a city famed for Pride and tolerance. That sense of betrayal is common after public attacks: the places where people feel safest suddenly feel exposed. For residents and visitors, the immediate aftermath is a balance of fear and determination , fear of more violence, and determination to continue public life and demonstrate solidarity.</w:t>
      </w:r>
      <w:r/>
    </w:p>
    <w:p>
      <w:pPr>
        <w:pStyle w:val="Heading2"/>
      </w:pPr>
      <w:r>
        <w:t>Grief, anger and demands for accountability</w:t>
      </w:r>
      <w:r/>
    </w:p>
    <w:p>
      <w:r/>
      <w:r>
        <w:t>Reports by RTE and other outlets captured both sorrow and righteous anger among the LGBTQIA+ community, who are calling for swift investigations and clearer security measures. Protesters and community leaders want answers about motive and why preventive steps failed. Politicians and police have promised investigations, but history shows that public pressure often matters to keep enquiries moving. If you care about safety at public events, consider supporting local charities and campaigning for better protections for community gatherings.</w:t>
      </w:r>
      <w:r/>
    </w:p>
    <w:p>
      <w:pPr>
        <w:pStyle w:val="Heading2"/>
      </w:pPr>
      <w:r>
        <w:t>Memorials spreading across borders , a European ripple</w:t>
      </w:r>
      <w:r/>
    </w:p>
    <w:p>
      <w:r/>
      <w:r>
        <w:t>This was not just a local response. NLTimes and other sources noted memorial events and services planned in Amsterdam and elsewhere, a clear sign that attacks on Pride are seen as assaults on shared values across Europe. Small vigils and official commemorations help keep the story alive and offer solidarity to survivors and bereaved families. If you’re organising or attending a memorial outside Berlin, coordinate with local LGBTQIA+ groups to ensure your event supports survivors and avoids retraumatisation.</w:t>
      </w:r>
      <w:r/>
    </w:p>
    <w:p>
      <w:pPr>
        <w:pStyle w:val="Heading2"/>
      </w:pPr>
      <w:r>
        <w:t>Practical advice for those affected or wishing to help</w:t>
      </w:r>
      <w:r/>
    </w:p>
    <w:p>
      <w:r/>
      <w:r>
        <w:t>If you were at the march or witnessed the attack, reach out to local crisis services and support groups; many offer counselling, legal help and practical guidance, according to local reporting. For allies who want to help: donate to vetted support organisations, attend vigils peacefully, and amplify verified information rather than rumour. And if you’re planning to attend future Pride events, check organisers’ guidance on safety measures and look out for official updates about routes and stewarding.</w:t>
      </w:r>
      <w:r/>
    </w:p>
    <w:p>
      <w:r/>
      <w:r>
        <w:t>It's a small change , showing up, listening and supporting , but it can make every memorial and march a little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2">
        <w:r>
          <w:rPr>
            <w:color w:val="0000EE"/>
            <w:u w:val="single"/>
          </w:rPr>
          <w:t>[3]</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https://www.cmjornal.pt/cmtv/videos/detalhe/flores-bandeiras-e-velas-para-recordar-vitimas-de-ataque-a-marcha-lgbtqia-em-berlim</w:t>
        </w:r>
      </w:hyperlink>
      <w:r>
        <w:t xml:space="preserve"> - Please view link - unable to able to access data</w:t>
      </w:r>
      <w:r/>
    </w:p>
    <w:p>
      <w:pPr>
        <w:pStyle w:val="ListNumber"/>
        <w:spacing w:line="240" w:lineRule="auto"/>
        <w:ind w:left="720"/>
      </w:pPr>
      <w:r/>
      <w:hyperlink r:id="rId10">
        <w:r>
          <w:rPr>
            <w:color w:val="0000EE"/>
            <w:u w:val="single"/>
          </w:rPr>
          <w:t>https://www.euronews.com/video/2026/07/26/mourners-lay-flowers-and-candles-after-deadly-berlin-pride-attack</w:t>
        </w:r>
      </w:hyperlink>
      <w:r>
        <w:t xml:space="preserve"> - In the aftermath of a tragic attack during Berlin's Pride festival, mourners gathered near the Brandenburg Gate to lay flowers, candles, rainbow flags, and handwritten messages in memory of the victim. German Chancellor Friedrich Merz attended the memorial, paying his respects. The attack resulted in one death and 29 injuries, with the suspect, who had ties to the Islamic State, being shot dead by police. (</w:t>
      </w:r>
      <w:hyperlink r:id="rId16">
        <w:r>
          <w:rPr>
            <w:color w:val="0000EE"/>
            <w:u w:val="single"/>
          </w:rPr>
          <w:t>euronews.com</w:t>
        </w:r>
      </w:hyperlink>
      <w:r>
        <w:t>)</w:t>
      </w:r>
      <w:r/>
    </w:p>
    <w:p>
      <w:pPr>
        <w:pStyle w:val="ListNumber"/>
        <w:spacing w:line="240" w:lineRule="auto"/>
        <w:ind w:left="720"/>
      </w:pPr>
      <w:r/>
      <w:hyperlink r:id="rId12">
        <w:r>
          <w:rPr>
            <w:color w:val="0000EE"/>
            <w:u w:val="single"/>
          </w:rPr>
          <w:t>https://www.lemonde.fr/en/international/article/2026/07/27/berlin-shaken-by-attack-on-pride-march-i-never-thought-this-could-happen-in-the-most-queer-friendly-city-in-the-world_6755871_4.html</w:t>
        </w:r>
      </w:hyperlink>
      <w:r>
        <w:t xml:space="preserve"> - Berlin was rocked by a deadly attack on the Christopher Street Day parade, a major Pride March celebrating LGBTQ+ rights. A van driven by 21-year-old Abdul Ballout plowed into a crowd in Tiergarten Park, killing one woman and injuring 29 others. The attacker, who had known ties to Islamist groups, was shot dead by police the following day. The incident has sparked sorrow and fear in a city known for its LGBTQ+ inclusivity. (</w:t>
      </w:r>
      <w:hyperlink r:id="rId17">
        <w:r>
          <w:rPr>
            <w:color w:val="0000EE"/>
            <w:u w:val="single"/>
          </w:rPr>
          <w:t>lemonde.fr</w:t>
        </w:r>
      </w:hyperlink>
      <w:r>
        <w:t>)</w:t>
      </w:r>
      <w:r/>
    </w:p>
    <w:p>
      <w:pPr>
        <w:pStyle w:val="ListNumber"/>
        <w:spacing w:line="240" w:lineRule="auto"/>
        <w:ind w:left="720"/>
      </w:pPr>
      <w:r/>
      <w:hyperlink r:id="rId14">
        <w:r>
          <w:rPr>
            <w:color w:val="0000EE"/>
            <w:u w:val="single"/>
          </w:rPr>
          <w:t>https://www.rte.ie/news/2026/0726/1585159-grief-anger-among-berlin-lgbtq-community-after-attack/</w:t>
        </w:r>
      </w:hyperlink>
      <w:r>
        <w:t xml:space="preserve"> - Members of Berlin's LGBTQ community and others voiced grief, anger, and solidarity after a vehicle rammed into crowds at the city's annual Christopher Street Day Pride celebrations, killing one person and injuring more than a dozen. Organisers cancelled several related events, and a community vigil was held at Pariser Platz, near the Brandenburg Gate. Attendees held a moment of silence for the victims and waved pride flags. (</w:t>
      </w:r>
      <w:hyperlink r:id="rId18">
        <w:r>
          <w:rPr>
            <w:color w:val="0000EE"/>
            <w:u w:val="single"/>
          </w:rPr>
          <w:t>rte.ie</w:t>
        </w:r>
      </w:hyperlink>
      <w:r>
        <w:t>)</w:t>
      </w:r>
      <w:r/>
    </w:p>
    <w:p>
      <w:pPr>
        <w:pStyle w:val="ListNumber"/>
        <w:spacing w:line="240" w:lineRule="auto"/>
        <w:ind w:left="720"/>
      </w:pPr>
      <w:r/>
      <w:hyperlink r:id="rId15">
        <w:r>
          <w:rPr>
            <w:color w:val="0000EE"/>
            <w:u w:val="single"/>
          </w:rPr>
          <w:t>https://nltimes.nl/2026/07/27/memorial-service-amsterdam-tomorrow-victims-attack-pride-berlin</w:t>
        </w:r>
      </w:hyperlink>
      <w:r>
        <w:t xml:space="preserve"> - A memorial service will be held at the Homomonument in Amsterdam to show support for the victims of the attack on Pride Berlin, as well as their loved ones and the LGBTQIA+ community as a whole. The attack, which occurred near Potsdamer Platz, resulted in one woman killed and 29 people injured. The Brandenburger Tor in Berlin was also illuminated in rainbow colours as a tribute. (</w:t>
      </w:r>
      <w:hyperlink r:id="rId19">
        <w:r>
          <w:rPr>
            <w:color w:val="0000EE"/>
            <w:u w:val="single"/>
          </w:rPr>
          <w:t>nltimes.nl</w:t>
        </w:r>
      </w:hyperlink>
      <w:r>
        <w:t>)</w:t>
      </w:r>
      <w:r/>
    </w:p>
    <w:p>
      <w:pPr>
        <w:pStyle w:val="ListNumber"/>
        <w:spacing w:line="240" w:lineRule="auto"/>
        <w:ind w:left="720"/>
      </w:pPr>
      <w:r/>
      <w:hyperlink r:id="rId11">
        <w:r>
          <w:rPr>
            <w:color w:val="0000EE"/>
            <w:u w:val="single"/>
          </w:rPr>
          <w:t>https://www.donaukurier.de/nachrichten/panorama/blumen-botschaften-traenen-trauer-und-entsetzen-nach-mutmasslichem-anschlag-in-berlin-21645008</w:t>
        </w:r>
      </w:hyperlink>
      <w:r>
        <w:t xml:space="preserve"> - Following the alleged Islamist terrorist attack during the Christopher Street Day (CSD) in Berlin, people gathered at the Brandenburg Gate to mourn and demonstrate. Flowers, messages, and tears were present as the community expressed shock and sadness over the tragic event. (</w:t>
      </w:r>
      <w:hyperlink r:id="rId20">
        <w:r>
          <w:rPr>
            <w:color w:val="0000EE"/>
            <w:u w:val="single"/>
          </w:rPr>
          <w:t>donaukurier.de</w:t>
        </w:r>
      </w:hyperlink>
      <w:r>
        <w:t>)</w:t>
      </w:r>
      <w:r/>
    </w:p>
    <w:p>
      <w:pPr>
        <w:pStyle w:val="ListNumber"/>
        <w:spacing w:line="240" w:lineRule="auto"/>
        <w:ind w:left="720"/>
      </w:pPr>
      <w:r/>
      <w:hyperlink r:id="rId13">
        <w:r>
          <w:rPr>
            <w:color w:val="0000EE"/>
            <w:u w:val="single"/>
          </w:rPr>
          <w:t>https://www.berliner-zeitung.de/article/wir-waren-voellig-schockiert-der-morgen-nach-dem-csd-anschlag-10234562</w:t>
        </w:r>
      </w:hyperlink>
      <w:r>
        <w:t xml:space="preserve"> - Witnesses spoke about the shock and disbelief following the deadly terrorist attack during the Berlin CSD. Flowers, tears, and incomprehension were evident in the Tiergarten area as people returned to the scene to mourn. (</w:t>
      </w:r>
      <w:hyperlink r:id="rId21">
        <w:r>
          <w:rPr>
            <w:color w:val="0000EE"/>
            <w:u w:val="single"/>
          </w:rPr>
          <w:t>berliner-zeitung.de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cmtv/videos/detalhe/flores-bandeiras-e-velas-para-recordar-vitimas-de-ataque-a-marcha-lgbtqia-em-berlim" TargetMode="External"/><Relationship Id="rId10" Type="http://schemas.openxmlformats.org/officeDocument/2006/relationships/hyperlink" Target="https://www.euronews.com/video/2026/07/26/mourners-lay-flowers-and-candles-after-deadly-berlin-pride-attack" TargetMode="External"/><Relationship Id="rId11" Type="http://schemas.openxmlformats.org/officeDocument/2006/relationships/hyperlink" Target="https://www.donaukurier.de/nachrichten/panorama/blumen-botschaften-traenen-trauer-und-entsetzen-nach-mutmasslichem-anschlag-in-berlin-21645008" TargetMode="External"/><Relationship Id="rId12" Type="http://schemas.openxmlformats.org/officeDocument/2006/relationships/hyperlink" Target="https://www.lemonde.fr/en/international/article/2026/07/27/berlin-shaken-by-attack-on-pride-march-i-never-thought-this-could-happen-in-the-most-queer-friendly-city-in-the-world_6755871_4.html" TargetMode="External"/><Relationship Id="rId13" Type="http://schemas.openxmlformats.org/officeDocument/2006/relationships/hyperlink" Target="https://www.berliner-zeitung.de/article/wir-waren-voellig-schockiert-der-morgen-nach-dem-csd-anschlag-10234562" TargetMode="External"/><Relationship Id="rId14" Type="http://schemas.openxmlformats.org/officeDocument/2006/relationships/hyperlink" Target="https://www.rte.ie/news/2026/0726/1585159-grief-anger-among-berlin-lgbtq-community-after-attack/" TargetMode="External"/><Relationship Id="rId15" Type="http://schemas.openxmlformats.org/officeDocument/2006/relationships/hyperlink" Target="https://nltimes.nl/2026/07/27/memorial-service-amsterdam-tomorrow-victims-attack-pride-berlin" TargetMode="External"/><Relationship Id="rId16" Type="http://schemas.openxmlformats.org/officeDocument/2006/relationships/hyperlink" Target="https://www.euronews.com/video/2026/07/26/mourners-lay-flowers-and-candles-after-deadly-berlin-pride-attack?utm_source=openai" TargetMode="External"/><Relationship Id="rId17"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 Id="rId18" Type="http://schemas.openxmlformats.org/officeDocument/2006/relationships/hyperlink" Target="https://www.rte.ie/news/2026/0726/1585159-grief-anger-among-berlin-lgbtq-community-after-attack/?utm_source=openai" TargetMode="External"/><Relationship Id="rId19" Type="http://schemas.openxmlformats.org/officeDocument/2006/relationships/hyperlink" Target="https://nltimes.nl/2026/07/27/memorial-service-amsterdam-tomorrow-victims-attack-pride-berlin?utm_source=openai" TargetMode="External"/><Relationship Id="rId20" Type="http://schemas.openxmlformats.org/officeDocument/2006/relationships/hyperlink" Target="https://www.donaukurier.de/nachrichten/panorama/blumen-botschaften-traenen-trauer-und-ensetzen-nach-mutmasslichem-anschlag-in-berlin-21645008?utm_source=openai" TargetMode="External"/><Relationship Id="rId21" Type="http://schemas.openxmlformats.org/officeDocument/2006/relationships/hyperlink" Target="https://www.berliner-zeitung.de/article/wir-waren-voellig-schockiert-der-morgen-nach-dem-csd-anschlag-1023456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