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Vehicle Attack: One Dead, Many Hurt at Christopher Street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Berliners watched a joyful Christopher Street Day parade turn to chaos as a vehicle ploughed into a crowd in central Berlin; organisers, emergency services and city leaders scrambled as one person died and several others were injured, and investigators launched a hunt for suspects.</w:t>
      </w:r>
      <w:r/>
      <w:r/>
    </w:p>
    <w:p>
      <w:pPr>
        <w:pStyle w:val="ListBullet"/>
        <w:spacing w:line="240" w:lineRule="auto"/>
        <w:ind w:left="720"/>
      </w:pPr>
      <w:r/>
      <w:r>
        <w:rPr>
          <w:b/>
        </w:rPr>
        <w:t>Casualties:</w:t>
      </w:r>
      <w:r>
        <w:t xml:space="preserve"> One person killed and at least 14–29 injured, with numbers varying as authorities continue treating victims; many suffered serious injuries.</w:t>
      </w:r>
      <w:r/>
    </w:p>
    <w:p>
      <w:pPr>
        <w:pStyle w:val="ListBullet"/>
        <w:spacing w:line="240" w:lineRule="auto"/>
        <w:ind w:left="720"/>
      </w:pPr>
      <w:r/>
      <w:r>
        <w:rPr>
          <w:b/>
        </w:rPr>
        <w:t>Scene:</w:t>
      </w:r>
      <w:r>
        <w:t xml:space="preserve"> The incident happened in Tiergarten during the Christopher Street Day march, leaving a quiet, tense strip where colourful banners had been moments before.</w:t>
      </w:r>
      <w:r/>
    </w:p>
    <w:p>
      <w:pPr>
        <w:pStyle w:val="ListBullet"/>
        <w:spacing w:line="240" w:lineRule="auto"/>
        <w:ind w:left="720"/>
      </w:pPr>
      <w:r/>
      <w:r>
        <w:rPr>
          <w:b/>
        </w:rPr>
        <w:t>Response:</w:t>
      </w:r>
      <w:r>
        <w:t xml:space="preserve"> Police, firefighters and emergency medics rapidly cordoned the area and treated the wounded; the mayor praised first responders for quick action.</w:t>
      </w:r>
      <w:r/>
    </w:p>
    <w:p>
      <w:pPr>
        <w:pStyle w:val="ListBullet"/>
        <w:spacing w:line="240" w:lineRule="auto"/>
        <w:ind w:left="720"/>
      </w:pPr>
      <w:r/>
      <w:r>
        <w:rPr>
          <w:b/>
        </w:rPr>
        <w:t>Investigation:</w:t>
      </w:r>
      <w:r>
        <w:t xml:space="preserve"> Authorities have launched an intensive search for one or more suspects and are treating motives as under investigation.</w:t>
      </w:r>
      <w:r/>
    </w:p>
    <w:p>
      <w:pPr>
        <w:pStyle w:val="ListBullet"/>
        <w:spacing w:line="240" w:lineRule="auto"/>
        <w:ind w:left="720"/>
      </w:pPr>
      <w:r/>
      <w:r>
        <w:rPr>
          <w:b/>
        </w:rPr>
        <w:t>Community impact:</w:t>
      </w:r>
      <w:r>
        <w:t xml:space="preserve"> Organisers suspended the event; the attack has been framed by officials as an assault on an open, free society.</w:t>
      </w:r>
      <w:r/>
      <w:r/>
    </w:p>
    <w:p>
      <w:pPr>
        <w:pStyle w:val="Heading2"/>
      </w:pPr>
      <w:r>
        <w:t>What happened at Christopher Street Day and how the scene looked</w:t>
      </w:r>
      <w:r/>
    </w:p>
    <w:p>
      <w:r/>
      <w:r>
        <w:t>Eyewitnesses described a sudden, terrifying shift from celebration to emergency when a white vehicle drove into the parade route in Tiergarten, central Berlin. Emergency crews arrived quickly, and the area , usually filled with music and colour , became a brightly lit medical response zone, with stretchers, folded banners and shocked onlookers.</w:t>
      </w:r>
      <w:r/>
    </w:p>
    <w:p>
      <w:r/>
      <w:r>
        <w:t>According to reporting from Al Jazeera and local outlets, the attack happened before 22:00 local time and left multiple people injured. Police social posts confirmed one fatality and said a search for suspects was under way, while journalists on the ground noted the event was immediately suspended.</w:t>
      </w:r>
      <w:r/>
    </w:p>
    <w:p>
      <w:pPr>
        <w:pStyle w:val="Heading2"/>
      </w:pPr>
      <w:r>
        <w:t>How authorities reacted and the investigation under way</w:t>
      </w:r>
      <w:r/>
    </w:p>
    <w:p>
      <w:r/>
      <w:r>
        <w:t>Berlin police, together with firefighters and paramedics, established a large cordon and began treating casualties and taking witness statements. Mayor Kai Wegner described the incident as an attack on an “open and free” society and thanked emergency services for their immediate response.</w:t>
      </w:r>
      <w:r/>
    </w:p>
    <w:p>
      <w:r/>
      <w:r>
        <w:t>Reuters-style accounts and follow-ups in other outlets say investigators are pursuing leads about the driver and possible accomplices; motives remain unclear. German authorities are coordinating forensic work at the scene and screening footage and witness reports to piece together what happened.</w:t>
      </w:r>
      <w:r/>
    </w:p>
    <w:p>
      <w:pPr>
        <w:pStyle w:val="Heading2"/>
      </w:pPr>
      <w:r>
        <w:t>The human toll and community response</w:t>
      </w:r>
      <w:r/>
    </w:p>
    <w:p>
      <w:r/>
      <w:r>
        <w:t>For many attendees the parade is an annual affirmation of identity and community, which is why the psychological impact is as sharp as the physical injuries. Local reporting highlights the stunned reactions of participants and relatives, and the compassion of volunteers and medics who stayed late into the night to help.</w:t>
      </w:r>
      <w:r/>
    </w:p>
    <w:p>
      <w:r/>
      <w:r>
        <w:t>Organisers paused the celebration out of respect and safety, and community groups have called for calm while urging authorities to share clear information. Officials have been careful to avoid speculation until investigators publish findings.</w:t>
      </w:r>
      <w:r/>
    </w:p>
    <w:p>
      <w:pPr>
        <w:pStyle w:val="Heading2"/>
      </w:pPr>
      <w:r>
        <w:t>What this means for public events and safety planning</w:t>
      </w:r>
      <w:r/>
    </w:p>
    <w:p>
      <w:r/>
      <w:r>
        <w:t>Large public gatherings are inevitably re-evaluated after incidents like this. City leaders and event organisers typically look at route security, vehicle barriers, stewards and rapid medical access in the aftermath. If you’re attending outdoor events, organisers suggest simple precautions: note exits, stay aware of surroundings, follow steward instructions and report anything unusual.</w:t>
      </w:r>
      <w:r/>
    </w:p>
    <w:p>
      <w:r/>
      <w:r>
        <w:t>Security experts told media outlets that hardening parade routes with temporary barriers and better vehicle-control planning is becoming standard practice across many European events , a practical, if sobering, shift after attacks that target crowds.</w:t>
      </w:r>
      <w:r/>
    </w:p>
    <w:p>
      <w:pPr>
        <w:pStyle w:val="Heading2"/>
      </w:pPr>
      <w:r>
        <w:t>Looking ahead: questions authorities must answer</w:t>
      </w:r>
      <w:r/>
    </w:p>
    <w:p>
      <w:r/>
      <w:r>
        <w:t>Investigators will need to clarify whether this was an intentional attack, whether more suspects were involved, and how the vehicle reached the parade route. Police statements and court filings will be crucial to understanding motive and responsibility.</w:t>
      </w:r>
      <w:r/>
    </w:p>
    <w:p>
      <w:r/>
      <w:r>
        <w:t>Meanwhile, political and community leaders are balancing grief, outrage and the need to protect public life. As reporting continues, authorities are expected to share more details from forensic work and witness interviews in the coming days.</w:t>
      </w:r>
      <w:r/>
    </w:p>
    <w:p>
      <w:r/>
      <w:r>
        <w:t>It's a small change in policing and planning that could make big differences for crowd safety going forward.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1">
        <w:r>
          <w:rPr>
            <w:color w:val="0000EE"/>
            <w:u w:val="single"/>
          </w:rPr>
          <w:t>[2]</w:t>
        </w:r>
      </w:hyperlink>
      <w:r>
        <w:t xml:space="preserve">- Paragraph 4: </w:t>
      </w:r>
      <w:hyperlink r:id="rId12">
        <w:r>
          <w:rPr>
            <w:color w:val="0000EE"/>
            <w:u w:val="single"/>
          </w:rPr>
          <w:t>[7]</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[3]</w:t>
        </w:r>
      </w:hyperlink>
      <w:r>
        <w:t xml:space="preserve">- Paragraph 6: </w:t>
      </w:r>
      <w:hyperlink r:id="rId14">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https://www.eldia.com/el-mundo/un-hombre-murio-y-15-personas-resultaron-heridas-tras-ser-embestidas-en-el-dia-del-orgullo-lgbt-en-berlin-el-mundo_1785102360</w:t>
        </w:r>
      </w:hyperlink>
      <w:r>
        <w:t xml:space="preserve"> - Please view link - unable to able to access data</w:t>
      </w:r>
      <w:r/>
    </w:p>
    <w:p>
      <w:pPr>
        <w:pStyle w:val="ListNumber"/>
        <w:spacing w:line="240" w:lineRule="auto"/>
        <w:ind w:left="720"/>
      </w:pPr>
      <w:r/>
      <w:hyperlink r:id="rId11">
        <w:r>
          <w:rPr>
            <w:color w:val="0000EE"/>
            <w:u w:val="single"/>
          </w:rPr>
          <w:t>https://www.kpbs.org/news/international/2026/07/25/suspect-in-berlin-pride-vehicle-attack-is-dead-police-say</w:t>
        </w:r>
      </w:hyperlink>
      <w:r>
        <w:t xml:space="preserve"> - The suspect in the Berlin Pride vehicle attack, which resulted in one death and multiple injuries, was killed in a confrontation with police in Spandau, a suburb of Berlin. The individual, identified as Abdul B., 21, was known to authorities and had ties to Islamic circles. He was found with a bladed weapon and was shot by police at the scene. (</w:t>
      </w:r>
      <w:hyperlink r:id="rId16">
        <w:r>
          <w:rPr>
            <w:color w:val="0000EE"/>
            <w:u w:val="single"/>
          </w:rPr>
          <w:t>kpbs.org</w:t>
        </w:r>
      </w:hyperlink>
      <w:r>
        <w:t>)</w:t>
      </w:r>
      <w:r/>
    </w:p>
    <w:p>
      <w:pPr>
        <w:pStyle w:val="ListNumber"/>
        <w:spacing w:line="240" w:lineRule="auto"/>
        <w:ind w:left="720"/>
      </w:pPr>
      <w:r/>
      <w:hyperlink r:id="rId15">
        <w:r>
          <w:rPr>
            <w:color w:val="0000EE"/>
            <w:u w:val="single"/>
          </w:rPr>
          <w:t>https://www.spokesman.com/stories/2026/jul/25/vehicle-drives-into-crowd-at-berlin-pride-festival/</w:t>
        </w:r>
      </w:hyperlink>
      <w:r>
        <w:t xml:space="preserve"> - A vehicle drove into a crowd near Berlin's Pride celebrations, killing one person and injuring 17 others, some critically. The incident occurred in the Tiergarten park close to the Brandenburg Gate. The vehicle struck multiple people before crashing into a tree. Authorities are investigating the attack, and the event was subsequently called off. (</w:t>
      </w:r>
      <w:hyperlink r:id="rId17">
        <w:r>
          <w:rPr>
            <w:color w:val="0000EE"/>
            <w:u w:val="single"/>
          </w:rPr>
          <w:t>spokesman.com</w:t>
        </w:r>
      </w:hyperlink>
      <w:r>
        <w:t>)</w:t>
      </w:r>
      <w:r/>
    </w:p>
    <w:p>
      <w:pPr>
        <w:pStyle w:val="ListNumber"/>
        <w:spacing w:line="240" w:lineRule="auto"/>
        <w:ind w:left="720"/>
      </w:pPr>
      <w:r/>
      <w:hyperlink r:id="rId10">
        <w:r>
          <w:rPr>
            <w:color w:val="0000EE"/>
            <w:u w:val="single"/>
          </w:rPr>
          <w:t>https://www.aljazeera.com/news/2026/7/25/one-dead-14-injured-as-car-reportedly-strikes-crowd-at-berlin-lgbtq-event</w:t>
        </w:r>
      </w:hyperlink>
      <w:r>
        <w:t xml:space="preserve"> - German authorities are searching for Abdul B., a 21-year-old suspect with ties to Islamic circles, after a car ploughed into a crowd near Berlin's Gay Pride celebrations, killing one person and wounding 16 others. The suspect is described as slender, about 1.90 metres tall, with black hair, wearing a black hoodie and white trousers. (</w:t>
      </w:r>
      <w:hyperlink r:id="rId18">
        <w:r>
          <w:rPr>
            <w:color w:val="0000EE"/>
            <w:u w:val="single"/>
          </w:rPr>
          <w:t>aljazeera.com</w:t>
        </w:r>
      </w:hyperlink>
      <w:r>
        <w:t>)</w:t>
      </w:r>
      <w:r/>
    </w:p>
    <w:p>
      <w:pPr>
        <w:pStyle w:val="ListNumber"/>
        <w:spacing w:line="240" w:lineRule="auto"/>
        <w:ind w:left="720"/>
      </w:pPr>
      <w:r/>
      <w:hyperlink r:id="rId13">
        <w:r>
          <w:rPr>
            <w:color w:val="0000EE"/>
            <w:u w:val="single"/>
          </w:rPr>
          <w:t>https://www.latimes.com/world-nation/story/2026-07-26/german-police-search-for-suspect-in-deadly-berlin-pride-attack</w:t>
        </w:r>
      </w:hyperlink>
      <w:r>
        <w:t xml:space="preserve"> - The suspect in the deadly Berlin Pride attack, which left one person dead and 29 injured, was shot and killed by police during a confrontation on Sunday in a suburb of the city. The individual, identified as Abdul B., 21, was known to authorities and had ties to Islamic circles. He was found with a bladed weapon and was shot by police at the scene. (</w:t>
      </w:r>
      <w:hyperlink r:id="rId19">
        <w:r>
          <w:rPr>
            <w:color w:val="0000EE"/>
            <w:u w:val="single"/>
          </w:rPr>
          <w:t>latimes.com</w:t>
        </w:r>
      </w:hyperlink>
      <w:r>
        <w:t>)</w:t>
      </w:r>
      <w:r/>
    </w:p>
    <w:p>
      <w:pPr>
        <w:pStyle w:val="ListNumber"/>
        <w:spacing w:line="240" w:lineRule="auto"/>
        <w:ind w:left="720"/>
      </w:pPr>
      <w:r/>
      <w:hyperlink r:id="rId14">
        <w:r>
          <w:rPr>
            <w:color w:val="0000EE"/>
            <w:u w:val="single"/>
          </w:rPr>
          <w:t>https://elpais.com/expres/2026/07/27/que-se-sabe-del-atropello-masivo-en-berlin-que-causo-al-menos-un-muerto-y-29-heridos.html</w:t>
        </w:r>
      </w:hyperlink>
      <w:r>
        <w:t xml:space="preserve"> - During the Pride celebrations in Berlin on Saturday, a van attack resulted in one death and at least 29 injuries. The suspect, identified as Abdul B., 21, was shot dead by police after charging at officers with a bladed weapon. Abdul B., a German citizen of Lebanese origin, was considered an Islamist threat and had attempted to join ISIS by traveling to Syria. He had been in pretrial detention until May 2026 on terrorism charges and had a scheduled appointment to continue a deradicalisation programme. (</w:t>
      </w:r>
      <w:hyperlink r:id="rId20">
        <w:r>
          <w:rPr>
            <w:color w:val="0000EE"/>
            <w:u w:val="single"/>
          </w:rPr>
          <w:t>elpais.com</w:t>
        </w:r>
      </w:hyperlink>
      <w:r>
        <w:t>)</w:t>
      </w:r>
      <w:r/>
    </w:p>
    <w:p>
      <w:pPr>
        <w:pStyle w:val="ListNumber"/>
        <w:spacing w:line="240" w:lineRule="auto"/>
        <w:ind w:left="720"/>
      </w:pPr>
      <w:r/>
      <w:hyperlink r:id="rId12">
        <w:r>
          <w:rPr>
            <w:color w:val="0000EE"/>
            <w:u w:val="single"/>
          </w:rPr>
          <w:t>https://elpais.com/internacional/2026-07-25/varios-heridos-por-un-atropello-durante-el-dia-del-orgullo-en-berlin.html</w:t>
        </w:r>
      </w:hyperlink>
      <w:r>
        <w:t xml:space="preserve"> - On July 25, 2026, a tragic attack occurred during the LGTBI+ Pride celebrations in Berlin when a white van drove into the crowd, resulting in at least one death and 17 injuries, three of them in critical condition and five serious. The driver fled after crashing the vehicle into a tree in Tiergarten park, where the event concluded with music and speeches. Authorities have identified a suspect linked to the Islamist sphere and are conducting an extensive search operation with helicopters and thermal cameras. (</w:t>
      </w:r>
      <w:hyperlink r:id="rId21">
        <w:r>
          <w:rPr>
            <w:color w:val="0000EE"/>
            <w:u w:val="single"/>
          </w:rPr>
          <w:t>elpais.com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ldia.com/el-mundo/un-hombre-murio-y-15-personas-resultaron-heridas-tras-ser-embestidas-en-el-dia-del-orgullo-lgbt-en-berlin-el-mundo_1785102360" TargetMode="External"/><Relationship Id="rId10" Type="http://schemas.openxmlformats.org/officeDocument/2006/relationships/hyperlink" Target="https://www.aljazeera.com/news/2026/7/25/one-dead-14-injured-as-car-reportedly-strikes-crowd-at-berlin-lgbtq-event" TargetMode="External"/><Relationship Id="rId11" Type="http://schemas.openxmlformats.org/officeDocument/2006/relationships/hyperlink" Target="https://www.kpbs.org/news/international/2026/07/25/suspect-in-berlin-pride-vehicle-attack-is-dead-police-say" TargetMode="External"/><Relationship Id="rId12" Type="http://schemas.openxmlformats.org/officeDocument/2006/relationships/hyperlink" Target="https://elpais.com/internacional/2026-07-25/varios-heridos-por-un-atropello-durante-el-dia-del-orgullo-en-berlin.html" TargetMode="External"/><Relationship Id="rId13" Type="http://schemas.openxmlformats.org/officeDocument/2006/relationships/hyperlink" Target="https://www.latimes.com/world-nation/story/2026-07-26/german-police-search-for-suspect-in-deadly-berlin-pride-attack" TargetMode="External"/><Relationship Id="rId14" Type="http://schemas.openxmlformats.org/officeDocument/2006/relationships/hyperlink" Target="https://elpais.com/expres/2026/07/27/que-se-sabe-del-atropello-masivo-en-berlin-que-causo-al-menos-un-muerto-y-29-heridos.html" TargetMode="External"/><Relationship Id="rId15" Type="http://schemas.openxmlformats.org/officeDocument/2006/relationships/hyperlink" Target="https://www.spokesman.com/stories/2026/jul/25/vehicle-drives-into-crowd-at-berlin-pride-festival/" TargetMode="External"/><Relationship Id="rId16" Type="http://schemas.openxmlformats.org/officeDocument/2006/relationships/hyperlink" Target="https://www.kpbs.org/news/international/2026/07/25/suspect-in-berlin-pride-vehicle-attack-is-dead-police-say?utm_source=openai" TargetMode="External"/><Relationship Id="rId17" Type="http://schemas.openxmlformats.org/officeDocument/2006/relationships/hyperlink" Target="https://www.spokesman.com/stories/2026/jul/25/vehicle-drives-into-crowd-at-berlin-pride-festival/?utm_source=openai" TargetMode="External"/><Relationship Id="rId18" Type="http://schemas.openxmlformats.org/officeDocument/2006/relationships/hyperlink" Target="https://www.aljazeera.com/news/2026/7/25/one-dead-14-injured-as-car-reportedly-strikes-crowd-at-berlin-lgbtq-event?utm_source=openai" TargetMode="External"/><Relationship Id="rId19" Type="http://schemas.openxmlformats.org/officeDocument/2006/relationships/hyperlink" Target="https://www.latimes.com/world-nation/story/2026-07-26/german-police-search-for-suspect-in-deadly-berlin-pride-attack?utm_source=openai" TargetMode="External"/><Relationship Id="rId20" Type="http://schemas.openxmlformats.org/officeDocument/2006/relationships/hyperlink" Target="https://elpais.com/expres/2026-07-27/que-se-sabe-del-atropello-masivo-en-berlin-que-causo-al-menos-un-muerto-y-29-heridos.html?utm_source=openai" TargetMode="External"/><Relationship Id="rId21" Type="http://schemas.openxmlformats.org/officeDocument/2006/relationships/hyperlink" Target="https://elpais.com/internacional/2026-07-25/varios-heridos-por-un-atropello-durante-el-dia-del-orgullo-en-berlin.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