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Berlin Pride Van Attack: What Happened and What We Know</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Witnesses say a white van ploughed into a crowd at Tiergarten during Berlin’s Pride celebrations, leaving one person dead and at least 16 hurt; organisers cancelled events and a large manhunt is under way, as police urge calm and authorities coordinate a rapid response.</w:t>
      </w:r>
      <w:r/>
    </w:p>
    <w:p>
      <w:r/>
      <w:r>
        <w:t>Essential Takeaways</w:t>
      </w:r>
      <w:r/>
      <w:r/>
    </w:p>
    <w:p>
      <w:pPr>
        <w:pStyle w:val="ListBullet"/>
        <w:spacing w:line="240" w:lineRule="auto"/>
        <w:ind w:left="720"/>
      </w:pPr>
      <w:r/>
      <w:r>
        <w:rPr>
          <w:b/>
        </w:rPr>
        <w:t>Casualties:</w:t>
      </w:r>
      <w:r>
        <w:t xml:space="preserve"> One confirmed dead and at least 16 people injured, some seriously, after a vehicle hit a crowd at Tiergarten.</w:t>
      </w:r>
      <w:r/>
    </w:p>
    <w:p>
      <w:pPr>
        <w:pStyle w:val="ListBullet"/>
        <w:spacing w:line="240" w:lineRule="auto"/>
        <w:ind w:left="720"/>
      </w:pPr>
      <w:r/>
      <w:r>
        <w:rPr>
          <w:b/>
        </w:rPr>
        <w:t>Scene:</w:t>
      </w:r>
      <w:r>
        <w:t xml:space="preserve"> The incident happened around 22:00 local time during Pride events near the Brandenburg Gate; organisers cancelled tonight’s schedule.</w:t>
      </w:r>
      <w:r/>
    </w:p>
    <w:p>
      <w:pPr>
        <w:pStyle w:val="ListBullet"/>
        <w:spacing w:line="240" w:lineRule="auto"/>
        <w:ind w:left="720"/>
      </w:pPr>
      <w:r/>
      <w:r>
        <w:rPr>
          <w:b/>
        </w:rPr>
        <w:t>Suspect search:</w:t>
      </w:r>
      <w:r>
        <w:t xml:space="preserve"> Authorities launched an urgent manhunt for one or more suspects; police describe the search as ongoing and high priority.</w:t>
      </w:r>
      <w:r/>
    </w:p>
    <w:p>
      <w:pPr>
        <w:pStyle w:val="ListBullet"/>
        <w:spacing w:line="240" w:lineRule="auto"/>
        <w:ind w:left="720"/>
      </w:pPr>
      <w:r/>
      <w:r>
        <w:rPr>
          <w:b/>
        </w:rPr>
        <w:t>Official response:</w:t>
      </w:r>
      <w:r>
        <w:t xml:space="preserve"> Germany’s senior politicians were briefed; the chancellor is in contact with the interior minister and officials say thoughts are with victims.</w:t>
      </w:r>
      <w:r/>
    </w:p>
    <w:p>
      <w:pPr>
        <w:pStyle w:val="ListBullet"/>
        <w:spacing w:line="240" w:lineRule="auto"/>
        <w:ind w:left="720"/>
      </w:pPr>
      <w:r/>
      <w:r>
        <w:rPr>
          <w:b/>
        </w:rPr>
        <w:t>Atmosphere:</w:t>
      </w:r>
      <w:r>
        <w:t xml:space="preserve"> Witnesses describe a sudden, chaotic moment , a van moving at speed and a crowd urged to leave calmly as emergency crews arrived.</w:t>
      </w:r>
      <w:r/>
      <w:r/>
    </w:p>
    <w:p>
      <w:pPr>
        <w:pStyle w:val="Heading2"/>
      </w:pPr>
      <w:r>
        <w:t>What unfolded at Tiergarten , a quick, unsettling scene</w:t>
      </w:r>
      <w:r/>
    </w:p>
    <w:p>
      <w:r/>
      <w:r>
        <w:t>The most vivid detail from multiple reports is how quickly the mood turned from celebration to shock; witnesses in the park described a white van driving into people at speed. Police in Berlin confirmed at least one death and many injuries, and emergency services rushed in as organisers called off the night’s programme. The scene near the Brandenburg Gate , normally a backdrop for jubilation during Pride , was instead a cordon of first responders and bewildered onlookers.</w:t>
      </w:r>
      <w:r/>
    </w:p>
    <w:p>
      <w:r/>
      <w:r>
        <w:t>According to AP and other outlets, officers immediately launched a search for those responsible. If you were at the event, expect authorities to contact potential witnesses; your account could be crucial to the ongoing inquiry.</w:t>
      </w:r>
      <w:r/>
    </w:p>
    <w:p>
      <w:pPr>
        <w:pStyle w:val="Heading2"/>
      </w:pPr>
      <w:r>
        <w:t>How authorities and politicians reacted</w:t>
      </w:r>
      <w:r/>
    </w:p>
    <w:p>
      <w:r/>
      <w:r>
        <w:t>Berlin police moved quickly to secure the area and began a manhunt described as urgent. Local media say the search covers several possible leads, and police warned the public to stay away from the immediate scene. News outlets report that the chancellor was briefed and in close contact with the interior minister, a sign the matter is being treated with national attention.</w:t>
      </w:r>
      <w:r/>
    </w:p>
    <w:p>
      <w:r/>
      <w:r>
        <w:t>This is the moment when official communication matters , clear instructions to evacuate calmly were given to avoid further panic, while investigators worked to establish motive and whether the act was deliberate.</w:t>
      </w:r>
      <w:r/>
    </w:p>
    <w:p>
      <w:pPr>
        <w:pStyle w:val="Heading2"/>
      </w:pPr>
      <w:r>
        <w:t>The immediate human impact , confusion, injuries and cancelled plans</w:t>
      </w:r>
      <w:r/>
    </w:p>
    <w:p>
      <w:r/>
      <w:r>
        <w:t>For attendees the night changed in an instant: a festival atmosphere to confusion, then concern for friends and strangers alike. Hospitals took in numerous injured people, some with serious wounds, and event organisers cancelled all planned activities for the night. Media coverage paints a scene of people comforting each other, trying to locate missing companions, and volunteers helping first responders.</w:t>
      </w:r>
      <w:r/>
    </w:p>
    <w:p>
      <w:r/>
      <w:r>
        <w:t>Practical note: if you were at Pride, check local police channels and official event pages for guidance on reunification points and how to report missing people.</w:t>
      </w:r>
      <w:r/>
    </w:p>
    <w:p>
      <w:pPr>
        <w:pStyle w:val="Heading2"/>
      </w:pPr>
      <w:r>
        <w:t>Wider context , safety at public gatherings and the response in Europe</w:t>
      </w:r>
      <w:r/>
    </w:p>
    <w:p>
      <w:r/>
      <w:r>
        <w:t>Incidents where vehicles are used to strike crowds have prompted renewed discussion about protecting open-air events. Authorities across Europe have learned to balance accessibility for public festivals with measures like expanded barriers or vehicle checks near stages and march routes. Reuters and other outlets have previously noted that organisers often review layouts and emergency plans after such events.</w:t>
      </w:r>
      <w:r/>
    </w:p>
    <w:p>
      <w:r/>
      <w:r>
        <w:t>Organisers and city officials will almost certainly review security plans for future gatherings. For community groups and activists, this is a painful reminder that public celebration sometimes requires extra logistical thinking to keep everyone safe.</w:t>
      </w:r>
      <w:r/>
    </w:p>
    <w:p>
      <w:pPr>
        <w:pStyle w:val="Heading2"/>
      </w:pPr>
      <w:r>
        <w:t>What to do if you were there or want to help</w:t>
      </w:r>
      <w:r/>
    </w:p>
    <w:p>
      <w:r/>
      <w:r>
        <w:t>If you attended the Tiergarten Pride event and have information, contact Berlin police through their published hotlines or online tips service. For those looking to help survivors and the community, wait for confirmed requests from official charities or coordination centres; uncoordinated offers can complicate rescue efforts.</w:t>
      </w:r>
      <w:r/>
    </w:p>
    <w:p>
      <w:r/>
      <w:r>
        <w:t>If you’re feeling shaken, speak to friends or local support services , traumatic events ripple through a city, and talking helps.</w:t>
      </w:r>
      <w:r/>
    </w:p>
    <w:p>
      <w:r/>
      <w:r>
        <w:t>It's a small change in routine that can make each public outing feel safer; stay informed and look out for one another.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[4]</w:t>
        </w:r>
      </w:hyperlink>
      <w:r>
        <w:t xml:space="preserve">, </w:t>
      </w:r>
      <w:hyperlink r:id="rId13">
        <w:r>
          <w:rPr>
            <w:color w:val="0000EE"/>
            <w:u w:val="single"/>
          </w:rPr>
          <w:t>[7]</w:t>
        </w:r>
      </w:hyperlink>
      <w:r>
        <w:t xml:space="preserve">- Paragraph 3: </w:t>
      </w:r>
      <w:hyperlink r:id="rId14">
        <w:r>
          <w:rPr>
            <w:color w:val="0000EE"/>
            <w:u w:val="single"/>
          </w:rPr>
          <w:t>[5]</w:t>
        </w:r>
      </w:hyperlink>
      <w:r>
        <w:t xml:space="preserve">, </w:t>
      </w:r>
      <w:hyperlink r:id="rId15">
        <w:r>
          <w:rPr>
            <w:color w:val="0000EE"/>
            <w:u w:val="single"/>
          </w:rPr>
          <w:t>[3]</w:t>
        </w:r>
      </w:hyperlink>
      <w:r>
        <w:t xml:space="preserve">- Paragraph 4: </w:t>
      </w:r>
      <w:hyperlink r:id="rId11">
        <w:r>
          <w:rPr>
            <w:color w:val="0000EE"/>
            <w:u w:val="single"/>
          </w:rPr>
          <w:t>[6]</w:t>
        </w:r>
      </w:hyperlink>
      <w:r>
        <w:t xml:space="preserve">, </w:t>
      </w:r>
      <w:hyperlink r:id="rId10">
        <w:r>
          <w:rPr>
            <w:color w:val="0000EE"/>
            <w:u w:val="single"/>
          </w:rPr>
          <w:t>[2]</w:t>
        </w:r>
      </w:hyperlink>
      <w:r>
        <w:t xml:space="preserve">- Paragraph 5: </w:t>
      </w:r>
      <w:hyperlink r:id="rId15">
        <w:r>
          <w:rPr>
            <w:color w:val="0000EE"/>
            <w:u w:val="single"/>
          </w:rPr>
          <w:t>[3]</w:t>
        </w:r>
      </w:hyperlink>
      <w:r>
        <w:t xml:space="preserve">, </w:t>
      </w:r>
      <w:hyperlink r:id="rId12">
        <w:r>
          <w:rPr>
            <w:color w:val="0000EE"/>
            <w:u w:val="single"/>
          </w:rPr>
          <w:t>[4]</w:t>
        </w:r>
      </w:hyperlink>
      <w:r>
        <w:t xml:space="preserve">- Paragraph 6: </w:t>
      </w:r>
      <w:hyperlink r:id="rId13">
        <w:r>
          <w:rPr>
            <w:color w:val="0000EE"/>
            <w:u w:val="single"/>
          </w:rPr>
          <w:t>[7]</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https://elperiodicodemonagas.com.ve/mundo/vehiculo-arrolla-a-una-multitud-de-personas-en-berlin/</w:t>
        </w:r>
      </w:hyperlink>
      <w:r>
        <w:t xml:space="preserve"> - Please view link - unable to able to access data</w:t>
      </w:r>
      <w:r/>
    </w:p>
    <w:p>
      <w:pPr>
        <w:pStyle w:val="ListNumber"/>
        <w:spacing w:line="240" w:lineRule="auto"/>
        <w:ind w:left="720"/>
      </w:pPr>
      <w:r/>
      <w:hyperlink r:id="rId10">
        <w:r>
          <w:rPr>
            <w:color w:val="0000EE"/>
            <w:u w:val="single"/>
          </w:rPr>
          <w:t>https://www.apnews.com/article/3ba5e3f1becffd0da5f47b29aa08da9d</w:t>
        </w:r>
      </w:hyperlink>
      <w:r>
        <w:t xml:space="preserve"> - On July 25, 2026, a terror attack occurred near Berlin’s Pride festival, leaving one person dead and 29 injured. The perpetrator, Abdul Ballout, a German citizen of Lebanese descent with a history of Islamic extremist ties, drove a van into a crowd near Tiergarten park, then allegedly attacked others with a machete. Ballout was killed the following day during a confrontation with police in the Berlin suburb of Spandau. Authorities have labeled the act an Islamic extremist terror attack.</w:t>
      </w:r>
      <w:r/>
    </w:p>
    <w:p>
      <w:pPr>
        <w:pStyle w:val="ListNumber"/>
        <w:spacing w:line="240" w:lineRule="auto"/>
        <w:ind w:left="720"/>
      </w:pPr>
      <w:r/>
      <w:hyperlink r:id="rId15">
        <w:r>
          <w:rPr>
            <w:color w:val="0000EE"/>
            <w:u w:val="single"/>
          </w:rPr>
          <w:t>https://www.apnews.com/article/8b3c8ded8033ab246cb55f7bd1c47e2f</w:t>
        </w:r>
      </w:hyperlink>
      <w:r>
        <w:t xml:space="preserve"> - A tragic incident occurred at Berlin’s renowned Pride festival on Saturday night when a white van drove into a crowd at Tiergarten park, killing one person and injuring at least 16 others. Some victims sustained life-threatening injuries, and there are unconfirmed reports of stab wounds. The vehicle collided with a tree after hitting the victims. As a result, the city canceled the ongoing Pride celebration and a concert near the Brandenburg Gate shortly after 10 p.m. Berlin police have identified a suspect with known ties to Islamic groups in the city, though he remains at large. Authorities are working urgently to determine his role and motives. Over 2,200 police officers had been deployed across Berlin to ensure security during the day’s events.</w:t>
      </w:r>
      <w:r/>
    </w:p>
    <w:p>
      <w:pPr>
        <w:pStyle w:val="ListNumber"/>
        <w:spacing w:line="240" w:lineRule="auto"/>
        <w:ind w:left="720"/>
      </w:pPr>
      <w:r/>
      <w:hyperlink r:id="rId12">
        <w:r>
          <w:rPr>
            <w:color w:val="0000EE"/>
            <w:u w:val="single"/>
          </w:rPr>
          <w:t>https://www.kq2.com/cnn/cnn-world/2026/07/26/manhunt-for-berlin-pride-attacker-after-van-ramming-kills-festival-goer/</w:t>
        </w:r>
      </w:hyperlink>
      <w:r>
        <w:t xml:space="preserve"> - Police are hunting for an attacker who drove a van into a crowd at Berlin’s biggest LGBTQ+ event late on Saturday, killing one person and wounding 16 in what they are treating as a suspected terrorist incident. The vehicle hit people walking in the Tiergarten park in the center of the German capital, next to where thousands had gathered to celebrate the Pride event. The suspect was known to police “as a member of Islamic circles” in Berlin, the Associated Press reported, citing a police spokesman, who did not specify the nature of those Islamic circles. Witnesses described hearing “a dull bang” as chaos erupted at Tiergarten, next to the route that the Pride march had passed along earlier. Police said a van drove through the park shortly before 10 p.m. and hit several people. It was later found crashed into a tree and abandoned.</w:t>
      </w:r>
      <w:r/>
    </w:p>
    <w:p>
      <w:pPr>
        <w:pStyle w:val="ListNumber"/>
        <w:spacing w:line="240" w:lineRule="auto"/>
        <w:ind w:left="720"/>
      </w:pPr>
      <w:r/>
      <w:hyperlink r:id="rId14">
        <w:r>
          <w:rPr>
            <w:color w:val="0000EE"/>
            <w:u w:val="single"/>
          </w:rPr>
          <w:t>https://www.gpb.org/news/2026/07/25/one-dead-several-injured-after-vehicle-plows-through-crowd-at-berlin-pride-event</w:t>
        </w:r>
      </w:hyperlink>
      <w:r>
        <w:t xml:space="preserve"> - At least one person is dead and several people are injured after a vehicle drove into the crowd at a Pride event in Berlin, Germany on Saturday. Berlin police said they have identified a suspect who "is known to police" and has links to "Islamist circles." Police have launched a manhunt for him. A driver in white vehicle struck several people before 10:00 p.m. local time, according to Berlin police. At least 17 people are injured and several have life threatening injuries, according to Berlin police. The incident occurred in Tiergarten Park, one of the largest parks in Berlin, where an LGBTQ+ celebration was taking place. Kai Wegner, the governing mayor of Berlin, on Saturday called the incident an "attack on our free and cosmopolitan society." "Berlin is the city of freedom – and our freedom has been horribly attacked today," Wegner said in a post on social media. "My thoughts are with the victims, their families, and friends… And I have confidence in the police and security authorities, who will investigate with the utmost urgency." Earlier in the day, thousands marched through Berlin to advocate for LGBTQ+ rights during the annual Christopher Street Day Parade, a pride parade. One of Europe's largest pride events, the celebration was called off after the attack.</w:t>
      </w:r>
      <w:r/>
    </w:p>
    <w:p>
      <w:pPr>
        <w:pStyle w:val="ListNumber"/>
        <w:spacing w:line="240" w:lineRule="auto"/>
        <w:ind w:left="720"/>
      </w:pPr>
      <w:r/>
      <w:hyperlink r:id="rId11">
        <w:r>
          <w:rPr>
            <w:color w:val="0000EE"/>
            <w:u w:val="single"/>
          </w:rPr>
          <w:t>https://www.investing.com/news/world-news/vehicle-drives-into-crowd-at-berlin-pride-festival-causing-injuries-police-say-4812819</w:t>
        </w:r>
      </w:hyperlink>
      <w:r>
        <w:t xml:space="preserve"> - One person has been killed and 15 injured, with some in life-threatening condition, after a vehicle mowed down a crowd near Berlin’s Pride celebrations on Saturday evening, the city’s police said. Emergency services responded to an incident in the city’s central Tiergarten park close to the Brandenburg Gate, where police said the white vehicle struck multiple people. "According to our latest information, the vehicle drove ... into the Tiergarten around 10 p.m. (2000 GMT), injuring several people in the process, and then came to a standstill after hitting a tree here in the Tiergarten," a police spokesperson at the scene said.</w:t>
      </w:r>
      <w:r/>
    </w:p>
    <w:p>
      <w:pPr>
        <w:pStyle w:val="ListNumber"/>
        <w:spacing w:line="240" w:lineRule="auto"/>
        <w:ind w:left="720"/>
      </w:pPr>
      <w:r/>
      <w:hyperlink r:id="rId13">
        <w:r>
          <w:rPr>
            <w:color w:val="0000EE"/>
            <w:u w:val="single"/>
          </w:rPr>
          <w:t>https://www.ndtv.com/world-news/berlin-pride-festival-1-killed-17-injured-as-vehicle-mows-down-crowd-at-tiergarten-park-11822676</w:t>
        </w:r>
      </w:hyperlink>
      <w:r>
        <w:t xml:space="preserve"> - One person was killed and 17 injured, with some in life-threatening condition, after a vehicle mowed down a crowd near Berlin's Pride celebrations on Saturday evening, setting off a manhunt for those responsible, the police said. The vehicle struck people in Tiergarten park near Brandenburg Gate before hitting a tree and stopping. Police said they had identified an Islamist as a suspect and were seeking his arrest.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lperiodicodemonagas.com.ve/mundo/vehiculo-arrolla-a-una-multitud-de-personas-en-berlin/" TargetMode="External"/><Relationship Id="rId10" Type="http://schemas.openxmlformats.org/officeDocument/2006/relationships/hyperlink" Target="https://www.apnews.com/article/3ba5e3f1becffd0da5f47b29aa08da9d" TargetMode="External"/><Relationship Id="rId11" Type="http://schemas.openxmlformats.org/officeDocument/2006/relationships/hyperlink" Target="https://www.investing.com/news/world-news/vehicle-drives-into-crowd-at-berlin-pride-festival-causing-injuries-police-say-4812819" TargetMode="External"/><Relationship Id="rId12" Type="http://schemas.openxmlformats.org/officeDocument/2006/relationships/hyperlink" Target="https://www.kq2.com/cnn/cnn-world/2026/07/26/manhunt-for-berlin-pride-attacker-after-van-ramming-kills-festival-goer/" TargetMode="External"/><Relationship Id="rId13" Type="http://schemas.openxmlformats.org/officeDocument/2006/relationships/hyperlink" Target="https://www.ndtv.com/world-news/berlin-pride-festival-1-killed-17-injured-as-vehicle-mows-down-crowd-at-tiergarten-park-11822676" TargetMode="External"/><Relationship Id="rId14" Type="http://schemas.openxmlformats.org/officeDocument/2006/relationships/hyperlink" Target="https://www.gpb.org/news/2026/07/25/one-dead-several-injured-after-vehicle-plows-through-crowd-at-berlin-pride-event" TargetMode="External"/><Relationship Id="rId15" Type="http://schemas.openxmlformats.org/officeDocument/2006/relationships/hyperlink" Target="https://www.apnews.com/article/8b3c8ded8033ab246cb55f7bd1c47e2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