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Attack: Why Solidarity Matters After Terror at Christopher Street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Shaken readers are looking for answers after a vehicle struck crowds at a Berlin Pride event, killing one and wounding many; leaders and communities are urging solidarity and resilience as investigators probe a suspected Islamist-motivated attack that targeted a symbol of LGBT+ freedom.</w:t>
      </w:r>
      <w:r/>
    </w:p>
    <w:p>
      <w:r/>
      <w:r>
        <w:t>Essential Takeaways</w:t>
      </w:r>
      <w:r/>
      <w:r/>
    </w:p>
    <w:p>
      <w:pPr>
        <w:pStyle w:val="ListBullet"/>
        <w:spacing w:line="240" w:lineRule="auto"/>
        <w:ind w:left="720"/>
      </w:pPr>
      <w:r/>
      <w:r>
        <w:rPr>
          <w:b/>
        </w:rPr>
        <w:t>Casualties and scene:</w:t>
      </w:r>
      <w:r>
        <w:t xml:space="preserve"> One person was killed and dozens injured after a vehicle struck people at a Christopher Street Pride event in Berlin; the scene was described as chaotic and traumatic.</w:t>
      </w:r>
      <w:r/>
    </w:p>
    <w:p>
      <w:pPr>
        <w:pStyle w:val="ListBullet"/>
        <w:spacing w:line="240" w:lineRule="auto"/>
        <w:ind w:left="720"/>
      </w:pPr>
      <w:r/>
      <w:r>
        <w:rPr>
          <w:b/>
        </w:rPr>
        <w:t>Suspect profile:</w:t>
      </w:r>
      <w:r>
        <w:t xml:space="preserve"> Authorities identified a young man with prior convictions and reported links to Islamist circles; officials are investigating the incident as terrorism.</w:t>
      </w:r>
      <w:r/>
    </w:p>
    <w:p>
      <w:pPr>
        <w:pStyle w:val="ListBullet"/>
        <w:spacing w:line="240" w:lineRule="auto"/>
        <w:ind w:left="720"/>
      </w:pPr>
      <w:r/>
      <w:r>
        <w:rPr>
          <w:b/>
        </w:rPr>
        <w:t>Target and symbolism:</w:t>
      </w:r>
      <w:r>
        <w:t xml:space="preserve"> The attack struck at Pride, an event that celebrates LGBT+ rights and personal freedom, heightening emotional damage beyond physical harm.</w:t>
      </w:r>
      <w:r/>
    </w:p>
    <w:p>
      <w:pPr>
        <w:pStyle w:val="ListBullet"/>
        <w:spacing w:line="240" w:lineRule="auto"/>
        <w:ind w:left="720"/>
      </w:pPr>
      <w:r/>
      <w:r>
        <w:rPr>
          <w:b/>
        </w:rPr>
        <w:t>Public response:</w:t>
      </w:r>
      <w:r>
        <w:t xml:space="preserve"> Political leaders and royal figures publicly urged calm and mutual support; visible solidarity at events can help reassure vulnerable communities.</w:t>
      </w:r>
      <w:r/>
    </w:p>
    <w:p>
      <w:pPr>
        <w:pStyle w:val="ListBullet"/>
        <w:spacing w:line="240" w:lineRule="auto"/>
        <w:ind w:left="720"/>
      </w:pPr>
      <w:r/>
      <w:r>
        <w:rPr>
          <w:b/>
        </w:rPr>
        <w:t>Practical safety note:</w:t>
      </w:r>
      <w:r>
        <w:t xml:space="preserve"> In crowded outdoor events, staying aware of exits, keeping a small emergency plan with friends, and reporting suspicious behaviour remain key steps.</w:t>
      </w:r>
      <w:r/>
      <w:r/>
    </w:p>
    <w:p>
      <w:pPr>
        <w:pStyle w:val="Heading2"/>
      </w:pPr>
      <w:r>
        <w:t>What happened, in human terms</w:t>
      </w:r>
      <w:r/>
    </w:p>
    <w:p>
      <w:r/>
      <w:r>
        <w:t>The immediate fact is stark: a vehicle ploughed into people gathered for a Pride-related event in Berlin’s Tiergarten, leaving one dead and many hurt. Witnesses spoke of shock and confusion, emergency services racing to tend to the wounded, and streets filled with the noisy, shocked stillness that follows sudden violence. According to news outlets reporting from the scene, police later tracked down the suspect, who died after a confrontation with officers.</w:t>
      </w:r>
      <w:r/>
    </w:p>
    <w:p>
      <w:pPr>
        <w:pStyle w:val="Heading2"/>
      </w:pPr>
      <w:r>
        <w:t>Why investigators are treating this as terrorism</w:t>
      </w:r>
      <w:r/>
    </w:p>
    <w:p>
      <w:r/>
      <w:r>
        <w:t>Authorities have been pursuing the possibility this was a politically or ideologically motivated act rather than a traffic accident. Media coverage says the suspect had prior convictions and reported connections to Islamist circles, which has shifted the investigation toward terror charges. Terrorism, as criminologists and counterterrorism experts often note, aims to maximise psychological harm by hitting symbols as much as people; that’s why a Pride gathering, open, public, and emblematic of LGBT+ freedom, would be especially targeted.</w:t>
      </w:r>
      <w:r/>
    </w:p>
    <w:p>
      <w:pPr>
        <w:pStyle w:val="Heading2"/>
      </w:pPr>
      <w:r>
        <w:t>The symbolic wound: Pride as a deliberate target</w:t>
      </w:r>
      <w:r/>
    </w:p>
    <w:p>
      <w:r/>
      <w:r>
        <w:t>Pride events are more than parties; they’re living history. Christopher Street references past uprisings and the struggle for LGBT+ rights, so an attack there resonates beyond the immediate victims. Leaders and community members have described the assault as an assault on shared values, freedom, equality and the right to live openly. That symbolic harm is part of why public figures attended Pride openings and issued messages of support, hoping visibility itself offers reassurance.</w:t>
      </w:r>
      <w:r/>
    </w:p>
    <w:p>
      <w:pPr>
        <w:pStyle w:val="Heading2"/>
      </w:pPr>
      <w:r>
        <w:t>How communities and leaders respond helps shape recovery</w:t>
      </w:r>
      <w:r/>
    </w:p>
    <w:p>
      <w:r/>
      <w:r>
        <w:t>Public solidarity matters. When high-profile figures turn up at events, it sends a message that victims aren’t isolated. Organisers, faith groups and local officials have been telling people to hold one another and offer practical support, counselling, safe spaces, and legal help. At a time like this, small actions, checking on neighbours, amplifying trusted sources of information, volunteering for local support groups, can blunt the corrosive effect of terror on civic life.</w:t>
      </w:r>
      <w:r/>
    </w:p>
    <w:p>
      <w:pPr>
        <w:pStyle w:val="Heading2"/>
      </w:pPr>
      <w:r>
        <w:t>Staying safe and showing support at public events</w:t>
      </w:r>
      <w:r/>
    </w:p>
    <w:p>
      <w:r/>
      <w:r>
        <w:t>You don’t have to live in fear, but a little planning helps. If you attend open-air gatherings, agree a meeting point with friends, note exits and have a charged phone and a small first-aid kit. If something happens, follow official instructions and don’t share unverified footage that can increase distress. Most importantly, support survivors: donations to vetted charities, attending vigils, or simply listening to affected people are practical ways to help rebuild confidence.</w:t>
      </w:r>
      <w:r/>
    </w:p>
    <w:p>
      <w:r/>
      <w:r>
        <w:t>It’s a small change to your weekend habits, but steady solidarity is what keeps public life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14">
        <w:r>
          <w:rPr>
            <w:color w:val="0000EE"/>
            <w:u w:val="single"/>
          </w:rPr>
          <w:t>[3]</w:t>
        </w:r>
      </w:hyperlink>
      <w:r>
        <w:t xml:space="preserve">, </w:t>
      </w:r>
      <w:hyperlink r:id="rId15">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5">
        <w:r>
          <w:rPr>
            <w:color w:val="0000EE"/>
            <w:u w:val="single"/>
          </w:rPr>
          <w:t>[6]</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https://www.nd.nl/opinie/commentaar/1325377/-houd-elkaar-vast-steun-elkaar-roept-koningin-maxima-op-tegen</w:t>
        </w:r>
      </w:hyperlink>
      <w:r>
        <w:t xml:space="preserve"> - Please view link - unable to able to access data</w:t>
      </w:r>
      <w:r/>
    </w:p>
    <w:p>
      <w:pPr>
        <w:pStyle w:val="ListNumber"/>
        <w:spacing w:line="240" w:lineRule="auto"/>
        <w:ind w:left="720"/>
      </w:pPr>
      <w:r/>
      <w:hyperlink r:id="rId12">
        <w:r>
          <w:rPr>
            <w:color w:val="0000EE"/>
            <w:u w:val="single"/>
          </w:rPr>
          <w:t>https://apnews.com/article/3ba5e3f1becffd0da5f47b29aa08da9d</w:t>
        </w:r>
      </w:hyperlink>
      <w:r>
        <w:t xml:space="preserve"> - A deadly terror attack near Berlin's Pride festival resulted in one death and 29 injuries. The suspect, Abdul Ballout, a German citizen of Lebanese descent, drove a van into a crowd near Tiergarten park and then allegedly attacked others with a machete. He was shot and killed by police on Sunday in Berlin’s Spandau suburb after confronting officers with a sharp object. Authorities labelled the act an Islamic extremist terror attack. Ballout had previously attempted to join ISIS in Syria and was released pending appeal after a conviction in May 2026 for related offences. (</w:t>
      </w:r>
      <w:hyperlink r:id="rId16">
        <w:r>
          <w:rPr>
            <w:color w:val="0000EE"/>
            <w:u w:val="single"/>
          </w:rPr>
          <w:t>apnews.com</w:t>
        </w:r>
      </w:hyperlink>
      <w:r>
        <w:t>)</w:t>
      </w:r>
      <w:r/>
    </w:p>
    <w:p>
      <w:pPr>
        <w:pStyle w:val="ListNumber"/>
        <w:spacing w:line="240" w:lineRule="auto"/>
        <w:ind w:left="720"/>
      </w:pPr>
      <w:r/>
      <w:hyperlink r:id="rId14">
        <w:r>
          <w:rPr>
            <w:color w:val="0000EE"/>
            <w:u w:val="single"/>
          </w:rPr>
          <w:t>https://www.theguardian.com/world/2026/jul/26/berlin-pride-van-knife-rampage-islamist-terrorist-attack-germany</w:t>
        </w:r>
      </w:hyperlink>
      <w:r>
        <w:t xml:space="preserve"> - German authorities have identified the chief suspect in the deadly van ramming and knife attack near Berlin’s Pride festival as 21-year-old Abdul Ballout. The attack, which resulted in one death and 29 injuries, took place in Tiergarten park near the Brandenburg Gate. Interior Minister Alexander Dobrindt stated that the incident bore the hallmarks of an Islamist terrorist attack, noting Ballout's prior convictions and alleged radicalisation. The attack occurred close to one of Europe’s largest LGBTQ+ celebrations, Christopher Street Day (CSD), which was subsequently cancelled. (</w:t>
      </w:r>
      <w:hyperlink r:id="rId17">
        <w:r>
          <w:rPr>
            <w:color w:val="0000EE"/>
            <w:u w:val="single"/>
          </w:rPr>
          <w:t>theguardian.com</w:t>
        </w:r>
      </w:hyperlink>
      <w:r>
        <w:t>)</w:t>
      </w:r>
      <w:r/>
    </w:p>
    <w:p>
      <w:pPr>
        <w:pStyle w:val="ListNumber"/>
        <w:spacing w:line="240" w:lineRule="auto"/>
        <w:ind w:left="720"/>
      </w:pPr>
      <w:r/>
      <w:hyperlink r:id="rId13">
        <w:r>
          <w:rPr>
            <w:color w:val="0000EE"/>
            <w:u w:val="single"/>
          </w:rPr>
          <w:t>https://www.washingtonpost.com/world/2026/07/26/berlin-pride-attack-investigated-terrorism-with-suspect-large/</w:t>
        </w:r>
      </w:hyperlink>
      <w:r>
        <w:t xml:space="preserve"> - The suspect in the deadly Berlin Pride attack, which left one person dead and at least 29 injured, was killed in a police operation on Sunday. Authorities identified the suspect as Abdul Ballout, a German citizen with Lebanese roots, who had previously sought to join the Islamic State group. The attack involved a van ramming into a crowd near Berlin’s Pride festival, followed by a machete assault. The incident has prompted German leaders to bolster security at major events amid fears of copycat attacks. (</w:t>
      </w:r>
      <w:hyperlink r:id="rId18">
        <w:r>
          <w:rPr>
            <w:color w:val="0000EE"/>
            <w:u w:val="single"/>
          </w:rPr>
          <w:t>washingtonpost.com</w:t>
        </w:r>
      </w:hyperlink>
      <w:r>
        <w:t>)</w:t>
      </w:r>
      <w:r/>
    </w:p>
    <w:p>
      <w:pPr>
        <w:pStyle w:val="ListNumber"/>
        <w:spacing w:line="240" w:lineRule="auto"/>
        <w:ind w:left="720"/>
      </w:pPr>
      <w:r/>
      <w:hyperlink r:id="rId10">
        <w:r>
          <w:rPr>
            <w:color w:val="0000EE"/>
            <w:u w:val="single"/>
          </w:rPr>
          <w:t>https://www.aljazeera.com/news/2026/7/25/one-dead-14-injured-as-car-reportedly-strikes-crowd-at-berlin-lgbtq-event</w:t>
        </w:r>
      </w:hyperlink>
      <w:r>
        <w:t xml:space="preserve"> - German authorities are seeking Abdul Ballout, a 21-year-old man with ties to Islamist extremist circles, after a car ploughed into a crowd at Berlin's LGBTQ+ Pride event, killing one person and injuring at least 14 others. The attack occurred near the Brandenburg Gate during the Christopher Street Day (CSD) celebrations. Police have described the suspect as slender, about 1.90 metres tall, with black hair, wearing a black hoodie and white trousers. The incident has raised concerns about security at major public gatherings. (</w:t>
      </w:r>
      <w:hyperlink r:id="rId19">
        <w:r>
          <w:rPr>
            <w:color w:val="0000EE"/>
            <w:u w:val="single"/>
          </w:rPr>
          <w:t>aljazeera.com</w:t>
        </w:r>
      </w:hyperlink>
      <w:r>
        <w:t>)</w:t>
      </w:r>
      <w:r/>
    </w:p>
    <w:p>
      <w:pPr>
        <w:pStyle w:val="ListNumber"/>
        <w:spacing w:line="240" w:lineRule="auto"/>
        <w:ind w:left="720"/>
      </w:pPr>
      <w:r/>
      <w:hyperlink r:id="rId15">
        <w:r>
          <w:rPr>
            <w:color w:val="0000EE"/>
            <w:u w:val="single"/>
          </w:rPr>
          <w:t>https://www.cbsnews.com/news/berlin-lgbtq-pride-christopher-street-attack-ramming-suspect-search-germany/</w:t>
        </w:r>
      </w:hyperlink>
      <w:r>
        <w:t xml:space="preserve"> - The 21-year-old man convicted in 2025 of attempting to join ISIS and accused of ramming his rented vehicle into the Berlin LGBTQ+ Pride parade was killed by police on Sunday. The suspect, identified as Abdul Ballout, charged towards police with a knife, leading officers to open fire. Authorities described him as part of Berlin's 'Islamist scene' and known to them. The attack resulted in one death and at least 16 injuries. (</w:t>
      </w:r>
      <w:hyperlink r:id="rId20">
        <w:r>
          <w:rPr>
            <w:color w:val="0000EE"/>
            <w:u w:val="single"/>
          </w:rPr>
          <w:t>cbsnews.com</w:t>
        </w:r>
      </w:hyperlink>
      <w:r>
        <w:t>)</w:t>
      </w:r>
      <w:r/>
    </w:p>
    <w:p>
      <w:pPr>
        <w:pStyle w:val="ListNumber"/>
        <w:spacing w:line="240" w:lineRule="auto"/>
        <w:ind w:left="720"/>
      </w:pPr>
      <w:r/>
      <w:hyperlink r:id="rId11">
        <w:r>
          <w:rPr>
            <w:color w:val="0000EE"/>
            <w:u w:val="single"/>
          </w:rPr>
          <w:t>https://www.latimes.com/world-nation/story/2026-07-25/van-rams-crowd-at-berlins-lgbtq-event-1-killed-15-injured</w:t>
        </w:r>
      </w:hyperlink>
      <w:r>
        <w:t xml:space="preserve"> - A van slammed into spectators during Berlin’s Christopher Street Day parade, killing one person and injuring 16, forcing the cancellation of the major LGBTQ+ celebration. The suspect, Abdul Ballout, a German citizen with Lebanese roots, was known to authorities and had previously attempted to join ISIS. The attack occurred near the Brandenburg Gate, close to one of Europe’s largest LGBTQ+ celebrations. (</w:t>
      </w:r>
      <w:hyperlink r:id="rId21">
        <w:r>
          <w:rPr>
            <w:color w:val="0000EE"/>
            <w:u w:val="single"/>
          </w:rPr>
          <w:t>latimes.com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opinie/commentaar/1325377/-houd-elkaar-vast-steun-elkaar-roept-koningin-maxima-op-tegen" TargetMode="External"/><Relationship Id="rId10" Type="http://schemas.openxmlformats.org/officeDocument/2006/relationships/hyperlink" Target="https://www.aljazeera.com/news/2026/7/25/one-dead-14-injured-as-car-reportedly-strikes-crowd-at-berlin-lgbtq-event" TargetMode="External"/><Relationship Id="rId11" Type="http://schemas.openxmlformats.org/officeDocument/2006/relationships/hyperlink" Target="https://www.latimes.com/world-nation/story/2026-07-25/van-rams-crowd-at-berlins-lgbtq-event-1-killed-15-injured" TargetMode="External"/><Relationship Id="rId12" Type="http://schemas.openxmlformats.org/officeDocument/2006/relationships/hyperlink" Target="https://apnews.com/article/3ba5e3f1becffd0da5f47b29aa08da9d" TargetMode="External"/><Relationship Id="rId13" Type="http://schemas.openxmlformats.org/officeDocument/2006/relationships/hyperlink" Target="https://www.washingtonpost.com/world/2026/07/26/berlin-pride-attack-investigated-terrorism-with-suspect-large/" TargetMode="External"/><Relationship Id="rId14" Type="http://schemas.openxmlformats.org/officeDocument/2006/relationships/hyperlink" Target="https://www.theguardian.com/world/2026/jul/26/berlin-pride-van-knife-rampage-islamist-terrorist-attack-germany" TargetMode="External"/><Relationship Id="rId15" Type="http://schemas.openxmlformats.org/officeDocument/2006/relationships/hyperlink" Target="https://www.cbsnews.com/news/berlin-lgbtq-pride-christopher-street-attack-ramming-suspect-search-germany/" TargetMode="External"/><Relationship Id="rId16" Type="http://schemas.openxmlformats.org/officeDocument/2006/relationships/hyperlink" Target="https://apnews.com/article/3ba5e3f1becffd0da5f47b29aa08da9d?utm_source=openai" TargetMode="External"/><Relationship Id="rId17" Type="http://schemas.openxmlformats.org/officeDocument/2006/relationships/hyperlink" Target="https://www.theguardian.com/world/2026/jul/26/berlin-pride-van-knife-rampage-islamist-terrorist-attack-germany?utm_source=openai" TargetMode="External"/><Relationship Id="rId18" Type="http://schemas.openxmlformats.org/officeDocument/2006/relationships/hyperlink" Target="https://www.washingtonpost.com/world/2026/07/26/berlin-pride-attack-investigated-terrorism-with-suspect-large/?utm_source=openai" TargetMode="External"/><Relationship Id="rId19" Type="http://schemas.openxmlformats.org/officeDocument/2006/relationships/hyperlink" Target="https://www.aljazeera.com/news/2026/7/25/one-dead-14-injured-as-car-reportedly-strikes-crowd-at-berlin-lgbtq-event?utm_source=openai" TargetMode="External"/><Relationship Id="rId20" Type="http://schemas.openxmlformats.org/officeDocument/2006/relationships/hyperlink" Target="https://www.cbsnews.com/news/berlin-lgbtq-pride-christopher-street-attack-ramming-suspect-search-germany/?utm_source=openai" TargetMode="External"/><Relationship Id="rId21" Type="http://schemas.openxmlformats.org/officeDocument/2006/relationships/hyperlink" Target="https://www.latimes.com/world-nation/story/2026-07-25/van-rams-crowd-at-berlin-lgbtq-event-1-killed-15-injur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