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Vigil: Solidarity, Grief and Questions for Safety at LGBTQ+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Thousands gathered in Pariser Platz after a vehicle and knife attack at Berlin’s Christopher Street Day left one woman dead and dozens injured; the vigil and cancelled events underlined grief, solidarity and renewed debate about how to protect Pride crowds across Europe.</w:t>
      </w:r>
      <w:r/>
    </w:p>
    <w:p>
      <w:r/>
      <w:r>
        <w:t>Essential Takeaways</w:t>
      </w:r>
      <w:r/>
      <w:r/>
    </w:p>
    <w:p>
      <w:pPr>
        <w:pStyle w:val="ListBullet"/>
        <w:spacing w:line="240" w:lineRule="auto"/>
        <w:ind w:left="720"/>
      </w:pPr>
      <w:r/>
      <w:r>
        <w:rPr>
          <w:b/>
        </w:rPr>
        <w:t>One fatality, many injured:</w:t>
      </w:r>
      <w:r>
        <w:t xml:space="preserve"> Officials confirmed one woman killed and at least 29 people hurt after a car ploughed into a crowd and several people were reportedly stabbed.</w:t>
      </w:r>
      <w:r/>
    </w:p>
    <w:p>
      <w:pPr>
        <w:pStyle w:val="ListBullet"/>
        <w:spacing w:line="240" w:lineRule="auto"/>
        <w:ind w:left="720"/>
      </w:pPr>
      <w:r/>
      <w:r>
        <w:rPr>
          <w:b/>
        </w:rPr>
        <w:t>Suspect identified and killed:</w:t>
      </w:r>
      <w:r>
        <w:t xml:space="preserve"> Authorities named a 21-year-old suspect with alleged Islamist links; he was shot dead after a police search when he allegedly attacked officers.</w:t>
      </w:r>
      <w:r/>
    </w:p>
    <w:p>
      <w:pPr>
        <w:pStyle w:val="ListBullet"/>
        <w:spacing w:line="240" w:lineRule="auto"/>
        <w:ind w:left="720"/>
      </w:pPr>
      <w:r/>
      <w:r>
        <w:rPr>
          <w:b/>
        </w:rPr>
        <w:t>Vigil packed and emotional:</w:t>
      </w:r>
      <w:r>
        <w:t xml:space="preserve"> A spontaneous vigil in Pariser Platz reached capacity quickly, with Pride flags, moments of silence and signs reading "From grief, to anger to resistance!"</w:t>
      </w:r>
      <w:r/>
    </w:p>
    <w:p>
      <w:pPr>
        <w:pStyle w:val="ListBullet"/>
        <w:spacing w:line="240" w:lineRule="auto"/>
        <w:ind w:left="720"/>
      </w:pPr>
      <w:r/>
      <w:r>
        <w:rPr>
          <w:b/>
        </w:rPr>
        <w:t>Events cancelled, solidarity widespread:</w:t>
      </w:r>
      <w:r>
        <w:t xml:space="preserve"> Organisers cancelled further Pride activities; international and Irish groups publicly expressed support and called for unity.</w:t>
      </w:r>
      <w:r/>
    </w:p>
    <w:p>
      <w:pPr>
        <w:pStyle w:val="ListBullet"/>
        <w:spacing w:line="240" w:lineRule="auto"/>
        <w:ind w:left="720"/>
      </w:pPr>
      <w:r/>
      <w:r>
        <w:rPr>
          <w:b/>
        </w:rPr>
        <w:t>Security and community resilience:</w:t>
      </w:r>
      <w:r>
        <w:t xml:space="preserve"> The incident has prompted urgent questions about policing, event safety, and how Pride remains both a celebration and a vulnerable public space.</w:t>
      </w:r>
      <w:r/>
      <w:r/>
    </w:p>
    <w:p>
      <w:pPr>
        <w:pStyle w:val="Heading2"/>
      </w:pPr>
      <w:r>
        <w:t>What happened and the immediate human impact</w:t>
      </w:r>
      <w:r/>
    </w:p>
    <w:p>
      <w:r/>
      <w:r>
        <w:t>A white vehicle drove into a crowd at Tiergarten near the Brandenburg Gate late on Saturday night, and reports say some victims were also stabbed with a blade that looked like a machete. The scene was chaotic and, by early hours, authorities confirmed one woman had died and dozens were injured. The image of flags fluttering against the sober backdrop of Pariser Platz at the vigil is a sharp contrast to the violence, and you can still feel the shock in the way people held each other and kept silent.</w:t>
      </w:r>
      <w:r/>
    </w:p>
    <w:p>
      <w:r/>
      <w:r>
        <w:t>According to reports, police later located a crashed vehicle and, in a city-wide operation, identified a 21-year-old suspect. Officials said he had links to Islamist extremism and a history with law enforcement. This detail has intensified public debate about how potential threats are monitored without stigmatising whole communities.</w:t>
      </w:r>
      <w:r/>
    </w:p>
    <w:p>
      <w:pPr>
        <w:pStyle w:val="Heading2"/>
      </w:pPr>
      <w:r>
        <w:t>A vigil that filled quickly , grief, anger and resolve</w:t>
      </w:r>
      <w:r/>
    </w:p>
    <w:p>
      <w:r/>
      <w:r>
        <w:t>When thousands turned up to Pariser Platz on Sunday, organisers tried to balance commemoration with safety, limiting numbers once capacity was reached. People held a minute’s silence, waved Pride banners and carried placards that moved swiftly from sorrow to defiance. For many, Pride is one of the few places to be openly visible, so the emotional stakes are high.</w:t>
      </w:r>
      <w:r/>
    </w:p>
    <w:p>
      <w:r/>
      <w:r>
        <w:t>Local and international groups were quick to speak out. Irish public figures and Pride organisations issued messages of support, while Berlin’s own CSD team emphasised solidarity and warned against political exploitation. The tone at the vigil , one of mourning fused to determination , felt like a message that Pride refuses to be erased by violence.</w:t>
      </w:r>
      <w:r/>
    </w:p>
    <w:p>
      <w:pPr>
        <w:pStyle w:val="Heading2"/>
      </w:pPr>
      <w:r>
        <w:t>Why organisers cancelled events and what that means for Pride culture</w:t>
      </w:r>
      <w:r/>
    </w:p>
    <w:p>
      <w:r/>
      <w:r>
        <w:t>In the immediate aftermath, many Pride activities were called off. Organisers thanked emergency services and volunteers, and made clear they wouldn’t allow the attack to be used to divide people or single out groups. Cancelling events is a practical response to risk, but it also underscores the difficult balance between safety and refusing to cede public space to fear.</w:t>
      </w:r>
      <w:r/>
    </w:p>
    <w:p>
      <w:r/>
      <w:r>
        <w:t>This incident is part of a wider conversation about how to keep mass gatherings safe without turning celebrations into fortress-like spectacles. Expect discussions on bag checks, barriers, trained volunteer stewards and the visible presence of trauma-informed medical teams at future parades.</w:t>
      </w:r>
      <w:r/>
    </w:p>
    <w:p>
      <w:pPr>
        <w:pStyle w:val="Heading2"/>
      </w:pPr>
      <w:r>
        <w:t>Security, policing and the thorny question of prevention</w:t>
      </w:r>
      <w:r/>
    </w:p>
    <w:p>
      <w:r/>
      <w:r>
        <w:t>Authorities said the suspect had been radicalised and previously convicted for preparing a serious act of violence, with a suspended or deferred sentence and parole supervision. That fact has stoked questions about risk assessment, monitoring and early intervention. People are asking: how do police and social services work together to prevent someone slipping from supervision into an act of mass harm?</w:t>
      </w:r>
      <w:r/>
    </w:p>
    <w:p>
      <w:r/>
      <w:r>
        <w:t>There’s no easy answer. Experts often point to better information-sharing, community-led prevention programmes and tailored mental-health support as parts of the puzzle. At the same time, the community response shows another prevention form: visibility and solidarity make it harder for hatred to sit unchallenged.</w:t>
      </w:r>
      <w:r/>
    </w:p>
    <w:p>
      <w:pPr>
        <w:pStyle w:val="Heading2"/>
      </w:pPr>
      <w:r>
        <w:t>What this means for Pride events across Europe , practical tips for attendees</w:t>
      </w:r>
      <w:r/>
    </w:p>
    <w:p>
      <w:r/>
      <w:r>
        <w:t>This attack will change how many cities plan Pride for the foreseeable future. If you’re going to large public events, consider these simple steps: travel with friends, agree on a meeting point, keep mobile phones charged, take note of exits, and be aware of first-aid or help stations. Event organisers should publish clear safety guidance, increase trained steward numbers, and work with local LGBTQ+ groups to create spaces that feel both secure and welcoming.</w:t>
      </w:r>
      <w:r/>
    </w:p>
    <w:p>
      <w:r/>
      <w:r>
        <w:t>Police and festival teams will be under pressure to strike the right tone , visible security without turning marches into militarised parades. The community’s refusal to back down, shown in vigils and statements from Pride groups, suggests the culture of Pride will adapt rather than retreat.</w:t>
      </w:r>
      <w:r/>
    </w:p>
    <w:p>
      <w:r/>
      <w:r>
        <w:t>It's a small change that can make every gathering safer and keep Pride proudly public.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11">
        <w:r>
          <w:rPr>
            <w:color w:val="0000EE"/>
            <w:u w:val="single"/>
          </w:rPr>
          <w:t>[5]</w:t>
        </w:r>
      </w:hyperlink>
      <w:r>
        <w:t xml:space="preserve">, </w:t>
      </w:r>
      <w:hyperlink r:id="rId13">
        <w:r>
          <w:rPr>
            <w:color w:val="0000EE"/>
            <w:u w:val="single"/>
          </w:rPr>
          <w:t>[6]</w:t>
        </w:r>
      </w:hyperlink>
      <w:r>
        <w:t xml:space="preserve">- Paragraph 6: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https://gcn.ie/vigil-berlin-pride-attack/</w:t>
        </w:r>
      </w:hyperlink>
      <w:r>
        <w:t xml:space="preserve"> - Please view link - unable to able to access data</w:t>
      </w:r>
      <w:r/>
    </w:p>
    <w:p>
      <w:pPr>
        <w:pStyle w:val="ListNumber"/>
        <w:spacing w:line="240" w:lineRule="auto"/>
        <w:ind w:left="720"/>
      </w:pPr>
      <w:r/>
      <w:hyperlink r:id="rId9">
        <w:r>
          <w:rPr>
            <w:color w:val="0000EE"/>
            <w:u w:val="single"/>
          </w:rPr>
          <w:t>https://gcn.ie/vigil-berlin-pride-attack/</w:t>
        </w:r>
      </w:hyperlink>
      <w:r>
        <w:t xml:space="preserve"> - Thousands gathered in Pariser Platz on July 26, 2026, to honour the victims of the Berlin Pride attack, which resulted in one death and at least 29 injuries. Attendees held a moment of silence and waved Pride flags, with one person holding a sign reading, “From grief, to anger to resistance!” The gathering reached maximum capacity within 30 minutes, leading police to limit attendance due to security precautions. International solidarity was expressed, with statements from Irish Taoiseach Micheál Martin and Dublin Pride, emphasising unity and resilience against hate.</w:t>
      </w:r>
      <w:r/>
    </w:p>
    <w:p>
      <w:pPr>
        <w:pStyle w:val="ListNumber"/>
        <w:spacing w:line="240" w:lineRule="auto"/>
        <w:ind w:left="720"/>
      </w:pPr>
      <w:r/>
      <w:hyperlink r:id="rId10">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w:t>
      </w:r>
      <w:r/>
    </w:p>
    <w:p>
      <w:pPr>
        <w:pStyle w:val="ListNumber"/>
        <w:spacing w:line="240" w:lineRule="auto"/>
        <w:ind w:left="720"/>
      </w:pPr>
      <w:r/>
      <w:hyperlink r:id="rId12">
        <w:r>
          <w:rPr>
            <w:color w:val="0000EE"/>
            <w:u w:val="single"/>
          </w:rPr>
          <w:t>https://www.investing.com/news/world-news/berlin-pride-attack-prompts-grief-and-solidarity-with-lgbtq-community-4812850</w:t>
        </w:r>
      </w:hyperlink>
      <w:r>
        <w:t xml:space="preserve"> - Members of Berlin’s LGBTQ community and others voiced grief, anger and solidarity on Sunday after a vehicle rammed into crowds at the city’s annual Christopher Street Day Pride celebrations, killing one person and injuring more than a dozen. Organisers of the parade cancelled several related events after Saturday night’s attack, including a breakfast market at a popular food hall and a post-parade clean-up. Instead, the D-Dur Dykes pop choir said it was planning a community vigil at 2 p.m. (1200 GMT) in Pariser Platz, the square surrounding the Brandenburg Gate, just a few hundred metres from where the attack took place.</w:t>
      </w:r>
      <w:r/>
    </w:p>
    <w:p>
      <w:pPr>
        <w:pStyle w:val="ListNumber"/>
        <w:spacing w:line="240" w:lineRule="auto"/>
        <w:ind w:left="720"/>
      </w:pPr>
      <w:r/>
      <w:hyperlink r:id="rId11">
        <w:r>
          <w:rPr>
            <w:color w:val="0000EE"/>
            <w:u w:val="single"/>
          </w:rPr>
          <w:t>https://www.rte.ie/news/world/2026/0726/1585128-berlin-pride-incident/</w:t>
        </w:r>
      </w:hyperlink>
      <w:r>
        <w:t xml:space="preserve"> - German Chancellor Friedrich Merz promised to punish those responsible after a car struck people on the outskirts of Berlin's Gay Pride celebrations, killing at least one person and wounding 16 others. The attack forced organisers to cut short one of Europe's largest Pride events and comes as Germany remains on edge after a series of deadly vehicle and knife attacks in recent years. A vehicle entered the Tiergarten park and hit several people just before 10:00 pm local time. The car suspected to have been involved in the incident was found in the Tiergarten park. A Syrian man named only as Wassim Al M. was jailed in March for 13 years for that attack, with the court finding he acted in the name of the so-called Islamic State group.</w:t>
      </w:r>
      <w:r/>
    </w:p>
    <w:p>
      <w:pPr>
        <w:pStyle w:val="ListNumber"/>
        <w:spacing w:line="240" w:lineRule="auto"/>
        <w:ind w:left="720"/>
      </w:pPr>
      <w:r/>
      <w:hyperlink r:id="rId13">
        <w:r>
          <w:rPr>
            <w:color w:val="0000EE"/>
            <w:u w:val="single"/>
          </w:rPr>
          <w:t>https://wnyc.org/npr/nx-s1-5907997</w:t>
        </w:r>
      </w:hyperlink>
      <w:r>
        <w:t xml:space="preserve"> - At least one person is dead and several people are injured after a vehicle drove into the crowd at a Pride event in Berlin on Saturday, in what German Chancellor Friedrich Merz called "an attack on our society." Berlin police said they have identified a suspect who "is known to police" and has links to "Islamist circles." Police have launched a manhunt for the 21-year-old who they identified only as Abdul B. "If you encounter the suspect, immediately dial 110! Do not approach him, he may be armed and dangerous!" police warned the public, adding he was believed to be wearing a black hoodie and white pants. A driver in white vehicle struck several people before 10:00 p.m. local time, according to Berlin police. At least 17 people are injured and several have life threatening injuries, according to Berlin police. The incident occurred in Tiergarten Park, one of the largest parks in Berlin, where an LGBTQ+ celebration was taking place.</w:t>
      </w:r>
      <w:r/>
    </w:p>
    <w:p>
      <w:pPr>
        <w:pStyle w:val="ListNumber"/>
        <w:spacing w:line="240" w:lineRule="auto"/>
        <w:ind w:left="720"/>
      </w:pPr>
      <w:r/>
      <w:hyperlink r:id="rId14">
        <w:r>
          <w:rPr>
            <w:color w:val="0000EE"/>
            <w:u w:val="single"/>
          </w:rPr>
          <w:t>https://www.the-berliner.com/english-news-berlin/attack-csd-pride-neo-nazis-junge-nationalisten-arrested-potsdamer-platz/</w:t>
        </w:r>
      </w:hyperlink>
      <w:r>
        <w:t xml:space="preserve"> - Police appear to have prevented an attack on CSD, taking around 30 members of a far-right group into preventative custody on Saturday. From about midday until 3:45 pm on Saturday when they were taken into custody, the group of around 30 people – mainly young men – stood around the edge of a shopping centre next to Potsdamer Platz, surrounded by police officers. Occasionally, they flashed “white power” hand signals. According to police information, this group – consisting of more than two dozen right-wing extremists – had come to Berlin with a plan: to attack the CSD pride procession. Those ambitions were thwarted by police intervention when the group was handcuffed and removed from the area in prisoner transport vehicles. While the minors among the group were immediately released, the adults were kept in custody until after midnight; all have since been released. Far-right activity is on the increase in Berlin. Earlier this year, a far-right group named the “Young Nationalists” had called upon its followers to act against the Berlin CSD. For the most part, however, the 46th Christopher Street Day in Berlin was a success. 250,000 people marched through the city, joining the event which had been organised under the motto “Only strong together – for democracy and diversity.”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vigil-berlin-pride-attack/" TargetMode="External"/><Relationship Id="rId10" Type="http://schemas.openxmlformats.org/officeDocument/2006/relationships/hyperlink" Target="https://apnews.com/article/8b3c8ded8033ab246cb55f7bd1c47e2f" TargetMode="External"/><Relationship Id="rId11" Type="http://schemas.openxmlformats.org/officeDocument/2006/relationships/hyperlink" Target="https://www.rte.ie/news/world/2026/0726/1585128-berlin-pride-incident/" TargetMode="External"/><Relationship Id="rId12" Type="http://schemas.openxmlformats.org/officeDocument/2006/relationships/hyperlink" Target="https://www.investing.com/news/world-news/berlin-pride-attack-prompts-grief-and-solidarity-with-lgbtq-community-4812850" TargetMode="External"/><Relationship Id="rId13" Type="http://schemas.openxmlformats.org/officeDocument/2006/relationships/hyperlink" Target="https://wnyc.org/npr/nx-s1-5907997" TargetMode="External"/><Relationship Id="rId14" Type="http://schemas.openxmlformats.org/officeDocument/2006/relationships/hyperlink" Target="https://www.the-berliner.com/english-news-berlin/attack-csd-pride-neo-nazis-junge-nationalisten-arrested-potsdamer-plat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