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the Invasion of the Pines Still Matters at 50: Fire Island’s Long-Running Pride Tradition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Shimmering, noisy and unapologetically joyful, the Invasion of the Pines marked its 50th anniversary on Fire Island this Fourth of July , a half-century ritual born from a refusal of service that grew into an annual celebration of queer solidarity, theatricality and safe space on the East End.</w:t>
      </w:r>
      <w:r/>
    </w:p>
    <w:p>
      <w:r/>
      <w:r>
        <w:t>Essential Takeaways</w:t>
      </w:r>
      <w:r/>
      <w:r/>
    </w:p>
    <w:p>
      <w:pPr>
        <w:pStyle w:val="ListBullet"/>
        <w:spacing w:line="240" w:lineRule="auto"/>
        <w:ind w:left="720"/>
      </w:pPr>
      <w:r/>
      <w:r>
        <w:rPr>
          <w:b/>
        </w:rPr>
        <w:t>Origins:</w:t>
      </w:r>
      <w:r>
        <w:t xml:space="preserve"> A 1976 refusal of service sparked a boat protest from Cherry Grove to the Pines, creating the annual "Invasion" tradition.</w:t>
      </w:r>
      <w:r/>
    </w:p>
    <w:p>
      <w:pPr>
        <w:pStyle w:val="ListBullet"/>
        <w:spacing w:line="240" w:lineRule="auto"/>
        <w:ind w:left="720"/>
      </w:pPr>
      <w:r/>
      <w:r>
        <w:rPr>
          <w:b/>
        </w:rPr>
        <w:t>Scale and spectacle:</w:t>
      </w:r>
      <w:r>
        <w:t xml:space="preserve"> Nearly 100 drag performers boarded ferries for the 50th, greeted by a rolled-out red carpet and crowds of locals and visitors.</w:t>
      </w:r>
      <w:r/>
    </w:p>
    <w:p>
      <w:pPr>
        <w:pStyle w:val="ListBullet"/>
        <w:spacing w:line="240" w:lineRule="auto"/>
        <w:ind w:left="720"/>
      </w:pPr>
      <w:r/>
      <w:r>
        <w:rPr>
          <w:b/>
        </w:rPr>
        <w:t>Mood:</w:t>
      </w:r>
      <w:r>
        <w:t xml:space="preserve"> The day mixes pageantry , sequins, wigs, high heels , with heartfelt tribute to early LGBTQ+ pioneers and community defenders.</w:t>
      </w:r>
      <w:r/>
    </w:p>
    <w:p>
      <w:pPr>
        <w:pStyle w:val="ListBullet"/>
        <w:spacing w:line="240" w:lineRule="auto"/>
        <w:ind w:left="720"/>
      </w:pPr>
      <w:r/>
      <w:r>
        <w:rPr>
          <w:b/>
        </w:rPr>
        <w:t>Community value:</w:t>
      </w:r>
      <w:r>
        <w:t xml:space="preserve"> The event acts as both celebration and reminder of why safe queer spaces matter, with energetic pre-shows, performances and communal ritual.</w:t>
      </w:r>
      <w:r/>
    </w:p>
    <w:p>
      <w:pPr>
        <w:pStyle w:val="ListBullet"/>
        <w:spacing w:line="240" w:lineRule="auto"/>
        <w:ind w:left="720"/>
      </w:pPr>
      <w:r/>
      <w:r>
        <w:rPr>
          <w:b/>
        </w:rPr>
        <w:t>Practical note:</w:t>
      </w:r>
      <w:r>
        <w:t xml:space="preserve"> Expect crowded ferries, long waits at the dock and a festive, loud atmosphere that’s sensory and emotional.</w:t>
      </w:r>
      <w:r/>
      <w:r/>
    </w:p>
    <w:p>
      <w:pPr>
        <w:pStyle w:val="Heading2"/>
      </w:pPr>
      <w:r>
        <w:t>A protest turned party , how refusal of service became a movement</w:t>
      </w:r>
      <w:r/>
    </w:p>
    <w:p>
      <w:r/>
      <w:r>
        <w:t>The Invasion began not as a festival but as a pointed act of protest after a drag performer was refused service in the Pines in 1976. What started with a water taxi full of outraged friends from Cherry Grove quickly became ritualised. Over time the original anger softened into celebration, but the edge remains; the pageant is both defiant and gleeful. According to historical write-ups and local recollections, that mix of resistance and revelry is precisely why the event has stuck around for five decades.</w:t>
      </w:r>
      <w:r/>
    </w:p>
    <w:p>
      <w:pPr>
        <w:pStyle w:val="Heading2"/>
      </w:pPr>
      <w:r>
        <w:t>Fifty years in sequins: what the anniversary looked like</w:t>
      </w:r>
      <w:r/>
    </w:p>
    <w:p>
      <w:r/>
      <w:r>
        <w:t>This year’s anniversary was theatrical and crowded in equal measure. Organisers and emcees kept energy high during an elaborate pre-show, while ferries arrived stacked with performers in sequined gowns and towering wigs. The red carpet rolled out along the pier, and each performer received an introduction, turning a dock into a stage and hundreds of onlookers into an audience. If you weren’t prepared for bright colours, loud music and confetti, you’ll be surprised , in a good way.</w:t>
      </w:r>
      <w:r/>
    </w:p>
    <w:p>
      <w:pPr>
        <w:pStyle w:val="Heading2"/>
      </w:pPr>
      <w:r>
        <w:t>Why this matters beyond a costume change</w:t>
      </w:r>
      <w:r/>
    </w:p>
    <w:p>
      <w:r/>
      <w:r>
        <w:t>Beyond the costumes and choreography, the Invasion operates as living memory for queer resilience. It recalls a time when finding a safe social space was difficult and under threat, and it celebrates the communities that created refuge. Events like this help newer generations understand why places like Cherry Grove and the Pines are more than holiday spots; they’re cultural touchstones for LGBTQ+ life. Local organisers and long-time attendees often talk about stewardship , keeping the story alive is as important as keeping the party lively.</w:t>
      </w:r>
      <w:r/>
    </w:p>
    <w:p>
      <w:pPr>
        <w:pStyle w:val="Heading2"/>
      </w:pPr>
      <w:r>
        <w:t>Planning a visit: tips for first-timers</w:t>
      </w:r>
      <w:r/>
    </w:p>
    <w:p>
      <w:r/>
      <w:r>
        <w:t>If you’re thinking of going, know this: ferries fill up, lines can be long and the atmosphere is exuberant and loud. Arrive early, pack sunscreen and comfortable shoes, and expect to stand on docks or ferry decks. Bring small cash for vendors, and respect that while the scene is public and performative, it’s also a ceremony for many locals. If you want photos, be mindful and ask consent , these moments are personal as well as performative.</w:t>
      </w:r>
      <w:r/>
    </w:p>
    <w:p>
      <w:pPr>
        <w:pStyle w:val="Heading2"/>
      </w:pPr>
      <w:r>
        <w:t>The future of a 50-year tradition</w:t>
      </w:r>
      <w:r/>
    </w:p>
    <w:p>
      <w:r/>
      <w:r>
        <w:t>After fifty years the Invasion feels both timeless and adaptive. New performers put fresh spin on routines, while veteran participants steward the origin story. Community voices suggest the festival will continue to evolve as Fire Island itself changes, but the core , a defiant, joyous crossing from one enclave to another , seems locked in. For many, that balance of memory and reinvention is what keeps them returning year after year.</w:t>
      </w:r>
      <w:r/>
    </w:p>
    <w:p>
      <w:r/>
      <w:r>
        <w:t>It's a small tradition with big heart , and as long as communities remember why it started, each invasion will feel both necessary and celebratory.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[4]</w:t>
        </w:r>
      </w:hyperlink>
      <w:r>
        <w:t xml:space="preserve">, </w:t>
      </w:r>
      <w:hyperlink r:id="rId13">
        <w:r>
          <w:rPr>
            <w:color w:val="0000EE"/>
            <w:u w:val="single"/>
          </w:rPr>
          <w:t>[3]</w:t>
        </w:r>
      </w:hyperlink>
      <w:r>
        <w:t xml:space="preserve">- Paragraph 3: </w:t>
      </w:r>
      <w:hyperlink r:id="rId9">
        <w:r>
          <w:rPr>
            <w:color w:val="0000EE"/>
            <w:u w:val="single"/>
          </w:rPr>
          <w:t>[1]</w:t>
        </w:r>
      </w:hyperlink>
      <w:r>
        <w:t xml:space="preserve">, </w:t>
      </w:r>
      <w:hyperlink r:id="rId11">
        <w:r>
          <w:rPr>
            <w:color w:val="0000EE"/>
            <w:u w:val="single"/>
          </w:rPr>
          <w:t>[5]</w:t>
        </w:r>
      </w:hyperlink>
      <w:r>
        <w:t xml:space="preserve">- Paragraph 4: </w:t>
      </w:r>
      <w:hyperlink r:id="rId12">
        <w:r>
          <w:rPr>
            <w:color w:val="0000EE"/>
            <w:u w:val="single"/>
          </w:rPr>
          <w:t>[4]</w:t>
        </w:r>
      </w:hyperlink>
      <w:r>
        <w:t xml:space="preserve">, </w:t>
      </w:r>
      <w:hyperlink r:id="rId13">
        <w:r>
          <w:rPr>
            <w:color w:val="0000EE"/>
            <w:u w:val="single"/>
          </w:rPr>
          <w:t>[3]</w:t>
        </w:r>
      </w:hyperlink>
      <w:r>
        <w:t xml:space="preserve">- Paragraph 5: </w:t>
      </w:r>
      <w:hyperlink r:id="rId10">
        <w:r>
          <w:rPr>
            <w:color w:val="0000EE"/>
            <w:u w:val="single"/>
          </w:rPr>
          <w:t>[2]</w:t>
        </w:r>
      </w:hyperlink>
      <w:r>
        <w:t xml:space="preserve">, </w:t>
      </w:r>
      <w:hyperlink r:id="rId11">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https://www.fireislandnews.com/communities/invasion-of-the-pines-celebrates-50-years/</w:t>
        </w:r>
      </w:hyperlink>
      <w:r>
        <w:t xml:space="preserve"> - Please view link - unable to able to access data</w:t>
      </w:r>
      <w:r/>
    </w:p>
    <w:p>
      <w:pPr>
        <w:pStyle w:val="ListNumber"/>
        <w:spacing w:line="240" w:lineRule="auto"/>
        <w:ind w:left="720"/>
      </w:pPr>
      <w:r/>
      <w:hyperlink r:id="rId10">
        <w:r>
          <w:rPr>
            <w:color w:val="0000EE"/>
            <w:u w:val="single"/>
          </w:rPr>
          <w:t>https://en.wikipedia.org/wiki/Invasion_of_the_Pines</w:t>
        </w:r>
      </w:hyperlink>
      <w:r>
        <w:t xml:space="preserve"> - The Invasion of the Pines is an annual event in Fire Island Pines, New York, held on the Fourth of July. It began in 1976 when drag queen Teri Warren was denied service at a local restaurant, leading friends from Cherry Grove to organise a water taxi filled with drag performers to protest. This act of defiance became a tradition, with hundreds of drag queens and thousands of spectators participating each year, celebrating LGBTQ+ rights and community solidarity.</w:t>
      </w:r>
      <w:r/>
    </w:p>
    <w:p>
      <w:pPr>
        <w:pStyle w:val="ListNumber"/>
        <w:spacing w:line="240" w:lineRule="auto"/>
        <w:ind w:left="720"/>
      </w:pPr>
      <w:r/>
      <w:hyperlink r:id="rId13">
        <w:r>
          <w:rPr>
            <w:color w:val="0000EE"/>
            <w:u w:val="single"/>
          </w:rPr>
          <w:t>https://thequeerreview.com/2025/07/08/fire-island-legend-pazi-leads-50th-anniversary-invasion-of-the-pines/</w:t>
        </w:r>
      </w:hyperlink>
      <w:r>
        <w:t xml:space="preserve"> - In July 2025, Fire Island drag legend Panzi, who led the original 1976 Invasion of the Pines, returned to host the 50th anniversary event. The celebration featured a vibrant pre-show with dance performances and a live set by Boy Radio. Drag stars from Tryst Hospitality properties worldwide participated, including Mayhem Miller and Misty Violet. The event honoured the history of the Invasion while embracing the future of the Pines.</w:t>
      </w:r>
      <w:r/>
    </w:p>
    <w:p>
      <w:pPr>
        <w:pStyle w:val="ListNumber"/>
        <w:spacing w:line="240" w:lineRule="auto"/>
        <w:ind w:left="720"/>
      </w:pPr>
      <w:r/>
      <w:hyperlink r:id="rId12">
        <w:r>
          <w:rPr>
            <w:color w:val="0000EE"/>
            <w:u w:val="single"/>
          </w:rPr>
          <w:t>https://www.fireislandnews.com/arts-culture/arts-theatre/50th-anniversary-of-the-fire-island-pines-invasion/</w:t>
        </w:r>
      </w:hyperlink>
      <w:r>
        <w:t xml:space="preserve"> - The 50th anniversary of the Fire Island Pines Invasion in July 2025 showcased themes from the Regency era, referencing the original 1976 protest. Original participants, including Panzi and Rose Levine, were present. The event featured performances and a special sash awarded to Miss 50th Invasion. The celebration was presented in partnership with Tryst Hospitality and the Fire Island Pines Property Owners Association.</w:t>
      </w:r>
      <w:r/>
    </w:p>
    <w:p>
      <w:pPr>
        <w:pStyle w:val="ListNumber"/>
        <w:spacing w:line="240" w:lineRule="auto"/>
        <w:ind w:left="720"/>
      </w:pPr>
      <w:r/>
      <w:hyperlink r:id="rId11">
        <w:r>
          <w:rPr>
            <w:color w:val="0000EE"/>
            <w:u w:val="single"/>
          </w:rPr>
          <w:t>https://www.fireislandnews.com/communities/fire-island-pines-invasion/</w:t>
        </w:r>
      </w:hyperlink>
      <w:r>
        <w:t xml:space="preserve"> - In July 2026, Fire Island Pines and Cherry Grove were filled with Fourth of July revelers celebrating the Invasion. Passengers gathered at the Ice Palace in Cherry Grove before boarding the Queen’s boat. Panzi made a striking Lady Liberty, and the event was part of the 250th Independence Day celebrations. The festivities included expressions of free speech and vibrant performances.</w:t>
      </w:r>
      <w:r/>
    </w:p>
    <w:p>
      <w:pPr>
        <w:pStyle w:val="ListNumber"/>
        <w:spacing w:line="240" w:lineRule="auto"/>
        <w:ind w:left="720"/>
      </w:pPr>
      <w:r/>
      <w:hyperlink r:id="rId14">
        <w:r>
          <w:rPr>
            <w:color w:val="0000EE"/>
            <w:u w:val="single"/>
          </w:rPr>
          <w:t>https://www.nps.gov/voya/learn/news/voyageurs-national-park-celebrates-50th-birthday.htm</w:t>
        </w:r>
      </w:hyperlink>
      <w:r>
        <w:t xml:space="preserve"> - Voyageurs National Park in Minnesota celebrated its 50th anniversary in April 2025. Established in 1975, the park has inspired adventure, connection, and conservation for five decades. The anniversary was marked by special events, community partnerships, and initiatives, with Governor Tim Walz proclaiming April 8, 2025, as 'Voyageurs National Park Day' in Minnesota.</w:t>
      </w:r>
      <w:r/>
    </w:p>
    <w:p>
      <w:pPr>
        <w:pStyle w:val="ListNumber"/>
        <w:spacing w:line="240" w:lineRule="auto"/>
        <w:ind w:left="720"/>
      </w:pPr>
      <w:r/>
      <w:hyperlink r:id="rId15">
        <w:r>
          <w:rPr>
            <w:color w:val="0000EE"/>
            <w:u w:val="single"/>
          </w:rPr>
          <w:t>https://news.va.gov/press-room/va-marks-50th-anniversary-of-korean-armistice/</w:t>
        </w:r>
      </w:hyperlink>
      <w:r>
        <w:t xml:space="preserve"> - In July 2003, the U.S. Department of Veterans Affairs marked the 50th anniversary of the Korean War armistice. Secretary Anthony J. Principi encouraged Americans to honour the 3.7 million living veterans of the Korean War era and remember the sacrifices of all who served during the conflict. Commemorative events included concerts and celebrations in Washington.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fireislandnews.com/communities/invasion-of-the-pines-celebrates-50-years/" TargetMode="External"/><Relationship Id="rId10" Type="http://schemas.openxmlformats.org/officeDocument/2006/relationships/hyperlink" Target="https://en.wikipedia.org/wiki/Invasion_of_the_Pines" TargetMode="External"/><Relationship Id="rId11" Type="http://schemas.openxmlformats.org/officeDocument/2006/relationships/hyperlink" Target="https://www.fireislandnews.com/communities/fire-island-pines-invasion/" TargetMode="External"/><Relationship Id="rId12" Type="http://schemas.openxmlformats.org/officeDocument/2006/relationships/hyperlink" Target="https://www.fireislandnews.com/arts-culture/arts-theatre/50th-anniversary-of-the-fire-island-pines-invasion/" TargetMode="External"/><Relationship Id="rId13" Type="http://schemas.openxmlformats.org/officeDocument/2006/relationships/hyperlink" Target="https://thequeerreview.com/2025/07/08/fire-island-legend-pazi-leads-50th-anniversary-invasion-of-the-pines/" TargetMode="External"/><Relationship Id="rId14" Type="http://schemas.openxmlformats.org/officeDocument/2006/relationships/hyperlink" Target="https://www.nps.gov/voya/learn/news/voyageurs-national-park-celebrates-50th-birthday.htm" TargetMode="External"/><Relationship Id="rId15" Type="http://schemas.openxmlformats.org/officeDocument/2006/relationships/hyperlink" Target="https://news.va.gov/press-room/va-marks-50th-anniversary-of-korean-armisti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