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Amsterdam’s WorldPride 2026 Puts LGBTQIA+ Rights in the Spotlight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tourists and locals are already gathering as WorldPride rolls through Amsterdam, and the city is serving up visibility, culture and guardrails , from Queen Máxima opening the festival to extra security after a deadly attack in Berlin. Here’s what’s happening, why it matters and how to enjoy the week safely.</w:t>
      </w:r>
      <w:r/>
    </w:p>
    <w:p>
      <w:r/>
      <w:r>
        <w:t>Essential Takeaways</w:t>
      </w:r>
      <w:r/>
      <w:r/>
    </w:p>
    <w:p>
      <w:pPr>
        <w:pStyle w:val="ListBullet"/>
        <w:spacing w:line="240" w:lineRule="auto"/>
        <w:ind w:left="720"/>
      </w:pPr>
      <w:r/>
      <w:r>
        <w:rPr>
          <w:b/>
        </w:rPr>
        <w:t>Royal endorsement:</w:t>
      </w:r>
      <w:r>
        <w:t xml:space="preserve"> Queen Máxima opened WorldPride in Vondelpark, bringing a high-profile spotlight to LGBTQIA+ visibility and human-rights themes.</w:t>
      </w:r>
      <w:r/>
    </w:p>
    <w:p>
      <w:pPr>
        <w:pStyle w:val="ListBullet"/>
        <w:spacing w:line="240" w:lineRule="auto"/>
        <w:ind w:left="720"/>
      </w:pPr>
      <w:r/>
      <w:r>
        <w:rPr>
          <w:b/>
        </w:rPr>
        <w:t>Long festival run:</w:t>
      </w:r>
      <w:r>
        <w:t xml:space="preserve"> WorldPride runs through 10 August, with events including Sport Pride, Youth Pride and the Human Rights Conference.</w:t>
      </w:r>
      <w:r/>
    </w:p>
    <w:p>
      <w:pPr>
        <w:pStyle w:val="ListBullet"/>
        <w:spacing w:line="240" w:lineRule="auto"/>
        <w:ind w:left="720"/>
      </w:pPr>
      <w:r/>
      <w:r>
        <w:rPr>
          <w:b/>
        </w:rPr>
        <w:t>Government involvement:</w:t>
      </w:r>
      <w:r>
        <w:t xml:space="preserve"> Prime Minister Rob Jetten is set to open the Human Rights Conference, underlining political support.</w:t>
      </w:r>
      <w:r/>
    </w:p>
    <w:p>
      <w:pPr>
        <w:pStyle w:val="ListBullet"/>
        <w:spacing w:line="240" w:lineRule="auto"/>
        <w:ind w:left="720"/>
      </w:pPr>
      <w:r/>
      <w:r>
        <w:rPr>
          <w:b/>
        </w:rPr>
        <w:t>Heightened security:</w:t>
      </w:r>
      <w:r>
        <w:t xml:space="preserve"> Amsterdam authorities say they’ll bolster security where necessary after a terror attack at Berlin Pride.</w:t>
      </w:r>
      <w:r/>
    </w:p>
    <w:p>
      <w:pPr>
        <w:pStyle w:val="ListBullet"/>
        <w:spacing w:line="240" w:lineRule="auto"/>
        <w:ind w:left="720"/>
      </w:pPr>
      <w:r/>
      <w:r>
        <w:rPr>
          <w:b/>
        </w:rPr>
        <w:t>Cultural programme:</w:t>
      </w:r>
      <w:r>
        <w:t xml:space="preserve"> Museums, churches and city partners have curated exhibitions, talks and Pride-themed city trails that are easy to access.</w:t>
      </w:r>
      <w:r/>
      <w:r/>
    </w:p>
    <w:p>
      <w:pPr>
        <w:pStyle w:val="Heading2"/>
      </w:pPr>
      <w:r>
        <w:t>A royal hello in Vondelpark , what Queen Máxima’s presence signals</w:t>
      </w:r>
      <w:r/>
    </w:p>
    <w:p>
      <w:r/>
      <w:r>
        <w:t>Queen Máxima’s appearance at the opening ceremony gave the weekend a warm, slightly surreal glow, with sunshine, speeches and a few glam drag acts to punctuate proceedings. Seeing the monarch strolling through Vondelpark made a clear public statement: Pride is not niche, it’s civic.</w:t>
      </w:r>
      <w:r/>
    </w:p>
    <w:p>
      <w:r/>
      <w:r>
        <w:t>The Dutch royal household announced the visit in advance and shared images on social channels, which helped the crowd swell and local media ramp up coverage. That royal nod matters because it broadcasts inclusion beyond party politics and into everyday national identity. For visitors, it’s an easy cue that Amsterdam wants Pride to be visible, safe and mainstream.</w:t>
      </w:r>
      <w:r/>
    </w:p>
    <w:p>
      <w:pPr>
        <w:pStyle w:val="Heading2"/>
      </w:pPr>
      <w:r>
        <w:t>What to expect on the programme , from Youth Pride to the Human Rights Conference</w:t>
      </w:r>
      <w:r/>
    </w:p>
    <w:p>
      <w:r/>
      <w:r>
        <w:t>WorldPride’s schedule is deliberately broad. There are family-friendly events, Youth Pride sessions for younger activists, Sport Pride activities for the sporty and then a heavyweight Human Rights Conference that digs into policy and protection. It’s designed to mix celebration with serious conversation.</w:t>
      </w:r>
      <w:r/>
    </w:p>
    <w:p>
      <w:r/>
      <w:r>
        <w:t>The conference opening by Prime Minister Rob Jetten, an openly gay cabinet member, underlines the policy intent. Expect panels, workshops and international voices debating everything from legal protections to online safety. If you’re thinking of attending, book conference sessions early , the talks are where activists and professionals meet to turn feeling into change.</w:t>
      </w:r>
      <w:r/>
    </w:p>
    <w:p>
      <w:pPr>
        <w:pStyle w:val="Heading2"/>
      </w:pPr>
      <w:r>
        <w:t>Safety first: how Amsterdam is responding after Berlin</w:t>
      </w:r>
      <w:r/>
    </w:p>
    <w:p>
      <w:r/>
      <w:r>
        <w:t>Amsterdam’s mayor has said authorities will step up security “where necessary” following the deadly attack at Berlin Pride. That response is sensible and visible: more stewards at major hubs, bag checks at certain venues and police patrols on key routes are likely.</w:t>
      </w:r>
      <w:r/>
    </w:p>
    <w:p>
      <w:r/>
      <w:r>
        <w:t>But don’t let that put you off. Organisers have decades of experience staging big events in the city, and the aim is to keep the festival accessible and friendly. Practical tip: arrive earlier than planned for parades, follow staff guidance near large stages, and use official Pride apps or websites for real-time updates about closures or security checks.</w:t>
      </w:r>
      <w:r/>
    </w:p>
    <w:p>
      <w:pPr>
        <w:pStyle w:val="Heading2"/>
      </w:pPr>
      <w:r>
        <w:t>Culture and places to visit , exhibitions, walks and quieter spaces</w:t>
      </w:r>
      <w:r/>
    </w:p>
    <w:p>
      <w:r/>
      <w:r>
        <w:t>Beyond the parades, Amsterdam has threaded Pride into museums, churches and public spaces: think queer-curated exhibitions at city institutions, a Walk of Pride through historic streets and pop-ups that celebrate LGBTQIA+ creators and histories. These quieter offerings let you soak up context and art without the crush.</w:t>
      </w:r>
      <w:r/>
    </w:p>
    <w:p>
      <w:r/>
      <w:r>
        <w:t>If you prefer calmer days, aim for weekday morning exhibitions or smaller neighbourhood events. Many venues offer multilingual guides and accessible routes, and the city’s tourism pages list wheelchair-friendly options and family-oriented schedules.</w:t>
      </w:r>
      <w:r/>
    </w:p>
    <w:p>
      <w:pPr>
        <w:pStyle w:val="Heading2"/>
      </w:pPr>
      <w:r>
        <w:t>How to enjoy WorldPride responsibly , local tips and common sense</w:t>
      </w:r>
      <w:r/>
    </w:p>
    <w:p>
      <w:r/>
      <w:r>
        <w:t>Plan ahead: book popular events and hotels early, carry a water bottle and wear comfortable shoes because Amsterdam’s cobbles and canal bridges add charm , and a bit of effort. Mind local rules about public drinking and noise, and respect designated protest spaces and quieter memorial events.</w:t>
      </w:r>
      <w:r/>
    </w:p>
    <w:p>
      <w:r/>
      <w:r>
        <w:t>If you’re attending vigils or political sessions, remember they’re not just photo ops , they’re where people process grief, campaign and plan for change. Be present, listen, and support local LGBTQIA+ charities or small businesses when you can.</w:t>
      </w:r>
      <w:r/>
    </w:p>
    <w:p>
      <w:r/>
      <w:r>
        <w:t>It’s a small change that can make every visit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9">
        <w:r>
          <w:rPr>
            <w:color w:val="0000EE"/>
            <w:u w:val="single"/>
          </w:rPr>
          <w:t>[1]</w:t>
        </w:r>
      </w:hyperlink>
      <w:r>
        <w:t xml:space="preserve">- Paragraph 4: </w:t>
      </w:r>
      <w:hyperlink r:id="rId13">
        <w:r>
          <w:rPr>
            <w:color w:val="0000EE"/>
            <w:u w:val="single"/>
          </w:rPr>
          <w:t>[7]</w:t>
        </w:r>
      </w:hyperlink>
      <w:r>
        <w:t xml:space="preserve">, </w:t>
      </w:r>
      <w:hyperlink r:id="rId11">
        <w:r>
          <w:rPr>
            <w:color w:val="0000EE"/>
            <w:u w:val="single"/>
          </w:rPr>
          <w:t>[4]</w:t>
        </w:r>
      </w:hyperlink>
      <w:r>
        <w:t xml:space="preserve">- Paragraph 5: </w:t>
      </w:r>
      <w:hyperlink r:id="rId14">
        <w:r>
          <w:rPr>
            <w:color w:val="0000EE"/>
            <w:u w:val="single"/>
          </w:rPr>
          <w:t>[5]</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https://www.washingtonblade.com/2026/07/27/dutch-queen-opens-world-pride-in-amsterdam/?utm_source=rss&amp;utm_medium=rss&amp;utm_campaign=dutch-queen-opens-world-pride-in-amsterdam</w:t>
        </w:r>
      </w:hyperlink>
      <w:r>
        <w:t xml:space="preserve"> - Please view link - unable to able to access data</w:t>
      </w:r>
      <w:r/>
    </w:p>
    <w:p>
      <w:pPr>
        <w:pStyle w:val="ListNumber"/>
        <w:spacing w:line="240" w:lineRule="auto"/>
        <w:ind w:left="720"/>
      </w:pPr>
      <w:r/>
      <w:hyperlink r:id="rId10">
        <w:r>
          <w:rPr>
            <w:color w:val="0000EE"/>
            <w:u w:val="single"/>
          </w:rPr>
          <w:t>https://www.koninklijkhuis.nl/actueel/nieuws/2026/07/08/koningin-maxima-opent-worldpride-2026</w:t>
        </w:r>
      </w:hyperlink>
      <w:r>
        <w:t xml:space="preserve"> - On 8 July 2026, the Dutch Royal House announced that Queen Máxima would officially open WorldPride 2026 in Amsterdam's Vondelpark on 25 July. The event, running from 25 July to 8 August, aims to highlight the visibility, emancipation, and human rights of the LGBTQIA+ community. Amsterdam, hosting WorldPride for the first time, will feature a Pride Walk, boat parade, UNITY Concert, and Human Rights Conference. Prior to the opening ceremony, Queen Máxima will visit the Sport Pride and Youth Pride events in Pride Park.</w:t>
      </w:r>
      <w:r/>
    </w:p>
    <w:p>
      <w:pPr>
        <w:pStyle w:val="ListNumber"/>
        <w:spacing w:line="240" w:lineRule="auto"/>
        <w:ind w:left="720"/>
      </w:pPr>
      <w:r/>
      <w:hyperlink r:id="rId12">
        <w:r>
          <w:rPr>
            <w:color w:val="0000EE"/>
            <w:u w:val="single"/>
          </w:rPr>
          <w:t>https://conference.worldpride.amsterdam/2026/12562335</w:t>
        </w:r>
      </w:hyperlink>
      <w:r>
        <w:t xml:space="preserve"> - The WorldPride Human Rights Conference 2026, scheduled from 5 to 7 August at Beurs van Berlage in Amsterdam, will address global LGBTQIA+ issues. Dutch Prime Minister Rob Jetten is set to open the conference, which will feature over 70 sessions, panel discussions, and debates with participants from every continent. The conference aims to unite activists, policymakers, politicians, and academics to discuss global trends, share experiences, and inspire action for equal rights.</w:t>
      </w:r>
      <w:r/>
    </w:p>
    <w:p>
      <w:pPr>
        <w:pStyle w:val="ListNumber"/>
        <w:spacing w:line="240" w:lineRule="auto"/>
        <w:ind w:left="720"/>
      </w:pPr>
      <w:r/>
      <w:hyperlink r:id="rId11">
        <w:r>
          <w:rPr>
            <w:color w:val="0000EE"/>
            <w:u w:val="single"/>
          </w:rPr>
          <w:t>https://pride.amsterdam/en/worldpride/</w:t>
        </w:r>
      </w:hyperlink>
      <w:r>
        <w:t xml:space="preserve"> - WorldPride Amsterdam 2026, taking place from 25 July to 8 August, celebrates diversity, freedom, and equal rights for LGBTQIA+ individuals. The event includes a Pride Walk, boat parade, UNITY Concert, and Human Rights Conference. Amsterdam, home to over 180 nationalities, is hosting WorldPride for the first time. The theme 'UNITY' underscores the city's commitment to inclusivity and connection. The event also marks significant anniversaries, including 25 years since the first same-sex marriage in the Netherlands.</w:t>
      </w:r>
      <w:r/>
    </w:p>
    <w:p>
      <w:pPr>
        <w:pStyle w:val="ListNumber"/>
        <w:spacing w:line="240" w:lineRule="auto"/>
        <w:ind w:left="720"/>
      </w:pPr>
      <w:r/>
      <w:hyperlink r:id="rId14">
        <w:r>
          <w:rPr>
            <w:color w:val="0000EE"/>
            <w:u w:val="single"/>
          </w:rPr>
          <w:t>https://www.amsterdam.nl/en/news/worldpride/</w:t>
        </w:r>
      </w:hyperlink>
      <w:r>
        <w:t xml:space="preserve"> - From 25 July to 8 August, Amsterdam will host WorldPride for the first time, under the theme 'UNITY'. The city celebrates diversity, freedom, and equal rights for LGBTQIA+ people. Major events include the Pride Walk, Pride Park, Canal Parade, street parties, and the Closing Concert on Museumplein. Sports events like the Sport Pride World Games and LoveSwim in the Amstel are also featured. The programme offers personal stories, discussions on allyship, and exhibitions like San en Kofa on African queer and trans history.</w:t>
      </w:r>
      <w:r/>
    </w:p>
    <w:p>
      <w:pPr>
        <w:pStyle w:val="ListNumber"/>
        <w:spacing w:line="240" w:lineRule="auto"/>
        <w:ind w:left="720"/>
      </w:pPr>
      <w:r/>
      <w:hyperlink r:id="rId15">
        <w:r>
          <w:rPr>
            <w:color w:val="0000EE"/>
            <w:u w:val="single"/>
          </w:rPr>
          <w:t>https://www.newmyroyals.com/2026/07/queen-maxima-officially-opens.html</w:t>
        </w:r>
      </w:hyperlink>
      <w:r>
        <w:t xml:space="preserve"> - On 25 July 2026, Queen Máxima officially opened WorldPride 2026 at Vondelpark in Amsterdam. The event, running from 25 July to 8 August, aims to draw global attention to human rights. Queen Máxima also visited Sport Pride and Youth Pride. The programme includes a Pride Walk from Dam Square to Vondelpark, a boat parade on the canals, the UNITY Concert at Museumplein, and the Human Rights Conference at Nieuwmarkt. Culture, human rights, connection, visibility, and celebration are central to the programme.</w:t>
      </w:r>
      <w:r/>
    </w:p>
    <w:p>
      <w:pPr>
        <w:pStyle w:val="ListNumber"/>
        <w:spacing w:line="240" w:lineRule="auto"/>
        <w:ind w:left="720"/>
      </w:pPr>
      <w:r/>
      <w:hyperlink r:id="rId13">
        <w:r>
          <w:rPr>
            <w:color w:val="0000EE"/>
            <w:u w:val="single"/>
          </w:rPr>
          <w:t>https://www.nieuwekerk.nl/en/press/press-releases/worldpride-2026-opens-with-queer-amsterdam-exhibition-at-de-nieuwe-kerk-the-walk-of-pride-and-a-fourth-olympic-edition-of-pride-talk/</w:t>
        </w:r>
      </w:hyperlink>
      <w:r>
        <w:t xml:space="preserve"> - WorldPride 2026 in Amsterdam commenced on 8 July 2026 with a joint opening ceremony featuring the 'Queer Amsterdam' exhibition at De Nieuwe Kerk, the unveiling of the city's new public monument, the Walk of Pride, and the fourth edition of Pride Talk. The event marks a special anniversary in marriage equality history: twenty-five years since four same-sex couples were married in Amsterdam, a world first. The opening ceremony was attended by various organizations and featured several landmark premieres.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7/dutch-queen-opens-world-pride-in-amsterdam/?utm_source=rss&amp;utm_medium=rss&amp;utm_campaign=dutch-queen-opens-world-pride-in-amsterdam" TargetMode="External"/><Relationship Id="rId10" Type="http://schemas.openxmlformats.org/officeDocument/2006/relationships/hyperlink" Target="https://www.koninklijkhuis.nl/actueel/nieuws/2026/07/08/koningin-maxima-opent-worldpride-2026" TargetMode="External"/><Relationship Id="rId11" Type="http://schemas.openxmlformats.org/officeDocument/2006/relationships/hyperlink" Target="https://pride.amsterdam/en/worldpride/" TargetMode="External"/><Relationship Id="rId12" Type="http://schemas.openxmlformats.org/officeDocument/2006/relationships/hyperlink" Target="https://conference.worldpride.amsterdam/2026/12562335" TargetMode="External"/><Relationship Id="rId13" Type="http://schemas.openxmlformats.org/officeDocument/2006/relationships/hyperlink" Target="https://www.nieuwekerk.nl/en/press/press-releases/worldpride-2026-opens-with-queer-amsterdam-exhibition-at-de-nieuwe-kerk-the-walk-of-pride-and-a-fourth-olympic-edition-of-pride-talk/" TargetMode="External"/><Relationship Id="rId14" Type="http://schemas.openxmlformats.org/officeDocument/2006/relationships/hyperlink" Target="https://www.amsterdam.nl/en/news/worldpride/" TargetMode="External"/><Relationship Id="rId15" Type="http://schemas.openxmlformats.org/officeDocument/2006/relationships/hyperlink" Target="https://www.newmyroyals.com/2026/07/queen-maxima-officially-open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