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Vancouver Events This Week — Top Things To Do July 27 to Aug. 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flocking to summer festivals and free outdoor fun across Vancouver this week, with Pride, fireworks, the Powell Street Festival, and dog-friendly soccer among the highlights , here’s what’s on, where to go, and why these events are worth pencilling in.</w:t>
      </w:r>
      <w:r/>
    </w:p>
    <w:p>
      <w:r/>
      <w:r>
        <w:t>Essential takeaways</w:t>
      </w:r>
      <w:r/>
      <w:r/>
    </w:p>
    <w:p>
      <w:pPr>
        <w:pStyle w:val="ListBullet"/>
        <w:spacing w:line="240" w:lineRule="auto"/>
        <w:ind w:left="720"/>
      </w:pPr>
      <w:r/>
      <w:r>
        <w:rPr>
          <w:b/>
        </w:rPr>
        <w:t>Major highlight:</w:t>
      </w:r>
      <w:r>
        <w:t xml:space="preserve"> Vancouver Pride Parade runs along Pacific Boulevard on Sunday, Aug. 2, with 100+ colourful entries and free viewing zones.</w:t>
      </w:r>
      <w:r/>
    </w:p>
    <w:p>
      <w:pPr>
        <w:pStyle w:val="ListBullet"/>
        <w:spacing w:line="240" w:lineRule="auto"/>
        <w:ind w:left="720"/>
      </w:pPr>
      <w:r/>
      <w:r>
        <w:rPr>
          <w:b/>
        </w:rPr>
        <w:t>Free favourites:</w:t>
      </w:r>
      <w:r>
        <w:t xml:space="preserve"> English Bay fireworks (July 31) and outdoor movies in Stanley Park are great no-cost nights out.</w:t>
      </w:r>
      <w:r/>
    </w:p>
    <w:p>
      <w:pPr>
        <w:pStyle w:val="ListBullet"/>
        <w:spacing w:line="240" w:lineRule="auto"/>
        <w:ind w:left="720"/>
      </w:pPr>
      <w:r/>
      <w:r>
        <w:rPr>
          <w:b/>
        </w:rPr>
        <w:t>Family-friendly:</w:t>
      </w:r>
      <w:r>
        <w:t xml:space="preserve"> Powell Street Festival and Shipyards celebrations offer food, music, and hands-on activities.</w:t>
      </w:r>
      <w:r/>
    </w:p>
    <w:p>
      <w:pPr>
        <w:pStyle w:val="ListBullet"/>
        <w:spacing w:line="240" w:lineRule="auto"/>
        <w:ind w:left="720"/>
      </w:pPr>
      <w:r/>
      <w:r>
        <w:rPr>
          <w:b/>
        </w:rPr>
        <w:t>Unique picks:</w:t>
      </w:r>
      <w:r>
        <w:t xml:space="preserve"> Bark at the Park lets you bring your dog to watch pro women’s soccer, while Science World hosts a FIFA Museum exhibition.</w:t>
      </w:r>
      <w:r/>
    </w:p>
    <w:p>
      <w:pPr>
        <w:pStyle w:val="ListBullet"/>
        <w:spacing w:line="240" w:lineRule="auto"/>
        <w:ind w:left="720"/>
      </w:pPr>
      <w:r/>
      <w:r>
        <w:rPr>
          <w:b/>
        </w:rPr>
        <w:t>Tips:</w:t>
      </w:r>
      <w:r>
        <w:t xml:space="preserve"> Plan for crowds, arrive early for free seating zones, and check event pages for accessibility and ticket details.</w:t>
      </w:r>
      <w:r/>
      <w:r/>
    </w:p>
    <w:p>
      <w:pPr>
        <w:pStyle w:val="Heading2"/>
      </w:pPr>
      <w:r>
        <w:t>Pride weekend: the parade that colours the downtown core</w:t>
      </w:r>
      <w:r/>
    </w:p>
    <w:p>
      <w:r/>
      <w:r>
        <w:t>If you love a good parade , bright costumes, big floats, and infectious music , this is the one. The Vancouver Pride Parade starts at Pacific Boulevard near BC Place and travels toward Howe Street, kicking off at 1 p.m. on Sunday, Aug. 2. It’s the region’s largest Pride parade and feels like a city-wide street party.</w:t>
      </w:r>
      <w:r/>
    </w:p>
    <w:p>
      <w:r/>
      <w:r>
        <w:t>Organisers have set up free, first-come, first-served accessibility viewing at the Roundhouse Community Centre and a Pride Pitstop at BC Place from noon to 4 p.m., so there are options if you need quieter or more supportive spaces. According to Vancouver Pride’s event listings, there are also related marches through the festival period, including the Trans March and the Dyke March, so the weekend extends beyond one big parade.</w:t>
      </w:r>
      <w:r/>
    </w:p>
    <w:p>
      <w:r/>
      <w:r>
        <w:t>Expect big crowds and a lively, celebratory atmosphere. If you want a front-row spot, bring a small folding chair or arrive early and scope out family-friendly zones. It’s an inclusive, visual spectacle and a highlight of Vancouver’s summer calendar.</w:t>
      </w:r>
      <w:r/>
    </w:p>
    <w:p>
      <w:pPr>
        <w:pStyle w:val="Heading2"/>
      </w:pPr>
      <w:r>
        <w:t>Fireworks and long-weekend vibes at English Bay</w:t>
      </w:r>
      <w:r/>
    </w:p>
    <w:p>
      <w:r/>
      <w:r>
        <w:t>Friday night, July 31, brings a free fireworks show at English Bay to kick off the B.C. Day long weekend. The city schedules the pyrotechnics in the usual spot, and people gather along the seawall and beach for the best views.</w:t>
      </w:r>
      <w:r/>
    </w:p>
    <w:p>
      <w:r/>
      <w:r>
        <w:t>Fireworks evenings are noisy, bright, and packed , so if you’re after a quieter experience, head to a nearby bar or bookend the night with dinner in the West End. For those with pets, remember the bangs can spook animals; plan ahead or find a calmer viewing spot away from the main crowds.</w:t>
      </w:r>
      <w:r/>
    </w:p>
    <w:p>
      <w:pPr>
        <w:pStyle w:val="Heading2"/>
      </w:pPr>
      <w:r>
        <w:t>Family festivals and heritage at Powell Street and White Rock</w:t>
      </w:r>
      <w:r/>
    </w:p>
    <w:p>
      <w:r/>
      <w:r>
        <w:t>Powell Street Festival returns for its 50th anniversary on Aug. 1 and 2 in Oppenheimer Park and the surrounding Japanese neighbourhood. You’ll find live music, dance, film screenings, and stalls selling comforting community foods and festival treats. It’s a true neighbourhood festival with a warm, communal feel.</w:t>
      </w:r>
      <w:r/>
    </w:p>
    <w:p>
      <w:r/>
      <w:r>
        <w:t>Meanwhile, White Rock’s Sea Festival and Semiahmoo Days (July 31 to Aug. 2) offer seaside concerts, kids’ activities, and fireworks. Both events are free and family-friendly, so they’re perfect for a day trip or a relaxed long-weekend outing. Bring sun protection and a reusable water bottle , both sites can get sunny and busy.</w:t>
      </w:r>
      <w:r/>
    </w:p>
    <w:p>
      <w:pPr>
        <w:pStyle w:val="Heading2"/>
      </w:pPr>
      <w:r>
        <w:t>Sporty nights: Bark at the Park and local teams to cheer on</w:t>
      </w:r>
      <w:r/>
    </w:p>
    <w:p>
      <w:r/>
      <w:r>
        <w:t>If you prefer cheering from the stands, there are a few sporty highlights this week. Bark at the Park at Swangard Stadium on July 29 lets you bring your dog to watch Vancouver Rise FC take on Montreal Roses , a fun, dog-centric evening with tickets from around $20.</w:t>
      </w:r>
      <w:r/>
    </w:p>
    <w:p>
      <w:r/>
      <w:r>
        <w:t>The Vancouver Canadians play at Nat Bailey Stadium through the week with theme nights and ballpark food, while the Vancouver Bandits bring CEBL basketball to Langley on Aug. 2. These outings are casual, lively, and great for groups , and they’re easier to plan when you book tickets online in advance.</w:t>
      </w:r>
      <w:r/>
    </w:p>
    <w:p>
      <w:pPr>
        <w:pStyle w:val="Heading2"/>
      </w:pPr>
      <w:r>
        <w:t>Culture and small discoveries: exhibits, tours, and pop-up tastings</w:t>
      </w:r>
      <w:r/>
    </w:p>
    <w:p>
      <w:r/>
      <w:r>
        <w:t>For indoor curiosity, Science World hosts an official FIFA Museum exhibition until Sept. 7 that explores the tech and data behind the beautiful game with interactive zones. It’s a clever, hands-on experience for football fans and families alike.</w:t>
      </w:r>
      <w:r/>
    </w:p>
    <w:p>
      <w:r/>
      <w:r>
        <w:t>If you want something more intimate, Gateway Theatre’s True Voices storytelling night on July 30 showcases queer experiences and includes a tea-time Q&amp;A. Forbidden Vancouver’s walking tour on Sundays highlights overlooked queer histories and local characters , a walking history that’s equal parts moving and unexpectedly entertaining.</w:t>
      </w:r>
      <w:r/>
    </w:p>
    <w:p>
      <w:r/>
      <w:r>
        <w:t>And for a cheeky afternoon drink, BCLIQUOR Park Royal’s Aperol Spritz tasting on Aug. 1 hands you a signature glass with purchase and a quick lesson on a perfect serve.</w:t>
      </w:r>
      <w:r/>
    </w:p>
    <w:p>
      <w:r/>
      <w:r>
        <w:t>Closing line</w:t>
      </w:r>
      <w:r/>
    </w:p>
    <w:p>
      <w:r/>
      <w:r>
        <w:t>Pick a parade, a picnic, or a quiet exhibition , it’s a great week to get out, support local events, and soak up a little summer city magic.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https://dailyhive.com/vancouver/vancouver-events-july-27-august-2</w:t>
        </w:r>
      </w:hyperlink>
      <w:r>
        <w:t xml:space="preserve"> - Please view link - unable to able to access data</w:t>
      </w:r>
      <w:r/>
    </w:p>
    <w:p>
      <w:pPr>
        <w:pStyle w:val="ListNumber"/>
        <w:spacing w:line="240" w:lineRule="auto"/>
        <w:ind w:left="720"/>
      </w:pPr>
      <w:r/>
      <w:hyperlink r:id="rId10">
        <w:r>
          <w:rPr>
            <w:color w:val="0000EE"/>
            <w:u w:val="single"/>
          </w:rPr>
          <w:t>https://www.vancouverpride.ca/parade</w:t>
        </w:r>
      </w:hyperlink>
      <w:r>
        <w:t xml:space="preserve"> - The Vancouver Pride Parade is scheduled for Sunday, August 2, 2026, from 1:00 to 3:30 p.m. The parade will commence at Pacific Boulevard near BC Place and proceed along Pacific Street to Howe Street. Over 100 vibrant parade entries, including performers and community floats, are expected. Accessible viewing zones are available at the Roundhouse Community Centre on a first-come, first-served basis. A 'Pride Pitstop' at BC Place will offer services by donation from noon to 4 p.m. Additional marches during the festival include the Trans March on Friday, July 31, and the Vancouver Dyke March on Saturday, August 1. Admission to the parade is free. For more details, visit the Vancouver Pride Society's official page.</w:t>
      </w:r>
      <w:r/>
    </w:p>
    <w:p>
      <w:pPr>
        <w:pStyle w:val="ListNumber"/>
        <w:spacing w:line="240" w:lineRule="auto"/>
        <w:ind w:left="720"/>
      </w:pPr>
      <w:r/>
      <w:hyperlink r:id="rId12">
        <w:r>
          <w:rPr>
            <w:color w:val="0000EE"/>
            <w:u w:val="single"/>
          </w:rPr>
          <w:t>https://vancouver.ca/people-programs/pride.aspx</w:t>
        </w:r>
      </w:hyperlink>
      <w:r>
        <w:t xml:space="preserve"> - The City of Vancouver celebrates Pride Week annually in late July and early August, uniting members of the 2SLGBTQIA+ communities to honour progress towards equity and understanding. The 2026 Pride Parade is set for Sunday, August 2, 2026, from 1:00 to 3:30 p.m., starting at Concord Pacific Place and proceeding down Pacific Avenue to the intersection of Pacific and Burrard. The parade will feature over 100 local community groups, non-profit organisations, businesses, and more, showcasing support for the 2SLGBTQIA+ communities. For more information, refer to the City's official Pride page.</w:t>
      </w:r>
      <w:r/>
    </w:p>
    <w:p>
      <w:pPr>
        <w:pStyle w:val="ListNumber"/>
        <w:spacing w:line="240" w:lineRule="auto"/>
        <w:ind w:left="720"/>
      </w:pPr>
      <w:r/>
      <w:hyperlink r:id="rId13">
        <w:r>
          <w:rPr>
            <w:color w:val="0000EE"/>
            <w:u w:val="single"/>
          </w:rPr>
          <w:t>https://www.vancouverpride.ca/pride2026</w:t>
        </w:r>
      </w:hyperlink>
      <w:r>
        <w:t xml:space="preserve"> - Vancouver Pride's 2026 theme, 'Unapologetically Queer,' invites individuals to embrace their authentic selves. The theme celebrates authenticity, courage, and connection within the diverse 2SLGBTQIA+ community. Vancouver Pride 2026 runs from July 25 to August 2, featuring various events, including the Vancouver Pride Parade on August 2. The theme underscores the importance of embracing one's identity and supporting one another. For more details, visit the Vancouver Pride Society's official page.</w:t>
      </w:r>
      <w:r/>
    </w:p>
    <w:p>
      <w:pPr>
        <w:pStyle w:val="ListNumber"/>
        <w:spacing w:line="240" w:lineRule="auto"/>
        <w:ind w:left="720"/>
      </w:pPr>
      <w:r/>
      <w:hyperlink r:id="rId14">
        <w:r>
          <w:rPr>
            <w:color w:val="0000EE"/>
            <w:u w:val="single"/>
          </w:rPr>
          <w:t>https://vancouver.page/event/vancouver-pride-parade/</w:t>
        </w:r>
      </w:hyperlink>
      <w:r>
        <w:t xml:space="preserve"> - Vancouver Pride 2026, running from July 25 to August 2, is one of Canada's largest Pride celebrations. The event features over a week of community events, culminating in the Vancouver Pride Parade and the Davie Village Pride Fest. The parade, scheduled for Sunday, August 2, 2026, begins at Pacific Boulevard near BC Place and travels to Howe Street and Pacific Boulevard. The festival includes live entertainment, drag performances, DJs, local vendors, community organisations, and interactive activities throughout the West End. For more information, visit the Vancouver Page's event listing.</w:t>
      </w:r>
      <w:r/>
    </w:p>
    <w:p>
      <w:pPr>
        <w:pStyle w:val="ListNumber"/>
        <w:spacing w:line="240" w:lineRule="auto"/>
        <w:ind w:left="720"/>
      </w:pPr>
      <w:r/>
      <w:hyperlink r:id="rId11">
        <w:r>
          <w:rPr>
            <w:color w:val="0000EE"/>
            <w:u w:val="single"/>
          </w:rPr>
          <w:t>https://www.vancouverpride.ca/events</w:t>
        </w:r>
      </w:hyperlink>
      <w:r>
        <w:t xml:space="preserve"> - The Vancouver Pride Society's events page provides a comprehensive guide to Vancouver Pride 2026, including community events, celebrations, performances, parties, and more. The page features details on the Vancouver Pride Parade, scheduled for August 2, 2026, from 1:00 to 3:30 p.m., starting at Pacific Boulevard near BC Place and proceeding to Howe Street and Pacific Boulevard. The parade will showcase over 100 local community groups, non-profit organisations, businesses, and more, highlighting support for the 2SLGBTQIA+ communities. For more information, visit the Vancouver Pride Society's events page.</w:t>
      </w:r>
      <w:r/>
    </w:p>
    <w:p>
      <w:pPr>
        <w:pStyle w:val="ListNumber"/>
        <w:spacing w:line="240" w:lineRule="auto"/>
        <w:ind w:left="720"/>
      </w:pPr>
      <w:r/>
      <w:hyperlink r:id="rId15">
        <w:r>
          <w:rPr>
            <w:color w:val="0000EE"/>
            <w:u w:val="single"/>
          </w:rPr>
          <w:t>https://www.vancouverpride.ca/parade-applications</w:t>
        </w:r>
      </w:hyperlink>
      <w:r>
        <w:t xml:space="preserve"> - The Vancouver Pride Society is accepting applications for the 2026 Vancouver Pride Parade until July 1, 2026. Interested participants must review the rate card and terms &amp; conditions before applying. Priority space is allocated to community resource groups and non-profits serving local Two-Spirit, Lesbian, Gay, Trans, Queer, Asexual, Aromantic, and Intersex individuals. For more information and to access the application form, visit the Vancouver Pride Society's parade applications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ilyhive.com/vancouver/vancouver-events-july-27-august-2" TargetMode="External"/><Relationship Id="rId10" Type="http://schemas.openxmlformats.org/officeDocument/2006/relationships/hyperlink" Target="https://www.vancouverpride.ca/parade" TargetMode="External"/><Relationship Id="rId11" Type="http://schemas.openxmlformats.org/officeDocument/2006/relationships/hyperlink" Target="https://www.vancouverpride.ca/events" TargetMode="External"/><Relationship Id="rId12" Type="http://schemas.openxmlformats.org/officeDocument/2006/relationships/hyperlink" Target="https://vancouver.ca/people-programs/pride.aspx" TargetMode="External"/><Relationship Id="rId13" Type="http://schemas.openxmlformats.org/officeDocument/2006/relationships/hyperlink" Target="https://www.vancouverpride.ca/pride2026" TargetMode="External"/><Relationship Id="rId14" Type="http://schemas.openxmlformats.org/officeDocument/2006/relationships/hyperlink" Target="https://vancouver.page/event/vancouver-pride-parade/" TargetMode="External"/><Relationship Id="rId15" Type="http://schemas.openxmlformats.org/officeDocument/2006/relationships/hyperlink" Target="https://www.vancouverpride.ca/parade-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