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Travel Tips for Brasília Pride: Metro’s Special Service and How to Navigate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celebrants are gearing up: Brasília’s metro is running a special service for the 27th Parada do Orgulho LGBT+ this Sunday, so here’s what residents and visitors need to know to get there, enjoy the day and head home smoothly.</w:t>
      </w:r>
      <w:r/>
    </w:p>
    <w:p>
      <w:r/>
      <w:r>
        <w:t>Essential Takeaways</w:t>
      </w:r>
      <w:r/>
      <w:r/>
    </w:p>
    <w:p>
      <w:pPr>
        <w:pStyle w:val="ListBullet"/>
        <w:spacing w:line="240" w:lineRule="auto"/>
        <w:ind w:left="720"/>
      </w:pPr>
      <w:r/>
      <w:r>
        <w:rPr>
          <w:b/>
        </w:rPr>
        <w:t>Extended station hours:</w:t>
      </w:r>
      <w:r>
        <w:t xml:space="preserve"> All metro stations will allow boarding and alighting until 21:30, with a staggered system after that.</w:t>
      </w:r>
      <w:r/>
    </w:p>
    <w:p>
      <w:pPr>
        <w:pStyle w:val="ListBullet"/>
        <w:spacing w:line="240" w:lineRule="auto"/>
        <w:ind w:left="720"/>
      </w:pPr>
      <w:r/>
      <w:r>
        <w:rPr>
          <w:b/>
        </w:rPr>
        <w:t>Central hub after 21:30:</w:t>
      </w:r>
      <w:r>
        <w:t xml:space="preserve"> Between 21:30 and 23:00 only Estação Central will accept boarding; other stations remain open for exit only.</w:t>
      </w:r>
      <w:r/>
    </w:p>
    <w:p>
      <w:pPr>
        <w:pStyle w:val="ListBullet"/>
        <w:spacing w:line="240" w:lineRule="auto"/>
        <w:ind w:left="720"/>
      </w:pPr>
      <w:r/>
      <w:r>
        <w:rPr>
          <w:b/>
        </w:rPr>
        <w:t>Free public transport:</w:t>
      </w:r>
      <w:r>
        <w:t xml:space="preserve"> Sunday’s normal free travel on buses and metro trains applies, so you can move around without a ticket.</w:t>
      </w:r>
      <w:r/>
    </w:p>
    <w:p>
      <w:pPr>
        <w:pStyle w:val="ListBullet"/>
        <w:spacing w:line="240" w:lineRule="auto"/>
        <w:ind w:left="720"/>
      </w:pPr>
      <w:r/>
      <w:r>
        <w:rPr>
          <w:b/>
        </w:rPr>
        <w:t>Event timing and activities:</w:t>
      </w:r>
      <w:r>
        <w:t xml:space="preserve"> The parade gathers at 14:00 in front of the National Congress and includes exhibitions, talks and workshops.</w:t>
      </w:r>
      <w:r/>
    </w:p>
    <w:p>
      <w:pPr>
        <w:pStyle w:val="ListBullet"/>
        <w:spacing w:line="240" w:lineRule="auto"/>
        <w:ind w:left="720"/>
      </w:pPr>
      <w:r/>
      <w:r>
        <w:rPr>
          <w:b/>
        </w:rPr>
        <w:t>Plan for dispersal:</w:t>
      </w:r>
      <w:r>
        <w:t xml:space="preserve"> The staggered boarding policy is designed to ease crowds leaving the Esplanada dos Ministérios.</w:t>
      </w:r>
      <w:r/>
      <w:r/>
    </w:p>
    <w:p>
      <w:r/>
      <w:r>
        <w:t>Opening Hook: why the metro change matters Brasília’s metro is tweaking its timetable and access to cope with one of the capital’s biggest public gatherings, and you’ll feel it in the air , a bit busier, a bit livelier, and smarter organised for safety. With thousands expected at the 27th Pride parade on the Esplanada dos Ministérios, the transport authority is keeping all stations fully accessible for arrival and departure until 21:30, helping people get to the festival without last‑minute stress.</w:t>
      </w:r>
      <w:r/>
    </w:p>
    <w:p>
      <w:r/>
      <w:r>
        <w:t>Backstory: how the operation came about Organisers and transport officials coordinated the special operation to manage peak flows and avoid the crush that sometimes follows large events. According to local reports, this isn’t a one‑off idea , it’s become a sensible playbook for big civic happenings, combining extended access with a single boarding point late in the evening to direct crowds calmly toward trains.</w:t>
      </w:r>
      <w:r/>
    </w:p>
    <w:p>
      <w:r/>
      <w:r>
        <w:t>Where to go and when: timing the journey The parade concentration starts at 14:00 in front of the National Congress, and the day runs with exhibitions, workshops and conversations aimed at the LGBTQIAP+ community and allies. If you want a quieter arrival, aim for mid‑afternoon rather than right before the opening. Use the metro to reach nearby stations early , travel is free on Sundays, so there’s no ticket hassle.</w:t>
      </w:r>
      <w:r/>
    </w:p>
    <w:p>
      <w:r/>
      <w:r>
        <w:t>Practical tips for getting home: using the staggered boarding After 21:30, only Estação Central will allow boarding , an important detail if you plan to leave late. If you’re near other stations, you’ll still be able to leave trains there, but you won’t be able to board. That system helps disperse people without clogging every platform. A simple move: agree on a meeting point beforehand with friends and head for Estação Central together if you expect to be out late.</w:t>
      </w:r>
      <w:r/>
    </w:p>
    <w:p>
      <w:r/>
      <w:r>
        <w:t>Safety, comfort and local context Free Sunday travel on buses and metro means more flexibility for side trips, but crowds bring the usual urban realities: keep valuables secure, stay hydrated and pair up with friends if you’re heading into densely packed areas. Organisers and local outlets have also framed the parade as both a celebration and a civic statement, with campaigns linking the event to broader social and electoral conversations.</w:t>
      </w:r>
      <w:r/>
    </w:p>
    <w:p>
      <w:r/>
      <w:r>
        <w:t>What to bring and how to enjoy it Bring a small bag, a portable charger and comfortable shoes , the Esplanada invites walking and lingering. If you’re attending workshops or talks, arrive a little early to get a seat and catch exhibitions before the main march. And yes, your nose will tell you the place is buzzing: expect the colours, the music and the friendly bustle.</w:t>
      </w:r>
      <w:r/>
    </w:p>
    <w:p>
      <w:r/>
      <w:r>
        <w:t>Outlook: what this means for future events This kind of coordinated transport plan shows how local services can scale up for major cultural events, and it’s likely organisers will repeat the approach in coming years. For attendees it’s a reminder that a bit of planning , knowing the 21:30 boarding cutoff and the role of Estação Central , makes the celebration smoother and safer for everyone.</w:t>
      </w:r>
      <w:r/>
    </w:p>
    <w:p>
      <w:r/>
      <w:r>
        <w:t>It's a small change that can make every trip to Pride simpler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[5]</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[7]</w:t>
        </w:r>
      </w:hyperlink>
      <w:r>
        <w:t xml:space="preserve">- Paragraph 6: </w:t>
      </w:r>
      <w:hyperlink r:id="rId10">
        <w:r>
          <w:rPr>
            <w:color w:val="0000EE"/>
            <w:u w:val="single"/>
          </w:rPr>
          <w:t>[5]</w:t>
        </w:r>
      </w:hyperlink>
      <w:r>
        <w:t xml:space="preserve">, </w:t>
      </w:r>
      <w:hyperlink r:id="rId11">
        <w:r>
          <w:rPr>
            <w:color w:val="0000EE"/>
            <w:u w:val="single"/>
          </w:rPr>
          <w:t>[6]</w:t>
        </w:r>
      </w:hyperlink>
      <w:r>
        <w:t xml:space="preserve">- Paragraph 7: </w:t>
      </w:r>
      <w:hyperlink r:id="rId12">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https://jornaldebrasilia.com.br/brasilia/metro-do-df-tera-operacao-especial-para-a-parada-do-orgulho-lgbt-neste-domingo/</w:t>
        </w:r>
      </w:hyperlink>
      <w:r>
        <w:t xml:space="preserve"> - Please view link - unable to able to access data</w:t>
      </w:r>
      <w:r/>
    </w:p>
    <w:p>
      <w:pPr>
        <w:pStyle w:val="ListNumber"/>
        <w:spacing w:line="240" w:lineRule="auto"/>
        <w:ind w:left="720"/>
      </w:pPr>
      <w:r/>
      <w:hyperlink r:id="rId9">
        <w:r>
          <w:rPr>
            <w:color w:val="0000EE"/>
            <w:u w:val="single"/>
          </w:rPr>
          <w:t>https://jornaldebrasilia.com.br/brasilia/metro-do-df-tera-operacao-especial-para-a-parada-do-orgulho-lgbt-neste-domingo/</w:t>
        </w:r>
      </w:hyperlink>
      <w:r>
        <w:t xml:space="preserve"> - The Metrô do Distrito Federal will implement a special operation on Sunday, July 26, 2026, to accommodate attendees of the 27th Parada do Orgulho LGBT+ in Brasília. All stations will remain open for boarding and alighting until 9:30 PM. Between 9:30 PM and 11:00 PM, only the Central Station will allow boarding; other stations will be open exclusively for alighting to facilitate crowd dispersal. Additionally, participants can use the entire public transport system of the Federal District for free, as Sunday grants free access to buses and metro trains. The parade will commence at 2:00 PM in front of the National Congress, featuring exhibitions, discussions, workshops, and other activities aimed at the LGBTQIAP+ community, alongside the traditional celebration and advocacy for the community's rights.</w:t>
      </w:r>
      <w:r/>
    </w:p>
    <w:p>
      <w:pPr>
        <w:pStyle w:val="ListNumber"/>
        <w:spacing w:line="240" w:lineRule="auto"/>
        <w:ind w:left="720"/>
      </w:pPr>
      <w:r/>
      <w:hyperlink r:id="rId12">
        <w:r>
          <w:rPr>
            <w:color w:val="0000EE"/>
            <w:u w:val="single"/>
          </w:rPr>
          <w:t>https://qlist.app/events/Brasilia/27-Parada-do-Orgulho-LGBT-de-Brasilia/26675</w:t>
        </w:r>
      </w:hyperlink>
      <w:r>
        <w:t xml:space="preserve"> - The 27th Parada do Orgulho LGBT+ in Brasília is scheduled for Sunday, July 26, 2026, starting at 2:00 PM in front of the National Congress. Organised by Associação Brasília Orgulho since 1998, this event is the capital's largest human-rights demonstration, with past editions gathering over 90,000 people. The parade will follow the Monumental Axis along Via N1 toward the TV Tower, finishing near the Museu Nacional da República. Attendees can expect sound trucks, political speeches, music, and a focus on LGBTQIA+ rights, visibility, and community. Street vendors licensed by the GDF will operate along the route, and public transit will adjust service to support the crowd.</w:t>
      </w:r>
      <w:r/>
    </w:p>
    <w:p>
      <w:pPr>
        <w:pStyle w:val="ListNumber"/>
        <w:spacing w:line="240" w:lineRule="auto"/>
        <w:ind w:left="720"/>
      </w:pPr>
      <w:r/>
      <w:hyperlink r:id="rId13">
        <w:r>
          <w:rPr>
            <w:color w:val="0000EE"/>
            <w:u w:val="single"/>
          </w:rPr>
          <w:t>https://cadebrasilia.com.br/2026/07/22/parada-orgulho-lgb-brasilia-2026/</w:t>
        </w:r>
      </w:hyperlink>
      <w:r>
        <w:t xml:space="preserve"> - The 27th Parada do Orgulho LGBT+ de Brasília is set to take place on Sunday, July 26, 2026, at 2:00 PM, with concentration in front of the National Congress. The event is free and open to the public, featuring a trio elétrico from the Distrito Drag collective, with national highlight Lorena Simpson. The parade concludes the 16-day Festival Brasília Orgulho. The 2026 theme is 'LGBT+, Levante e Vote!', focusing on raising awareness about the importance of representation in elections and defending the community's achievements. Throughout July, the festival has promoted integrated actions in sports, literature, local gastronomy, the Cidade Orgulho project illuminating monuments with rainbow colours, and health stands focused on STI prevention and human rights.</w:t>
      </w:r>
      <w:r/>
    </w:p>
    <w:p>
      <w:pPr>
        <w:pStyle w:val="ListNumber"/>
        <w:spacing w:line="240" w:lineRule="auto"/>
        <w:ind w:left="720"/>
      </w:pPr>
      <w:r/>
      <w:hyperlink r:id="rId10">
        <w:r>
          <w:rPr>
            <w:color w:val="0000EE"/>
            <w:u w:val="single"/>
          </w:rPr>
          <w:t>https://www.brasildefato.com.br/2026/07/22/parada-do-orgulho-de-brasilia-ocorre-neste-domingo-26/</w:t>
        </w:r>
      </w:hyperlink>
      <w:r>
        <w:t xml:space="preserve"> - The Parada do Orgulho de Brasília is scheduled for Sunday, July 26, 2026, under the theme 'LGBT+, Levante e Vote!'. The march will begin in front of the National Congress at 2:00 PM, accompanied by a trio elétrico featuring musical attractions. The event is part of the Brasília Orgulho festival, celebrating diversity and designed especially for the LGBTQ+ community in the Federal District.</w:t>
      </w:r>
      <w:r/>
    </w:p>
    <w:p>
      <w:pPr>
        <w:pStyle w:val="ListNumber"/>
        <w:spacing w:line="240" w:lineRule="auto"/>
        <w:ind w:left="720"/>
      </w:pPr>
      <w:r/>
      <w:hyperlink r:id="rId11">
        <w:r>
          <w:rPr>
            <w:color w:val="0000EE"/>
            <w:u w:val="single"/>
          </w:rPr>
          <w:t>https://gay1.com.br/2026/06/organizacao-divulga-data-da-27a-parada-do-orgulho-lgb-de-brasilia.html</w:t>
        </w:r>
      </w:hyperlink>
      <w:r>
        <w:t xml:space="preserve"> - Brasília is preparing for the 27th Parada do Orgulho LGBT+ on Sunday, July 26, 2026, starting at 2:00 PM. The event is one of the most anticipated moments in the city's diversity and human rights calendar, promising to mobilise the city with celebration, art, and political manifestations. The parade marks the highlight of the Festival Brasília Orgulho 2026.</w:t>
      </w:r>
      <w:r/>
    </w:p>
    <w:p>
      <w:pPr>
        <w:pStyle w:val="ListNumber"/>
        <w:spacing w:line="240" w:lineRule="auto"/>
        <w:ind w:left="720"/>
      </w:pPr>
      <w:r/>
      <w:hyperlink r:id="rId14">
        <w:r>
          <w:rPr>
            <w:color w:val="0000EE"/>
            <w:u w:val="single"/>
          </w:rPr>
          <w:t>https://acritica.net/politica/parada-do-orgulho-de-brasilia-leva-campanha-contra-preconceito-as-urnas/</w:t>
        </w:r>
      </w:hyperlink>
      <w:r>
        <w:t xml:space="preserve"> - The 27th Parada do Orgulho LGBT+ de Brasília took place on Sunday, July 26, 2026, at the Esplanada dos Ministérios. The event combined music, public services, and a campaign encouraging participation in the 2026 elections, aiming to combat prejudice and promote diversity.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rnaldebrasilia.com.br/brasilia/metro-do-df-tera-operacao-especial-para-a-parada-do-orgulho-lgbt-neste-domingo/" TargetMode="External"/><Relationship Id="rId10" Type="http://schemas.openxmlformats.org/officeDocument/2006/relationships/hyperlink" Target="https://www.brasildefato.com.br/2026/07/22/parada-do-orgulho-de-brasilia-ocorre-neste-domingo-26/" TargetMode="External"/><Relationship Id="rId11" Type="http://schemas.openxmlformats.org/officeDocument/2006/relationships/hyperlink" Target="https://gay1.com.br/2026/06/organizacao-divulga-data-da-27a-parada-do-orgulho-lgb-de-brasilia.html" TargetMode="External"/><Relationship Id="rId12" Type="http://schemas.openxmlformats.org/officeDocument/2006/relationships/hyperlink" Target="https://qlist.app/events/Brasilia/27-Parada-do-Orgulho-LGBT-de-Brasilia/26675" TargetMode="External"/><Relationship Id="rId13" Type="http://schemas.openxmlformats.org/officeDocument/2006/relationships/hyperlink" Target="https://cadebrasilia.com.br/2026/07/22/parada-orgulho-lgb-brasilia-2026/" TargetMode="External"/><Relationship Id="rId14" Type="http://schemas.openxmlformats.org/officeDocument/2006/relationships/hyperlink" Target="https://acritica.net/politica/parada-do-orgulho-de-brasilia-leva-campanha-contra-preconceito-as-urn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