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Transmasc Movies to Watch Right Now for Representation and Resonance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these films as a quiet place to reflect and find kinship; this roundup gathers documentaries, indies and feel‑good titles that centre transmasculine experience and performance, showing why these particular stories matter for representation, empathy and the everyday work of feeling seen.</w:t>
      </w:r>
      <w:r/>
    </w:p>
    <w:p>
      <w:r/>
      <w:r>
        <w:t>Essential Takeaways</w:t>
      </w:r>
      <w:r/>
      <w:r/>
    </w:p>
    <w:p>
      <w:pPr>
        <w:pStyle w:val="ListBullet"/>
        <w:spacing w:line="240" w:lineRule="auto"/>
        <w:ind w:left="720"/>
      </w:pPr>
      <w:r/>
      <w:r>
        <w:rPr>
          <w:b/>
        </w:rPr>
        <w:t>Varied genres:</w:t>
      </w:r>
      <w:r>
        <w:t xml:space="preserve"> This list spans documentaries, dramas, experimental films and light coming‑of‑age stories , something for every mood. </w:t>
      </w:r>
      <w:r/>
    </w:p>
    <w:p>
      <w:pPr>
        <w:pStyle w:val="ListBullet"/>
        <w:spacing w:line="240" w:lineRule="auto"/>
        <w:ind w:left="720"/>
      </w:pPr>
      <w:r/>
      <w:r>
        <w:rPr>
          <w:b/>
        </w:rPr>
        <w:t>Authentic casting:</w:t>
      </w:r>
      <w:r>
        <w:t xml:space="preserve"> Many films foreground trans actors and lived experience, giving performances a grounded, lived‑in feel. </w:t>
      </w:r>
      <w:r/>
    </w:p>
    <w:p>
      <w:pPr>
        <w:pStyle w:val="ListBullet"/>
        <w:spacing w:line="240" w:lineRule="auto"/>
        <w:ind w:left="720"/>
      </w:pPr>
      <w:r/>
      <w:r>
        <w:rPr>
          <w:b/>
        </w:rPr>
        <w:t>Emotional texture:</w:t>
      </w:r>
      <w:r>
        <w:t xml:space="preserve"> Expect quiet reckonings, tender friendships, and loud rebellions; the tone ranges from playful to raw. </w:t>
      </w:r>
      <w:r/>
    </w:p>
    <w:p>
      <w:pPr>
        <w:pStyle w:val="ListBullet"/>
        <w:spacing w:line="240" w:lineRule="auto"/>
        <w:ind w:left="720"/>
      </w:pPr>
      <w:r/>
      <w:r>
        <w:rPr>
          <w:b/>
        </w:rPr>
        <w:t>Useful entry points:</w:t>
      </w:r>
      <w:r>
        <w:t xml:space="preserve"> Start with short, intimate films if you want a gentle introduction, or dive into documentaries for historical context and community voices.</w:t>
      </w:r>
      <w:r/>
      <w:r/>
    </w:p>
    <w:p>
      <w:pPr>
        <w:pStyle w:val="Heading2"/>
      </w:pPr>
      <w:r>
        <w:t>Why these transmasc films matter now</w:t>
      </w:r>
      <w:r/>
    </w:p>
    <w:p>
      <w:r/>
      <w:r>
        <w:t>Movies are one of the first places people look for mirrors, and these titles offer a range of reflections , from tender self‑discovery to combustible road trips. According to film and culture commentary, cinema remains central to how folks parse identity, and transmasc representation still feels under‑served. That gap makes the films on this list feel both urgently needed and quietly celebratory. If you grew up pinching the edges of your identity in front of a tiny TV, these films will feel like company.</w:t>
      </w:r>
      <w:r/>
    </w:p>
    <w:p>
      <w:pPr>
        <w:pStyle w:val="Heading2"/>
      </w:pPr>
      <w:r>
        <w:t>Documentaries that teach and connect</w:t>
      </w:r>
      <w:r/>
    </w:p>
    <w:p>
      <w:r/>
      <w:r>
        <w:t>Documentaries such as those tracing gender expression in nightlife scenes or revisiting subjects decades later are valuable primers. They put real voices front and centre, blending interview intimacy with atmospheric footage, so you get context and texture. Watching this kind of film is like overhearing a late‑night conversation that clarifies language, history and nuance. For viewers deciding where to start, pick a documentary that focuses on community , it’s the quickest way to feel less isolated.</w:t>
      </w:r>
      <w:r/>
    </w:p>
    <w:p>
      <w:pPr>
        <w:pStyle w:val="Heading2"/>
      </w:pPr>
      <w:r>
        <w:t>Small‑scale dramas with big heart</w:t>
      </w:r>
      <w:r/>
    </w:p>
    <w:p>
      <w:r/>
      <w:r>
        <w:t>Indie films in this space often trade spectacle for intimate stakes: runaways in the Montana wilds, one‑day reckonings in New York, or a trans teen finding his feet. These stories prize emotional specificity, so you’ll notice the small gestures , a tightened jaw, a shared joke , that make characters feel lived in. If you want practical viewing advice: choose a character whose arc aligns with what you need right now , comfort, confrontation, or catharsis , and let the film do the rest.</w:t>
      </w:r>
      <w:r/>
    </w:p>
    <w:p>
      <w:pPr>
        <w:pStyle w:val="Heading2"/>
      </w:pPr>
      <w:r>
        <w:t>Experimental and playful widescreen choices</w:t>
      </w:r>
      <w:r/>
    </w:p>
    <w:p>
      <w:r/>
      <w:r>
        <w:t>Not all representation is literal, and a few experimental works reimagine history or form through a transmasc lens. These films can be lush, theatrical and unexpected, putting trans bodies into visual worlds where they haven’t often been allowed to exist. They’re a good pick when you want something that unsettles and delights in equal measure. Expect bold design, choreographed performances, and a sense that cinema itself is being rewritten.</w:t>
      </w:r>
      <w:r/>
    </w:p>
    <w:p>
      <w:pPr>
        <w:pStyle w:val="Heading2"/>
      </w:pPr>
      <w:r>
        <w:t>Feel‑good and coming‑of‑age stories that avoid trauma tropes</w:t>
      </w:r>
      <w:r/>
    </w:p>
    <w:p>
      <w:r/>
      <w:r>
        <w:t>It’s worth celebrating films that resist the default of trans narratives as tragedy. Some recent entries focus on friendship, queer joy and the ordinary pleasures of adolescence and young adulthood. These movies are compact, easy to watch, and helpful if you need representation that’s light on melodrama. As a viewing tip, seek out titles with trans actors in central roles , the authenticity tends to uplift even shimmer‑light plots.</w:t>
      </w:r>
      <w:r/>
    </w:p>
    <w:p>
      <w:pPr>
        <w:pStyle w:val="Heading2"/>
      </w:pPr>
      <w:r>
        <w:t>How to pick the right film for you</w:t>
      </w:r>
      <w:r/>
    </w:p>
    <w:p>
      <w:r/>
      <w:r>
        <w:t>Think about tone first: do you want education, empathy, or escape? Next, check casting and creative teams for trans talent if authenticity matters to you. If you’re introducing someone to transmasc cinema, start with a short documentary or a gentle coming‑of‑age film; they’re digestible and spark conversation. Finally, pair a heavier film with something lighter afterwards , it’s kinder to your emotional bandwidth.</w:t>
      </w:r>
      <w:r/>
    </w:p>
    <w:p>
      <w:r/>
      <w:r>
        <w:t>It's a small change in how we watch, but choosing films that centre transmasculine lives makes them part of the cultural conversation , and makes home viewing feel less lonely.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1">
        <w:r>
          <w:rPr>
            <w:color w:val="0000EE"/>
            <w:u w:val="single"/>
          </w:rPr>
          <w:t>[4]</w:t>
        </w:r>
      </w:hyperlink>
      <w:r>
        <w:t xml:space="preserve">- Paragraph 3: </w:t>
      </w:r>
      <w:hyperlink r:id="rId11">
        <w:r>
          <w:rPr>
            <w:color w:val="0000EE"/>
            <w:u w:val="single"/>
          </w:rPr>
          <w:t>[5]</w:t>
        </w:r>
      </w:hyperlink>
      <w:r>
        <w:t xml:space="preserve">, </w:t>
      </w:r>
      <w:hyperlink r:id="rId11">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Paragraph 5: </w:t>
      </w:r>
      <w:hyperlink r:id="rId11">
        <w:r>
          <w:rPr>
            <w:color w:val="0000EE"/>
            <w:u w:val="single"/>
          </w:rPr>
          <w:t>[3]</w:t>
        </w:r>
      </w:hyperlink>
      <w:r>
        <w:t xml:space="preserve">, </w:t>
      </w:r>
      <w:hyperlink r:id="rId11">
        <w:r>
          <w:rPr>
            <w:color w:val="0000EE"/>
            <w:u w:val="single"/>
          </w:rPr>
          <w:t>[5]</w:t>
        </w:r>
      </w:hyperlink>
      <w:r>
        <w:t xml:space="preserve">- Paragraph 6: </w:t>
      </w:r>
      <w:hyperlink r:id="rId11">
        <w:r>
          <w:rPr>
            <w:color w:val="0000EE"/>
            <w:u w:val="single"/>
          </w:rPr>
          <w:t>[6]</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https://www.out.com/film/transmasc-trans-man-ftm-movies</w:t>
        </w:r>
      </w:hyperlink>
      <w:r>
        <w:t xml:space="preserve"> - Please view link - unable to able to access data</w:t>
      </w:r>
      <w:r/>
    </w:p>
    <w:p>
      <w:pPr>
        <w:pStyle w:val="ListNumber"/>
        <w:spacing w:line="240" w:lineRule="auto"/>
        <w:ind w:left="720"/>
      </w:pPr>
      <w:r/>
      <w:hyperlink r:id="rId10">
        <w:r>
          <w:rPr>
            <w:color w:val="0000EE"/>
            <w:u w:val="single"/>
          </w:rPr>
          <w:t>https://www.imdb.com/title/tt0290498/plotsummary/</w:t>
        </w:r>
      </w:hyperlink>
      <w:r>
        <w:t xml:space="preserve"> - 'By Hook or by Crook' is a 2001 indie film directed by Silas Howard and Harry Dodge. The story follows Shy, a transgender man from Kansas, who moves to San Francisco seeking quick money through petty crime. He meets Valentine, a quirky individual, and they form a bond, embarking on various adventures together. The film explores themes of friendship, identity, and the transmasculine experience. (</w:t>
      </w:r>
      <w:hyperlink r:id="rId12">
        <w:r>
          <w:rPr>
            <w:color w:val="0000EE"/>
            <w:u w:val="single"/>
          </w:rPr>
          <w:t>imdb.com</w:t>
        </w:r>
      </w:hyperlink>
      <w:r>
        <w:t>)</w:t>
      </w:r>
      <w:r/>
    </w:p>
    <w:p>
      <w:pPr>
        <w:pStyle w:val="ListNumber"/>
        <w:spacing w:line="240" w:lineRule="auto"/>
        <w:ind w:left="720"/>
      </w:pPr>
      <w:r/>
      <w:hyperlink r:id="rId11">
        <w:r>
          <w:rPr>
            <w:color w:val="0000EE"/>
            <w:u w:val="single"/>
          </w:rPr>
          <w:t>https://www.imdb.com/title/tt0462757/plotsummary/</w:t>
        </w:r>
      </w:hyperlink>
      <w:r>
        <w:t xml:space="preserve"> - 'The Aggressives' is a 2005 documentary directed by Daniel Peddle, filmed over five years in New York City. It follows a group of 'Aggressives'—masculine-presenting queer people of colour assigned female at birth. The film delves into their lives, exploring themes of gender, sexuality, race, and class, highlighting their experiences within the LGBTQIA+ community. (</w:t>
      </w:r>
      <w:hyperlink r:id="rId13">
        <w:r>
          <w:rPr>
            <w:color w:val="0000EE"/>
            <w:u w:val="single"/>
          </w:rPr>
          <w:t>imdb.com</w:t>
        </w:r>
      </w:hyperlink>
      <w:r>
        <w:t>)</w:t>
      </w:r>
      <w:r/>
    </w:p>
    <w:p>
      <w:pPr>
        <w:pStyle w:val="ListNumber"/>
        <w:spacing w:line="240" w:lineRule="auto"/>
        <w:ind w:left="720"/>
      </w:pPr>
      <w:r/>
      <w:hyperlink r:id="rId11">
        <w:r>
          <w:rPr>
            <w:color w:val="0000EE"/>
            <w:u w:val="single"/>
          </w:rPr>
          <w:t>https://www.imdb.com/title/tt0462757/plotsummary/</w:t>
        </w:r>
      </w:hyperlink>
      <w:r>
        <w:t xml:space="preserve"> - 'The Aggressives' is a 2005 documentary directed by Daniel Peddle, filmed over five years in New York City. It follows a group of 'Aggressives'—masculine-presenting queer people of colour assigned female at birth. The film delves into their lives, exploring themes of gender, sexuality, race, and class, highlighting their experiences within the LGBTQIA+ community. (</w:t>
      </w:r>
      <w:hyperlink r:id="rId13">
        <w:r>
          <w:rPr>
            <w:color w:val="0000EE"/>
            <w:u w:val="single"/>
          </w:rPr>
          <w:t>imdb.com</w:t>
        </w:r>
      </w:hyperlink>
      <w:r>
        <w:t>)</w:t>
      </w:r>
      <w:r/>
    </w:p>
    <w:p>
      <w:pPr>
        <w:pStyle w:val="ListNumber"/>
        <w:spacing w:line="240" w:lineRule="auto"/>
        <w:ind w:left="720"/>
      </w:pPr>
      <w:r/>
      <w:hyperlink r:id="rId11">
        <w:r>
          <w:rPr>
            <w:color w:val="0000EE"/>
            <w:u w:val="single"/>
          </w:rPr>
          <w:t>https://www.imdb.com/title/tt0462757/plotsummary/</w:t>
        </w:r>
      </w:hyperlink>
      <w:r>
        <w:t xml:space="preserve"> - 'The Aggressives' is a 2005 documentary directed by Daniel Peddle, filmed over five years in New York City. It follows a group of 'Aggressives'—masculine-presenting queer people of colour assigned female at birth. The film delves into their lives, exploring themes of gender, sexuality, race, and class, highlighting their experiences within the LGBTQIA+ community. (</w:t>
      </w:r>
      <w:hyperlink r:id="rId13">
        <w:r>
          <w:rPr>
            <w:color w:val="0000EE"/>
            <w:u w:val="single"/>
          </w:rPr>
          <w:t>imdb.com</w:t>
        </w:r>
      </w:hyperlink>
      <w:r>
        <w:t>)</w:t>
      </w:r>
      <w:r/>
    </w:p>
    <w:p>
      <w:pPr>
        <w:pStyle w:val="ListNumber"/>
        <w:spacing w:line="240" w:lineRule="auto"/>
        <w:ind w:left="720"/>
      </w:pPr>
      <w:r/>
      <w:hyperlink r:id="rId11">
        <w:r>
          <w:rPr>
            <w:color w:val="0000EE"/>
            <w:u w:val="single"/>
          </w:rPr>
          <w:t>https://www.imdb.com/title/tt0462757/plotsummary/</w:t>
        </w:r>
      </w:hyperlink>
      <w:r>
        <w:t xml:space="preserve"> - 'The Aggressives' is a 2005 documentary directed by Daniel Peddle, filmed over five years in New York City. It follows a group of 'Aggressives'—masculine-presenting queer people of colour assigned female at birth. The film delves into their lives, exploring themes of gender, sexuality, race, and class, highlighting their experiences within the LGBTQIA+ community. (</w:t>
      </w:r>
      <w:hyperlink r:id="rId13">
        <w:r>
          <w:rPr>
            <w:color w:val="0000EE"/>
            <w:u w:val="single"/>
          </w:rPr>
          <w:t>imdb.com</w:t>
        </w:r>
      </w:hyperlink>
      <w:r>
        <w:t>)</w:t>
      </w:r>
      <w:r/>
    </w:p>
    <w:p>
      <w:pPr>
        <w:pStyle w:val="ListNumber"/>
        <w:spacing w:line="240" w:lineRule="auto"/>
        <w:ind w:left="720"/>
      </w:pPr>
      <w:r/>
      <w:hyperlink r:id="rId11">
        <w:r>
          <w:rPr>
            <w:color w:val="0000EE"/>
            <w:u w:val="single"/>
          </w:rPr>
          <w:t>https://www.imdb.com/title/tt0462757/plotsummary/</w:t>
        </w:r>
      </w:hyperlink>
      <w:r>
        <w:t xml:space="preserve"> - 'The Aggressives' is a 2005 documentary directed by Daniel Peddle, filmed over five years in New York City. It follows a group of 'Aggressives'—masculine-presenting queer people of colour assigned female at birth. The film delves into their lives, exploring themes of gender, sexuality, race, and class, highlighting their experiences within the LGBTQIA+ community. (</w:t>
      </w:r>
      <w:hyperlink r:id="rId13">
        <w:r>
          <w:rPr>
            <w:color w:val="0000EE"/>
            <w:u w:val="single"/>
          </w:rPr>
          <w:t>imdb.com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film/transmasc-trans-man-ftm-movies" TargetMode="External"/><Relationship Id="rId10" Type="http://schemas.openxmlformats.org/officeDocument/2006/relationships/hyperlink" Target="https://www.imdb.com/title/tt0290498/plotsummary/" TargetMode="External"/><Relationship Id="rId11" Type="http://schemas.openxmlformats.org/officeDocument/2006/relationships/hyperlink" Target="https://www.imdb.com/title/tt0462757/plotsummary/" TargetMode="External"/><Relationship Id="rId12" Type="http://schemas.openxmlformats.org/officeDocument/2006/relationships/hyperlink" Target="https://www.imdb.com/title/tt0290498/plotsummary/?utm_source=openai" TargetMode="External"/><Relationship Id="rId13" Type="http://schemas.openxmlformats.org/officeDocument/2006/relationships/hyperlink" Target="https://www.imdb.com/title/tt0462757/plotsummar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