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Things to Do in the Netherlands 2026: Where to Spend Sun, Festivals and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canals, beaches and headline events this summer; from Amsterdam’s first-ever WorldPride to Zandvoort’s final Formula 1 roar, here’s a lively guide to what’s worth your time, what to budget for, and simple tips to make the most of your Dutch summer.</w:t>
      </w:r>
      <w:r/>
    </w:p>
    <w:p>
      <w:r/>
      <w:r>
        <w:t>Essential Takeaways</w:t>
      </w:r>
      <w:r/>
      <w:r/>
    </w:p>
    <w:p>
      <w:pPr>
        <w:pStyle w:val="ListBullet"/>
        <w:spacing w:line="240" w:lineRule="auto"/>
        <w:ind w:left="720"/>
      </w:pPr>
      <w:r/>
      <w:r>
        <w:rPr>
          <w:b/>
        </w:rPr>
        <w:t>WorldPride in Amsterdam:</w:t>
      </w:r>
      <w:r>
        <w:t xml:space="preserve"> A two‑week global celebration from 25 July to 8 August with a Canal Parade, human‑rights talks and big concerts; expect huge crowds and a festival atmosphere.</w:t>
      </w:r>
      <w:r/>
    </w:p>
    <w:p>
      <w:pPr>
        <w:pStyle w:val="ListBullet"/>
        <w:spacing w:line="240" w:lineRule="auto"/>
        <w:ind w:left="720"/>
      </w:pPr>
      <w:r/>
      <w:r>
        <w:rPr>
          <w:b/>
        </w:rPr>
        <w:t>Last Dutch Grand Prix at Zandvoort:</w:t>
      </w:r>
      <w:r>
        <w:t xml:space="preserve"> Formula 1 returns 21–23 August for the finale on this track, including a Sprint race; weekend tickets are largely sold out, try Friday or resale platforms.</w:t>
      </w:r>
      <w:r/>
    </w:p>
    <w:p>
      <w:pPr>
        <w:pStyle w:val="ListBullet"/>
        <w:spacing w:line="240" w:lineRule="auto"/>
        <w:ind w:left="720"/>
      </w:pPr>
      <w:r/>
      <w:r>
        <w:rPr>
          <w:b/>
        </w:rPr>
        <w:t>Art and culture:</w:t>
      </w:r>
      <w:r>
        <w:t xml:space="preserve"> The long‑teased ZAMU museum in the Zaanstreek promises vast gallery space in converted factories , plan a day trip when it opens.</w:t>
      </w:r>
      <w:r/>
    </w:p>
    <w:p>
      <w:pPr>
        <w:pStyle w:val="ListBullet"/>
        <w:spacing w:line="240" w:lineRule="auto"/>
        <w:ind w:left="720"/>
      </w:pPr>
      <w:r/>
      <w:r>
        <w:rPr>
          <w:b/>
        </w:rPr>
        <w:t>Outdoor options galore:</w:t>
      </w:r>
      <w:r>
        <w:t xml:space="preserve"> Beaches, lakes and national parks offer quieter alternatives to packed city terraces; renting a small boat is easy and licence‑free for most craft.</w:t>
      </w:r>
      <w:r/>
    </w:p>
    <w:p>
      <w:pPr>
        <w:pStyle w:val="ListBullet"/>
        <w:spacing w:line="240" w:lineRule="auto"/>
        <w:ind w:left="720"/>
      </w:pPr>
      <w:r/>
      <w:r>
        <w:rPr>
          <w:b/>
        </w:rPr>
        <w:t>Money and logistics:</w:t>
      </w:r>
      <w:r>
        <w:t xml:space="preserve"> Look out for deals like short‑term boosted savings rates and, for sold‑out events, use official resale services to avoid scams.</w:t>
      </w:r>
      <w:r/>
      <w:r/>
    </w:p>
    <w:p>
      <w:pPr>
        <w:pStyle w:val="Heading2"/>
      </w:pPr>
      <w:r>
        <w:t>WorldPride lands in Amsterdam , expect colour, history and crowds</w:t>
      </w:r>
      <w:r/>
    </w:p>
    <w:p>
      <w:r/>
      <w:r>
        <w:t>Amsterdam is hosting WorldPride for the very first time, and the city has gone all in for a fortnight of parades, parties and programming. The Canal Parade and closing concert on Museumplein will be the loudest, brightest moments, and you’ll feel the emotional weight too , 2026 marks 25 years since the Netherlands legalised same‑sex marriage. According to the official WorldPride programme and local press, there are also community‑level events and a Human Rights Conference, so if you want quieter neighbourhood celebrations, look for those dates and locations. Practical tip: book accommodation early, lean on public transport, and pick up a map of pocket events to dodge the thickest crowds.</w:t>
      </w:r>
      <w:r/>
    </w:p>
    <w:p>
      <w:pPr>
        <w:pStyle w:val="Heading2"/>
      </w:pPr>
      <w:r>
        <w:t>Zandvoort’s final F1 weekend , a must‑see if you can swing it</w:t>
      </w:r>
      <w:r/>
    </w:p>
    <w:p>
      <w:r/>
      <w:r>
        <w:t>The Dutch Grand Prix returns for a last curtain call, with F1’s Sprint format making its debut on Dutch sand. If you’re a Max Verstappen fan, this is the final chance to see him race at Zandvoort in person; organisers and motorsport coverage describe the atmosphere as intense and very orange. Be warned: most weekend tickets have sold out, so your best bets are Super Friday access, official resale channels, or watching from nearby fan zones if you can’t get into the circuit. If you go, bring ear protection, sturdy shoes for sandy stands, and a plan for getting home , roads and trains will be busy.</w:t>
      </w:r>
      <w:r/>
    </w:p>
    <w:p>
      <w:pPr>
        <w:pStyle w:val="Heading2"/>
      </w:pPr>
      <w:r>
        <w:t>New museum buzz: ZAMU could change day trips to the Zaanstreek</w:t>
      </w:r>
      <w:r/>
    </w:p>
    <w:p>
      <w:r/>
      <w:r>
        <w:t>There’s a long‑running joke that a Dutch museum can be “opening soon” for years, and ZAMU has earned its own chapter in that book. When it opens, the museum will offer enormous exhibition halls across repurposed factory buildings, each dedicated to major artists, plus Oudolf‑designed gardens. Even while the opening date wobbles, the Zaanstreek is already a lovely escape , windmills, riverside cafés and calmer crowds than central Amsterdam. If art is your thing, pair a museum visit with a cycle through the region; if the museum isn’t open yet, you’ll still leave satisfied by the scenery and smaller cultural stops.</w:t>
      </w:r>
      <w:r/>
    </w:p>
    <w:p>
      <w:pPr>
        <w:pStyle w:val="Heading2"/>
      </w:pPr>
      <w:r>
        <w:t>Beaches, lakes and boats , how to pick the right water day</w:t>
      </w:r>
      <w:r/>
    </w:p>
    <w:p>
      <w:r/>
      <w:r>
        <w:t>The Dutch treat every sunny hour as prime water time, and there’s a coastline, lake or canal to match your mood. Zandvoort is the closest sandy stretch to Amsterdam and fills up fast; Scheveningen offers a busy boulevard and pier; Texel gives you space and dunes if you crave breathing room. For calmer water, Nieuwe Meer and Sloterplas in Amsterdam are easy local options, while IJsselmeer and Westeinderplassen suit boat lovers. Renting a small boat is straightforward for over‑18s and often licence‑free , bring sunscreen, snacks and a polite nod to other skippers. If you prefer sand, aim for early mornings or weekdays to avoid the worst crowds.</w:t>
      </w:r>
      <w:r/>
    </w:p>
    <w:p>
      <w:pPr>
        <w:pStyle w:val="Heading2"/>
      </w:pPr>
      <w:r>
        <w:t>Parks, picnics and barbecues , follow the rules and avoid fines</w:t>
      </w:r>
      <w:r/>
    </w:p>
    <w:p>
      <w:r/>
      <w:r>
        <w:t>Grilling in public parks is a national pastime but the rules are strict in places like Amsterdam: keep grills two metres from foliage, use metal bins for coals, and never light open fires. Westerpark and Noorderpark remain reliable spots where you can barbecue without permits, provided you follow local rules. The parks are also ideal for picnic culture , bring a blanket, local cheese and a thermos; it's low‑stress and very Dutch. If you want to impress, order from a proper butcher before your barbecue and learn a few simple grilled marinades to upgrade the usual sausage fare.</w:t>
      </w:r>
      <w:r/>
    </w:p>
    <w:p>
      <w:pPr>
        <w:pStyle w:val="Heading2"/>
      </w:pPr>
      <w:r>
        <w:t>Festivals, theatre and evening zoo strolls , plan, then pounce</w:t>
      </w:r>
      <w:r/>
    </w:p>
    <w:p>
      <w:r/>
      <w:r>
        <w:t>Festival season is peak planning pain: some line‑ups sell out within minutes, others leave single‑day tickets trickling out. North Sea Jazz, Lowlands and Draaimolen carry reputations for lightning sales, so check official resale platforms if you miss first release. For calmer cultural nights, catch tick, tick… BOOM! at DeLaMar in English, or pick a themed evening at Diergaarde Blijdorp where the animals and smaller crowds make August Saturdays quite lovely. General advice: buy tickets from official vendors, arrive early, and stash a portable charger for long festival days.</w:t>
      </w:r>
      <w:r/>
    </w:p>
    <w:p>
      <w:r/>
      <w:r>
        <w:t>Closing line</w:t>
      </w:r>
      <w:r/>
    </w:p>
    <w:p>
      <w:r/>
      <w:r>
        <w:t>It’s a busy, brilliant summer in the Netherlands , pick a highlight, book early, and leave room for a spontaneous canal or dune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https://dutchreview.com/culture/best-things-to-do-netherlands-summer-2026/</w:t>
        </w:r>
      </w:hyperlink>
      <w:r>
        <w:t xml:space="preserve"> - Please view link - unable to able to access data</w:t>
      </w:r>
      <w:r/>
    </w:p>
    <w:p>
      <w:pPr>
        <w:pStyle w:val="ListNumber"/>
        <w:spacing w:line="240" w:lineRule="auto"/>
        <w:ind w:left="720"/>
      </w:pPr>
      <w:r/>
      <w:hyperlink r:id="rId10">
        <w:r>
          <w:rPr>
            <w:color w:val="0000EE"/>
            <w:u w:val="single"/>
          </w:rPr>
          <w:t>https://pride.amsterdam/en/worldpride/</w:t>
        </w:r>
      </w:hyperlink>
      <w:r>
        <w:t xml:space="preserve"> - WorldPride Amsterdam 2026 is scheduled from 25 July to 8 August 2026. This event marks the first time Amsterdam will host WorldPride, celebrating 25 years since the Netherlands became the first country to legalise same-sex marriage. The festivities include the Canal Parade on 1 August, a Pride Walk, street parties, a Human Rights Conference, and a closing concert on Museumplein. The theme for this year's WorldPride is 'UNITY', emphasising tolerance, connectedness, and love.</w:t>
      </w:r>
      <w:r/>
    </w:p>
    <w:p>
      <w:pPr>
        <w:pStyle w:val="ListNumber"/>
        <w:spacing w:line="240" w:lineRule="auto"/>
        <w:ind w:left="720"/>
      </w:pPr>
      <w:r/>
      <w:hyperlink r:id="rId13">
        <w:r>
          <w:rPr>
            <w:color w:val="0000EE"/>
            <w:u w:val="single"/>
          </w:rPr>
          <w:t>https://www.amsterdam.nl/en/news/worldpride/</w:t>
        </w:r>
      </w:hyperlink>
      <w:r>
        <w:t xml:space="preserve"> - Amsterdam will host WorldPride for the first time from 25 July to 8 August 2026. Under the theme 'UNITY', the city celebrates diversity, freedom, and equal rights for LGBTQIA+ people. Major events include the Pride Walk, Pride Park, Canal Parade, street parties, and the Closing Concert on Museumplein. Additional activities encompass the Sport Pride World Games, LoveSwim in the Amstel, and various theatre and comedy performances. The full programme is available on the WorldPride Amsterdam 2026 website.</w:t>
      </w:r>
      <w:r/>
    </w:p>
    <w:p>
      <w:pPr>
        <w:pStyle w:val="ListNumber"/>
        <w:spacing w:line="240" w:lineRule="auto"/>
        <w:ind w:left="720"/>
      </w:pPr>
      <w:r/>
      <w:hyperlink r:id="rId11">
        <w:r>
          <w:rPr>
            <w:color w:val="0000EE"/>
            <w:u w:val="single"/>
          </w:rPr>
          <w:t>https://elpais.com/elviajero/2026-07-17/guia-para-sobrevivir-al-world-pride-de-amsterdam-desfile-de-barcos-macrofiestas-e-historia-queer.html</w:t>
        </w:r>
      </w:hyperlink>
      <w:r>
        <w:t xml:space="preserve"> - A comprehensive guide to WorldPride Amsterdam 2026, taking place from 25 July to 8 August. The article highlights key events such as the inaugural Pride Walk in Vondelpark, the Canal Parade on 1 August, the UNITY Concert on 4 August, and human rights discussions at Beurs van Berlage. It also features iconic queer venues in Amsterdam, including Spijkerbar, Prik, and Vrankrijk, and recommends nightlife spots like Tillatec, Church, and Raum for electronic music enthusiasts.</w:t>
      </w:r>
      <w:r/>
    </w:p>
    <w:p>
      <w:pPr>
        <w:pStyle w:val="ListNumber"/>
        <w:spacing w:line="240" w:lineRule="auto"/>
        <w:ind w:left="720"/>
      </w:pPr>
      <w:r/>
      <w:hyperlink r:id="rId14">
        <w:r>
          <w:rPr>
            <w:color w:val="0000EE"/>
            <w:u w:val="single"/>
          </w:rPr>
          <w:t>https://elpais.com/gente/2026-07-25/maxima-de-los-paises-bajos-inaugura-por-primera-vez-el-orgullo-mundial-en-amsterdam.html</w:t>
        </w:r>
      </w:hyperlink>
      <w:r>
        <w:t xml:space="preserve"> - Queen Máxima of the Netherlands officially inaugurated WorldPride 2026 in Amsterdam on 25 July, marking the first time a Dutch queen has presided over this global event. In her speech, she emphasised the importance of inclusion, free love, and equal rights for the LGBTQIA+ community, stating that 'being oneself and loving whomever one wishes should not be a privilege.' The ceremony took place in Vondelpark and was attended by Mayor Femke Halsema. The celebrations will continue until 8 August.</w:t>
      </w:r>
      <w:r/>
    </w:p>
    <w:p>
      <w:pPr>
        <w:pStyle w:val="ListNumber"/>
        <w:spacing w:line="240" w:lineRule="auto"/>
        <w:ind w:left="720"/>
      </w:pPr>
      <w:r/>
      <w:hyperlink r:id="rId12">
        <w:r>
          <w:rPr>
            <w:color w:val="0000EE"/>
            <w:u w:val="single"/>
          </w:rPr>
          <w:t>https://elpais.com/mexico/2026-03-05/calendario-f1-2026-fechas-horarios-sedes-y-como-ver-a-checo-perez-en-mexico.html</w:t>
        </w:r>
      </w:hyperlink>
      <w:r>
        <w:t xml:space="preserve"> - The 2026 Formula 1 calendar features 24 Grand Prix events, including the Dutch Grand Prix at Zandvoort from 21 to 23 August. This race marks the final appearance of the Dutch Grand Prix at Zandvoort, concluding a five-year stint on the F1 calendar. The event will also feature the first-ever F1 Sprint race held on Dutch soil. Tickets for the weekend are sold out, but Friday tickets remain available, offering access to practice sessions and sprint qualifying.</w:t>
      </w:r>
      <w:r/>
    </w:p>
    <w:p>
      <w:pPr>
        <w:pStyle w:val="ListNumber"/>
        <w:spacing w:line="240" w:lineRule="auto"/>
        <w:ind w:left="720"/>
      </w:pPr>
      <w:r/>
      <w:hyperlink r:id="rId15">
        <w:r>
          <w:rPr>
            <w:color w:val="0000EE"/>
            <w:u w:val="single"/>
          </w:rPr>
          <w:t>https://arxiv.org/abs/2603.15192</w:t>
        </w:r>
      </w:hyperlink>
      <w:r>
        <w:t xml:space="preserve"> - This academic paper, titled 'Benchmarking Formula 1 results using a normal model', analyses the performance of Formula 1 teams and drivers using statistical models. It distinguishes between elite and non-elite teams and provides insights into the factors influencing race outcomes. The study uses data from the 2025 season to illustrate the application of these models in understanding F1 performance dynamics.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utchreview.com/culture/best-things-to-do-netherlands-summer-2026/" TargetMode="External"/><Relationship Id="rId10" Type="http://schemas.openxmlformats.org/officeDocument/2006/relationships/hyperlink" Target="https://pride.amsterdam/en/worldpride/" TargetMode="External"/><Relationship Id="rId11" Type="http://schemas.openxmlformats.org/officeDocument/2006/relationships/hyperlink" Target="https://elpais.com/elviajero/2026-07-17/guia-para-sobrevivir-al-world-pride-de-amsterdam-desfile-de-barcos-macrofiestas-e-historia-queer.html" TargetMode="External"/><Relationship Id="rId12" Type="http://schemas.openxmlformats.org/officeDocument/2006/relationships/hyperlink" Target="https://elpais.com/mexico/2026-03-05/calendario-f1-2026-fechas-horarios-sedes-y-como-ver-a-checo-perez-en-mexico.html" TargetMode="External"/><Relationship Id="rId13" Type="http://schemas.openxmlformats.org/officeDocument/2006/relationships/hyperlink" Target="https://www.amsterdam.nl/en/news/worldpride/" TargetMode="External"/><Relationship Id="rId14" Type="http://schemas.openxmlformats.org/officeDocument/2006/relationships/hyperlink" Target="https://elpais.com/gente/2026-07-25/maxima-de-los-paises-bajos-inaugura-por-primera-vez-el-orgullo-mundial-en-amsterdam.html" TargetMode="External"/><Relationship Id="rId15" Type="http://schemas.openxmlformats.org/officeDocument/2006/relationships/hyperlink" Target="https://arxiv.org/abs/2603.151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