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Stockholm Pride House Tours and Art Picks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culture-seekers are heading to Stockholm this week for colourful Pride House events, a major Elisabeth Ohlson retrospective and intimate waterfront gigs , all easy to reach and ideal for a sunny day out. Here’s what to see, why it matters and how to make the most of each experience.</w:t>
      </w:r>
      <w:r/>
    </w:p>
    <w:p>
      <w:r/>
      <w:r>
        <w:t>Essential Takeaways</w:t>
      </w:r>
      <w:r/>
      <w:r/>
    </w:p>
    <w:p>
      <w:pPr>
        <w:pStyle w:val="ListBullet"/>
        <w:spacing w:line="240" w:lineRule="auto"/>
        <w:ind w:left="720"/>
      </w:pPr>
      <w:r/>
      <w:r>
        <w:rPr>
          <w:b/>
        </w:rPr>
        <w:t>Pride House guided tours:</w:t>
      </w:r>
      <w:r>
        <w:t xml:space="preserve"> daily walks from Clarion Hotel Sign, meet exhibiting LGBTQI+ artists and hear background on featured works.</w:t>
      </w:r>
      <w:r/>
    </w:p>
    <w:p>
      <w:pPr>
        <w:pStyle w:val="ListBullet"/>
        <w:spacing w:line="240" w:lineRule="auto"/>
        <w:ind w:left="720"/>
      </w:pPr>
      <w:r/>
      <w:r>
        <w:rPr>
          <w:b/>
        </w:rPr>
        <w:t>Elisabeth Ohlson retrospective:</w:t>
      </w:r>
      <w:r>
        <w:t xml:space="preserve"> 230 photographs at Kulturhuset Stadsteatern, including the controversial "Ecce homo" series and her final piece, "Death".</w:t>
      </w:r>
      <w:r/>
    </w:p>
    <w:p>
      <w:pPr>
        <w:pStyle w:val="ListBullet"/>
        <w:spacing w:line="240" w:lineRule="auto"/>
        <w:ind w:left="720"/>
      </w:pPr>
      <w:r/>
      <w:r>
        <w:rPr>
          <w:b/>
        </w:rPr>
        <w:t>Intimate live music:</w:t>
      </w:r>
      <w:r>
        <w:t xml:space="preserve"> Toni Holgersson performs on Debaser Pontonen, a floating stage on Årstaviken, offering close-up, acoustic vibes.</w:t>
      </w:r>
      <w:r/>
    </w:p>
    <w:p>
      <w:pPr>
        <w:pStyle w:val="ListBullet"/>
        <w:spacing w:line="240" w:lineRule="auto"/>
        <w:ind w:left="720"/>
      </w:pPr>
      <w:r/>
      <w:r>
        <w:rPr>
          <w:b/>
        </w:rPr>
        <w:t>Easy logistics:</w:t>
      </w:r>
      <w:r>
        <w:t xml:space="preserve"> events cluster in central Södermalm and Norrmalm, so you can combine a morning tour, an afternoon exhibition and an evening concert.</w:t>
      </w:r>
      <w:r/>
    </w:p>
    <w:p>
      <w:pPr>
        <w:pStyle w:val="ListBullet"/>
        <w:spacing w:line="240" w:lineRule="auto"/>
        <w:ind w:left="720"/>
      </w:pPr>
      <w:r/>
      <w:r>
        <w:rPr>
          <w:b/>
        </w:rPr>
        <w:t>Sensory notes:</w:t>
      </w:r>
      <w:r>
        <w:t xml:space="preserve"> expect vivid photography, emotional storytelling and a quiet, watery concert atmosphere that’s breezy and intimate.</w:t>
      </w:r>
      <w:r/>
      <w:r/>
    </w:p>
    <w:p>
      <w:pPr>
        <w:pStyle w:val="Heading2"/>
      </w:pPr>
      <w:r>
        <w:t>Start with Pride House , guided art tours that feel like a conversation</w:t>
      </w:r>
      <w:r/>
    </w:p>
    <w:p>
      <w:r/>
      <w:r>
        <w:t>Step into a lively, conversational art walk: the guided Pride House tours meet at Clarion Hotel Sign around midday and bring the exhibition to life. The route focuses on works presented at Pride House and panels often include the very artists on show, so the commentary is fresh and personal.</w:t>
      </w:r>
      <w:r/>
    </w:p>
    <w:p>
      <w:r/>
      <w:r>
        <w:t>Stockholm Pride organises these tours as part of its festival programme, so they’re both a cultural primer and a community event. If you want context before taking in the visuals, this is the place to begin. Bring a notebook or simply listen , the guides tend to highlight the social histories behind each work.</w:t>
      </w:r>
      <w:r/>
    </w:p>
    <w:p>
      <w:r/>
      <w:r>
        <w:t>If you’re short on time, aim for the midday slot; it’s central and lets you build a compact day around it. And if you’re curious about particular creators, check the Pride House schedule in advance , some artists appear on specific dates.</w:t>
      </w:r>
      <w:r/>
    </w:p>
    <w:p>
      <w:pPr>
        <w:pStyle w:val="Heading2"/>
      </w:pPr>
      <w:r>
        <w:t>Elisabeth Ohlson’s retrospective feels big, raw and unmissable</w:t>
      </w:r>
      <w:r/>
    </w:p>
    <w:p>
      <w:r/>
      <w:r>
        <w:t>Kulturhuset Stadsteatern is hosting the largest show of Elisabeth Ohlson’s career in Stockholm, with roughly 230 photographs spanning decades. The collection includes the debated "Ecce homo" series and finishes with her last work, titled "Death" , a sequence that’s both intimate and provocative.</w:t>
      </w:r>
      <w:r/>
    </w:p>
    <w:p>
      <w:r/>
      <w:r>
        <w:t>According to the venue’s programme notes, this is a rare chance to see her development in one sweep. The images can be confronting and beautiful; they’re a potent mix of spiritual reference, queer identity and public dialogue. Expect moments that make you pause, whisper, or look twice.</w:t>
      </w:r>
      <w:r/>
    </w:p>
    <w:p>
      <w:r/>
      <w:r>
        <w:t>Go midweek or early afternoon to avoid crowds, and take the audio guide or a gallery leaflet if you want a more structured walk-through. If you’ve followed recent conversations in Swedish culture about representation, this retrospective lands squarely in that debate and gives you the work behind the headlines.</w:t>
      </w:r>
      <w:r/>
    </w:p>
    <w:p>
      <w:pPr>
        <w:pStyle w:val="Heading2"/>
      </w:pPr>
      <w:r>
        <w:t>Toni Holgersson on the water , a concert with a gentle, salty edge</w:t>
      </w:r>
      <w:r/>
    </w:p>
    <w:p>
      <w:r/>
      <w:r>
        <w:t>There’s something quietly cinematic about an intimate gig on a floating stage. Toni Holgersson brings songs from his acclaimed recent album to Debaser Pontonen, a summer platform moored in Årstaviken, and the setting amplifies the hushed, folk-rock feel of his music.</w:t>
      </w:r>
      <w:r/>
    </w:p>
    <w:p>
      <w:r/>
      <w:r>
        <w:t>Debaser’s pontoon has a close-up vibe; you’ll be metres from the performer and likely hear the water lapping as part of the set. These shows reward attentive listening, so come for the lyrics and the mood rather than pyrotechnics. Tickets usually sell fast for the smaller capacity, so grab one early.</w:t>
      </w:r>
      <w:r/>
    </w:p>
    <w:p>
      <w:r/>
      <w:r>
        <w:t>Practical tip: bring a light layer , evenings by the water cool quickly, even in summer. And if you fancy a walk after the set, the surrounding area is lovely for a slow, reflective stroll.</w:t>
      </w:r>
      <w:r/>
    </w:p>
    <w:p>
      <w:pPr>
        <w:pStyle w:val="Heading2"/>
      </w:pPr>
      <w:r>
        <w:t>How to plan a compact cultural day in Stockholm</w:t>
      </w:r>
      <w:r/>
    </w:p>
    <w:p>
      <w:r/>
      <w:r>
        <w:t>You can stitch these three experiences into one satisfying day. Start with the Pride House guided tour around midday at Clarion Hotel Sign, head over to Kulturhuset for the Ohlson retrospective in the afternoon, then cross to Södermalm for the evening concert on the pontoon.</w:t>
      </w:r>
      <w:r/>
    </w:p>
    <w:p>
      <w:r/>
      <w:r>
        <w:t>Public transport links are straightforward between Norrmalm and Södermalm, and both Kulturhuset and Clarion sit in the city centre. Wear comfortable shoes, carry a bottle of water, and check opening times and ticketing online before you set out , festival schedules can shift.</w:t>
      </w:r>
      <w:r/>
    </w:p>
    <w:p>
      <w:r/>
      <w:r>
        <w:t>If you prefer to linger, swap the order: an afternoon at Kulturhuset followed by a late tour can be calmer. Either way, build in time for a café stop; Stockholm’s museum cafés are reliably good for people-watching and cooling off.</w:t>
      </w:r>
      <w:r/>
    </w:p>
    <w:p>
      <w:pPr>
        <w:pStyle w:val="Heading2"/>
      </w:pPr>
      <w:r>
        <w:t>Why these events matter , art, identity and small, shared moments</w:t>
      </w:r>
      <w:r/>
    </w:p>
    <w:p>
      <w:r/>
      <w:r>
        <w:t>Together the Pride House tours, Ohlson exhibition and pontoon concert form a small cultural ecosystem: public conversation about identity, a deep dive into an influential artist’s oeuvre, and an evening that’s quietly communal. They remind you that festivals aren’t just parades and parties; they’re also places to learn, reflect and listen.</w:t>
      </w:r>
      <w:r/>
    </w:p>
    <w:p>
      <w:r/>
      <w:r>
        <w:t>Organisers and venues have been explicit about centring queer voices and creating accessible entry points to conversation. For anyone curious about contemporary Swedish culture or looking for a thoughtful city-day itinerary, these picks are rich, often moving and easy to pair.</w:t>
      </w:r>
      <w:r/>
    </w:p>
    <w:p>
      <w:r/>
      <w:r>
        <w:t>It’s a small change to add an art tour or a late-night concert to your Pride plans , but it can make the whole weekend feel fuller.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https://www.dn.se/kultur/de-basta-stockholmstipsen-den-27-juli-pride-fotokonst-och-intim-konsert/</w:t>
        </w:r>
      </w:hyperlink>
      <w:r>
        <w:t xml:space="preserve"> - Please view link - unable to able to access data</w:t>
      </w:r>
      <w:r/>
    </w:p>
    <w:p>
      <w:pPr>
        <w:pStyle w:val="ListNumber"/>
        <w:spacing w:line="240" w:lineRule="auto"/>
        <w:ind w:left="720"/>
      </w:pPr>
      <w:r/>
      <w:hyperlink r:id="rId10">
        <w:r>
          <w:rPr>
            <w:color w:val="0000EE"/>
            <w:u w:val="single"/>
          </w:rPr>
          <w:t>https://www.stockholmpride.org/festivalen/pride-house/</w:t>
        </w:r>
      </w:hyperlink>
      <w:r>
        <w:t xml:space="preserve"> - Stockholm Pride House, located at Clarion Hotel Sign, serves as the heart of the Pride Week festivities. It offers a platform for organizations, associations, businesses, political parties, and individuals to meet, exchange experiences, and discuss current challenges facing the LGBTQ+ community. The venue hosts workshops, author talks, debates, and art exhibitions, fostering an environment of openness and community. Visitors can engage in creative youth programs, Pride Fair, and art exhibitions like Pride Art, making each visit both educational and enjoyable. Pride House is a space where creativity, activism, and meetings shape an unforgettable experience during Stockholm Pride.</w:t>
      </w:r>
      <w:r/>
    </w:p>
    <w:p>
      <w:pPr>
        <w:pStyle w:val="ListNumber"/>
        <w:spacing w:line="240" w:lineRule="auto"/>
        <w:ind w:left="720"/>
      </w:pPr>
      <w:r/>
      <w:hyperlink r:id="rId12">
        <w:r>
          <w:rPr>
            <w:color w:val="0000EE"/>
            <w:u w:val="single"/>
          </w:rPr>
          <w:t>https://kulturhusetstadsteatern.se/utstallningar/elisabeth-ohlson-retrospektiv</w:t>
        </w:r>
      </w:hyperlink>
      <w:r>
        <w:t xml:space="preserve"> - The 'Elisabeth Ohlson – Retrospektiv' exhibition at Kulturhuset Stadsteatern presents over 230 photographs from more than four decades of Ohlson's artistic work. The exhibition showcases her commitment to social justice, challenging norms, and exploring themes of identity, power, and human rights. A central feature is her final series, 'DÖDEN', which includes a self-portrait, reflecting on her own mortality. The exhibition is a tribute to Ohlson's influential career and continues to leave a strong impact on contemporary photography.</w:t>
      </w:r>
      <w:r/>
    </w:p>
    <w:p>
      <w:pPr>
        <w:pStyle w:val="ListNumber"/>
        <w:spacing w:line="240" w:lineRule="auto"/>
        <w:ind w:left="720"/>
      </w:pPr>
      <w:r/>
      <w:hyperlink r:id="rId11">
        <w:r>
          <w:rPr>
            <w:color w:val="0000EE"/>
            <w:u w:val="single"/>
          </w:rPr>
          <w:t>https://program.stockholmpride.org/en/events/388/konstrunda</w:t>
        </w:r>
      </w:hyperlink>
      <w:r>
        <w:t xml:space="preserve"> - The 'Konstrunda' (Art Tour) at Pride House transforms the venue into a vibrant art scene every day at 12:00. Guided by an enthusiastic art host, visitors explore Pride Art and other exhibitions that fill the house with colour, emotions, and stories from the LGBTQ+ community and its allies. The tour offers insights into the background, thoughts, and stories behind the artworks, providing a journey through creativity, activism, and identity. It's an opportunity to see the world from new perspectives and meet the artists behind the works.</w:t>
      </w:r>
      <w:r/>
    </w:p>
    <w:p>
      <w:pPr>
        <w:pStyle w:val="ListNumber"/>
        <w:spacing w:line="240" w:lineRule="auto"/>
        <w:ind w:left="720"/>
      </w:pPr>
      <w:r/>
      <w:hyperlink r:id="rId9">
        <w:r>
          <w:rPr>
            <w:color w:val="0000EE"/>
            <w:u w:val="single"/>
          </w:rPr>
          <w:t>https://www.dn.se/kultur/de-basta-stockholmstipsen-den-27-juli-pride-fotokonst-och-intim-konsert/</w:t>
        </w:r>
      </w:hyperlink>
      <w:r>
        <w:t xml:space="preserve"> - This article from Dagens Nyheter highlights top events in Stockholm for July 27, including the 'Pride House Art Tour' at Clarion Hotel Sign, a daily guided art tour during Stockholm Pride. It also features the 'Elisabeth Ohlson – Retrospektiv' exhibition at Kulturhuset Stadsteatern, showcasing over 230 photographs from Ohlson's career. Additionally, the article mentions an intimate concert by rock and folk singer Toni Holgersson at Debaser Pontonen, a floating stage in Årstaviken, where he performs his latest acclaimed album 'Vintergatan'.</w:t>
      </w:r>
      <w:r/>
    </w:p>
    <w:p>
      <w:pPr>
        <w:pStyle w:val="ListNumber"/>
        <w:spacing w:line="240" w:lineRule="auto"/>
        <w:ind w:left="720"/>
      </w:pPr>
      <w:r/>
      <w:hyperlink r:id="rId14">
        <w:r>
          <w:rPr>
            <w:color w:val="0000EE"/>
            <w:u w:val="single"/>
          </w:rPr>
          <w:t>https://www.aftonbladet.se/kultur/a/BxkdKv/elisabeth-ohlson-pa-kulturhuset</w:t>
        </w:r>
      </w:hyperlink>
      <w:r>
        <w:t xml:space="preserve"> - Aftonbladet's article offers a personal reflection on Elisabeth Ohlson's retrospective exhibition at Kulturhuset Stadsteatern. It discusses iconic works like 'Ecce Homo', where biblical motifs are combined with queer expressions, and more intimate series such as 'Könskrigare' and 'Läderbögar'. The author reflects on the shock effects and artistic depth of Ohlson's work, as well as how different audiences react. The exhibition contrasts the spectacular and festive in some works with the poignant and sorrowful in others, including images from Ohlson's own battle with death and victims of the AIDS epidemic.</w:t>
      </w:r>
      <w:r/>
    </w:p>
    <w:p>
      <w:pPr>
        <w:pStyle w:val="ListNumber"/>
        <w:spacing w:line="240" w:lineRule="auto"/>
        <w:ind w:left="720"/>
      </w:pPr>
      <w:r/>
      <w:hyperlink r:id="rId13">
        <w:r>
          <w:rPr>
            <w:color w:val="0000EE"/>
            <w:u w:val="single"/>
          </w:rPr>
          <w:t>https://boborg.se/2026/06/29/elisabeth-ohlsons-retrospektiv-i-galleri-3-hos-kulturhuset-sthlm/</w:t>
        </w:r>
      </w:hyperlink>
      <w:r>
        <w:t xml:space="preserve"> - Boborg's article provides an overview of Elisabeth Ohlson's 'Retrospektiv' exhibition at Kulturhuset Stadsteatern, which opened on June 24 and runs until November 8, 2026. The exhibition is deeply moving, featuring around 250 images from her various projects aimed at highlighting LGBTQI individuals and combating societal and religious prejudices. It also includes a significant number of portrait photographs taken for various clients over the years. A central part of her work was the breakthrough exhibition 'Ecce Homo', first presented in 1998 in a cave under Vitabergsparken on Reenstiernas gata, and also displayed in Uppsala Cathedral.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de-basta-stockholmstipsen-den-27-juli-pride-fotokonst-och-intim-konsert/" TargetMode="External"/><Relationship Id="rId10" Type="http://schemas.openxmlformats.org/officeDocument/2006/relationships/hyperlink" Target="https://www.stockholmpride.org/festivalen/pride-house/" TargetMode="External"/><Relationship Id="rId11" Type="http://schemas.openxmlformats.org/officeDocument/2006/relationships/hyperlink" Target="https://program.stockholmpride.org/en/events/388/konstrunda" TargetMode="External"/><Relationship Id="rId12" Type="http://schemas.openxmlformats.org/officeDocument/2006/relationships/hyperlink" Target="https://kulturhusetstadsteatern.se/utstallningar/elisabeth-ohlson-retrospektiv" TargetMode="External"/><Relationship Id="rId13" Type="http://schemas.openxmlformats.org/officeDocument/2006/relationships/hyperlink" Target="https://boborg.se/2026/06/29/elisabeth-ohlsons-retrospektiv-i-galleri-3-hos-kulturhuset-sthlm/" TargetMode="External"/><Relationship Id="rId14" Type="http://schemas.openxmlformats.org/officeDocument/2006/relationships/hyperlink" Target="https://www.aftonbladet.se/kultur/a/BxkdKv/elisabeth-ohlson-pa-kulturhus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