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Diego Comic‑Con 2026 Moments for Queer Fandom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cosplay, celeb reveals and community energy: San Diego Comic‑Con 2026 proved that the convention is as much about queer belonging as it is about blockbuster announcements, with fans, voice actors and legacy franchises like X‑Men 97 reminding everyone why representation still matters.</w:t>
      </w:r>
      <w:r/>
    </w:p>
    <w:p>
      <w:r/>
      <w:r>
        <w:t>Essential Takeaways</w:t>
      </w:r>
      <w:r/>
      <w:r/>
    </w:p>
    <w:p>
      <w:pPr>
        <w:pStyle w:val="ListBullet"/>
        <w:spacing w:line="240" w:lineRule="auto"/>
        <w:ind w:left="720"/>
      </w:pPr>
      <w:r/>
      <w:r>
        <w:rPr>
          <w:b/>
        </w:rPr>
        <w:t>Big reveals:</w:t>
      </w:r>
      <w:r>
        <w:t xml:space="preserve"> Hollywood heavyweights and Marvel updates dominated the floor and panels, creating buzzy, photo‑op moments for attendees.</w:t>
      </w:r>
      <w:r/>
    </w:p>
    <w:p>
      <w:pPr>
        <w:pStyle w:val="ListBullet"/>
        <w:spacing w:line="240" w:lineRule="auto"/>
        <w:ind w:left="720"/>
      </w:pPr>
      <w:r/>
      <w:r>
        <w:rPr>
          <w:b/>
        </w:rPr>
        <w:t>X‑Men 97 momentum:</w:t>
      </w:r>
      <w:r>
        <w:t xml:space="preserve"> The animated series’ queer characters and creative team were a clear highlight, celebrating visibility on a mainstream stage.</w:t>
      </w:r>
      <w:r/>
    </w:p>
    <w:p>
      <w:pPr>
        <w:pStyle w:val="ListBullet"/>
        <w:spacing w:line="240" w:lineRule="auto"/>
        <w:ind w:left="720"/>
      </w:pPr>
      <w:r/>
      <w:r>
        <w:rPr>
          <w:b/>
        </w:rPr>
        <w:t>Community vibes:</w:t>
      </w:r>
      <w:r>
        <w:t xml:space="preserve"> Panels and informal chats emphasised solidarity, with actors reflecting on identity and the need for safe spaces.</w:t>
      </w:r>
      <w:r/>
    </w:p>
    <w:p>
      <w:pPr>
        <w:pStyle w:val="ListBullet"/>
        <w:spacing w:line="240" w:lineRule="auto"/>
        <w:ind w:left="720"/>
      </w:pPr>
      <w:r/>
      <w:r>
        <w:rPr>
          <w:b/>
        </w:rPr>
        <w:t>Practical scene:</w:t>
      </w:r>
      <w:r>
        <w:t xml:space="preserve"> SDCC remains massive, expect crowds, long queues and plenty of transit planning if you go.</w:t>
      </w:r>
      <w:r/>
    </w:p>
    <w:p>
      <w:pPr>
        <w:pStyle w:val="ListBullet"/>
        <w:spacing w:line="240" w:lineRule="auto"/>
        <w:ind w:left="720"/>
      </w:pPr>
      <w:r/>
      <w:r>
        <w:rPr>
          <w:b/>
        </w:rPr>
        <w:t>Sensory note:</w:t>
      </w:r>
      <w:r>
        <w:t xml:space="preserve"> Costumes, fan art and photo ops gave the show a colourful, tactile feel, loud, warm, and surprisingly intimate in pockets.</w:t>
      </w:r>
      <w:r/>
      <w:r/>
    </w:p>
    <w:p>
      <w:pPr>
        <w:pStyle w:val="Heading2"/>
      </w:pPr>
      <w:r>
        <w:t>Why SDCC still matters for queer fans</w:t>
      </w:r>
      <w:r/>
    </w:p>
    <w:p>
      <w:r/>
      <w:r>
        <w:t>San Diego Comic‑Con has grown from a one‑day book event into a sprawling, week‑long cultural juggernaut, and that scale matters for queer fans who want more than token mentions. According to local guides and coverage, the show mixes celebrity panels with immersive fan culture, so it’s both spectacle and community. Queer representation at SDCC isn’t guaranteed every year, but when it appears, especially in creators’ rooms and voice actor panels, it feels meaningful and real. If you’re planning a visit, factor in long lines, crowded panels and shuttle or trolley timing so you don’t miss the moments that matter.</w:t>
      </w:r>
      <w:r/>
    </w:p>
    <w:p>
      <w:pPr>
        <w:pStyle w:val="Heading2"/>
      </w:pPr>
      <w:r>
        <w:t>X‑Men 97: a rare, loud win for queer storytelling</w:t>
      </w:r>
      <w:r/>
    </w:p>
    <w:p>
      <w:r/>
      <w:r>
        <w:t>The return and continuation of X‑Men 97 landed as one of the convention’s emotional anchor points, with voice actors and creative leads talking identity onstage and off. Industry coverage shows the series has become a beacon for fans who recognise the X‑Men’s roots in civil‑rights allegory and modern queer readings. For creators and performers, the show’s queer characters aren’t just representation, they’re personal narratives that mirror real journeys. If you want to support similar projects, look for panels spotlighting animation and voice talent; these conversations often reveal how characters are written and why they resonate.</w:t>
      </w:r>
      <w:r/>
    </w:p>
    <w:p>
      <w:pPr>
        <w:pStyle w:val="Heading2"/>
      </w:pPr>
      <w:r>
        <w:t>Celebrity reveals and the rightward media concern</w:t>
      </w:r>
      <w:r/>
    </w:p>
    <w:p>
      <w:r/>
      <w:r>
        <w:t>This year’s headlines, big Marvel announcements and star appearances, reminded attendees that Hollywood’s directions shape what gets made and who shows up on screen. Some commentators point to political shifts in media ownership and culture wars as pressures on queer content; creators at SDCC acknowledged those headwinds while celebrating wins. That tension makes shows like X‑Men 97 feel all the more essential: they prove inclusive stories can be commercially and critically successful. Thoughtfully picking which panels to attend, creative roundtables, writer Q&amp;As, gives fans a better sense of which projects might withstand those pressures.</w:t>
      </w:r>
      <w:r/>
    </w:p>
    <w:p>
      <w:pPr>
        <w:pStyle w:val="Heading2"/>
      </w:pPr>
      <w:r>
        <w:t>The human moments: voices, panels and the warmth between fans</w:t>
      </w:r>
      <w:r/>
    </w:p>
    <w:p>
      <w:r/>
      <w:r>
        <w:t>Actors and voice talent often turn convention lobbies and panels into spaces for candid talk, and this year’s conversations ranged from identity to belonging. Performers shared how roles paralleled their own lives, creating empathy and giving fans spokespeople who understand them. Those exchanges, short interviews in hotel lobbies, fan meet‑and‑greets, are as important as headline announcements because they build networks of support. If you can’t make SDCC in person, follow creators on social channels and subscribe to newsletters to catch those quieter but vital conversations.</w:t>
      </w:r>
      <w:r/>
    </w:p>
    <w:p>
      <w:pPr>
        <w:pStyle w:val="Heading2"/>
      </w:pPr>
      <w:r>
        <w:t>Going to SDCC: practical tips for enjoying the queer scene</w:t>
      </w:r>
      <w:r/>
    </w:p>
    <w:p>
      <w:r/>
      <w:r>
        <w:t>Plan travel and transit early; guides and reporting note that shuttles, trolleys and foot traffic are intense during the convention. Prioritise panels and signings that feature queer creators or LGBTQ+ themes, and arrive early for smaller sessions that tend to fill fast. Look out for community‑run meetups, artist alley stalls and gallery events, these are often where the most heartfelt representation appears. Bring earplugs for crowded panels, wear comfortable shoes for long lines, and pack a small water bottle, comfort goes a long way when you want to soak up the vibe.</w:t>
      </w:r>
      <w:r/>
    </w:p>
    <w:p>
      <w:r/>
      <w:r>
        <w:t>It's a small, crowded festival with outsized heart, seek the panels and people who make it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https://www.gaycities.com/articles/106390/photos-san-diego-comic-con-2026-brings-appeal-and-sanity-to-queer-nerdom/</w:t>
        </w:r>
      </w:hyperlink>
      <w:r>
        <w:t xml:space="preserve"> - Please view link - unable to able to access data</w:t>
      </w:r>
      <w:r/>
    </w:p>
    <w:p>
      <w:pPr>
        <w:pStyle w:val="ListNumber"/>
        <w:spacing w:line="240" w:lineRule="auto"/>
        <w:ind w:left="720"/>
      </w:pPr>
      <w:r/>
      <w:hyperlink r:id="rId10">
        <w:r>
          <w:rPr>
            <w:color w:val="0000EE"/>
            <w:u w:val="single"/>
          </w:rPr>
          <w:t>https://www.axios.com/local/san-diego/2026/07/23/comic-con-guide-san-diego-shuttles-trolley-traffic-costumes-celebrities</w:t>
        </w:r>
      </w:hyperlink>
      <w:r>
        <w:t xml:space="preserve"> - This article provides a comprehensive guide to the 2026 San Diego Comic-Con, highlighting the event's transformation of downtown San Diego into a vibrant hub for pop culture enthusiasts. It details themed locations, transportation options, and notable panels featuring celebrities like Guillermo del Toro and Kevin Feige. The piece also discusses the prevalence of elaborate costumes and the lively atmosphere of the convention. (</w:t>
      </w:r>
      <w:hyperlink r:id="rId16">
        <w:r>
          <w:rPr>
            <w:color w:val="0000EE"/>
            <w:u w:val="single"/>
          </w:rPr>
          <w:t>axios.com</w:t>
        </w:r>
      </w:hyperlink>
      <w:r>
        <w:t>)</w:t>
      </w:r>
      <w:r/>
    </w:p>
    <w:p>
      <w:pPr>
        <w:pStyle w:val="ListNumber"/>
        <w:spacing w:line="240" w:lineRule="auto"/>
        <w:ind w:left="720"/>
      </w:pPr>
      <w:r/>
      <w:hyperlink r:id="rId12">
        <w:r>
          <w:rPr>
            <w:color w:val="0000EE"/>
            <w:u w:val="single"/>
          </w:rPr>
          <w:t>https://www.gamesradar.com/entertainment/marvel-movies/marvel-tv-head-confirms-x-men-97-season-3-is-complete-and-season-4-is-officially-in-development-with-scripts-already-underway/</w:t>
        </w:r>
      </w:hyperlink>
      <w:r>
        <w:t xml:space="preserve"> - This article reports on Marvel TV head Brad Winderbaum's announcement at the 2026 San Diego Comic-Con that 'X-Men '97' Season 3 is complete and set to premiere on Disney Plus in 2027. It also reveals that Season 4 is in development, with four scripts underway. The piece provides insights into the upcoming season's content and the series' reception. (</w:t>
      </w:r>
      <w:hyperlink r:id="rId17">
        <w:r>
          <w:rPr>
            <w:color w:val="0000EE"/>
            <w:u w:val="single"/>
          </w:rPr>
          <w:t>gamesradar.com</w:t>
        </w:r>
      </w:hyperlink>
      <w:r>
        <w:t>)</w:t>
      </w:r>
      <w:r/>
    </w:p>
    <w:p>
      <w:pPr>
        <w:pStyle w:val="ListNumber"/>
        <w:spacing w:line="240" w:lineRule="auto"/>
        <w:ind w:left="720"/>
      </w:pPr>
      <w:r/>
      <w:hyperlink r:id="rId15">
        <w:r>
          <w:rPr>
            <w:color w:val="0000EE"/>
            <w:u w:val="single"/>
          </w:rPr>
          <w:t>https://www.gamesradar.com/entertainment/superhero-movies/san-diego-comic-con-2026-schedule-sdcc/</w:t>
        </w:r>
      </w:hyperlink>
      <w:r>
        <w:t xml:space="preserve"> - This article outlines the schedule for the 2026 San Diego Comic-Con, detailing the event's dates, streams, and panels. It highlights major events, including panels for 'Avatar Aang: The Last Airbender,' 'Marvel’s Wolverine,' and Studio Ghibli. The piece also mentions big reveals from Prime Video’s 'Blade Runner 2099' and updates on 'X-Men '97.' (</w:t>
      </w:r>
      <w:hyperlink r:id="rId18">
        <w:r>
          <w:rPr>
            <w:color w:val="0000EE"/>
            <w:u w:val="single"/>
          </w:rPr>
          <w:t>gamesradar.com</w:t>
        </w:r>
      </w:hyperlink>
      <w:r>
        <w:t>)</w:t>
      </w:r>
      <w:r/>
    </w:p>
    <w:p>
      <w:pPr>
        <w:pStyle w:val="ListNumber"/>
        <w:spacing w:line="240" w:lineRule="auto"/>
        <w:ind w:left="720"/>
      </w:pPr>
      <w:r/>
      <w:hyperlink r:id="rId14">
        <w:r>
          <w:rPr>
            <w:color w:val="0000EE"/>
            <w:u w:val="single"/>
          </w:rPr>
          <w:t>https://apnews.com/article/fdc7bbcd1678644d8d9bcd1d7c480787</w:t>
        </w:r>
      </w:hyperlink>
      <w:r>
        <w:t xml:space="preserve"> - This article covers notable events at the 2026 San Diego Comic-Con, including Johnny Depp's appearance as Ebenezer Scrooge to promote his upcoming film 'Ebenezer.' It also discusses the convention's diverse offerings, such as panels featuring K-pop group ENHYPEN and the 'Twilight' cast, as well as various cosplay displays. The piece reaffirms Comic-Con's commitment to remaining in San Diego through 2030. (</w:t>
      </w:r>
      <w:hyperlink r:id="rId19">
        <w:r>
          <w:rPr>
            <w:color w:val="0000EE"/>
            <w:u w:val="single"/>
          </w:rPr>
          <w:t>apnews.com</w:t>
        </w:r>
      </w:hyperlink>
      <w:r>
        <w:t>)</w:t>
      </w:r>
      <w:r/>
    </w:p>
    <w:p>
      <w:pPr>
        <w:pStyle w:val="ListNumber"/>
        <w:spacing w:line="240" w:lineRule="auto"/>
        <w:ind w:left="720"/>
      </w:pPr>
      <w:r/>
      <w:hyperlink r:id="rId11">
        <w:r>
          <w:rPr>
            <w:color w:val="0000EE"/>
            <w:u w:val="single"/>
          </w:rPr>
          <w:t>https://en.wikipedia.org/wiki/San_Diego_Comic-Con</w:t>
        </w:r>
      </w:hyperlink>
      <w:r>
        <w:t xml:space="preserve"> - This Wikipedia article provides a detailed history and organisation of the San Diego Comic-Con, tracing its evolution from a one-day event in 1970 to a week-long convention at the San Diego Convention Center. It discusses the convention's growth, its expansion into various fandoms, and its impact on popular culture. (</w:t>
      </w:r>
      <w:hyperlink r:id="rId20">
        <w:r>
          <w:rPr>
            <w:color w:val="0000EE"/>
            <w:u w:val="single"/>
          </w:rPr>
          <w:t>en.wikipedia.org</w:t>
        </w:r>
      </w:hyperlink>
      <w:r>
        <w:t>)</w:t>
      </w:r>
      <w:r/>
    </w:p>
    <w:p>
      <w:pPr>
        <w:pStyle w:val="ListNumber"/>
        <w:spacing w:line="240" w:lineRule="auto"/>
        <w:ind w:left="720"/>
      </w:pPr>
      <w:r/>
      <w:hyperlink r:id="rId13">
        <w:r>
          <w:rPr>
            <w:color w:val="0000EE"/>
            <w:u w:val="single"/>
          </w:rPr>
          <w:t>https://www.thepinknews.com/2024/04/06/every-x-men-97-character-whos-been-queer-in-the-comics/</w:t>
        </w:r>
      </w:hyperlink>
      <w:r>
        <w:t xml:space="preserve"> - This article explores the queer representation in the 'X-Men '97' series, highlighting characters who have been portrayed as queer in the comics. It discusses the significance of these portrayals and the impact on LGBTQ+ audiences. (</w:t>
      </w:r>
      <w:hyperlink r:id="rId21">
        <w:r>
          <w:rPr>
            <w:color w:val="0000EE"/>
            <w:u w:val="single"/>
          </w:rPr>
          <w:t>thepinknews.com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390/photos-san-diego-comic-con-2026-brings-appeal-and-sanity-to-queer-nerdom/" TargetMode="External"/><Relationship Id="rId10" Type="http://schemas.openxmlformats.org/officeDocument/2006/relationships/hyperlink" Target="https://www.axios.com/local/san-diego/2026/07/23/comic-con-guide-san-diego-shuttles-trolley-traffic-costumes-celebrities" TargetMode="External"/><Relationship Id="rId11" Type="http://schemas.openxmlformats.org/officeDocument/2006/relationships/hyperlink" Target="https://en.wikipedia.org/wiki/San_Diego_Comic-Con" TargetMode="External"/><Relationship Id="rId12" Type="http://schemas.openxmlformats.org/officeDocument/2006/relationships/hyperlink" Target="https://www.gamesradar.com/entertainment/marvel-movies/marvel-tv-head-confirms-x-men-97-season-3-is-complete-and-season-4-is-officially-in-development-with-scripts-already-underway/" TargetMode="External"/><Relationship Id="rId13" Type="http://schemas.openxmlformats.org/officeDocument/2006/relationships/hyperlink" Target="https://www.thepinknews.com/2024/04/06/every-x-men-97-character-whos-been-queer-in-the-comics/" TargetMode="External"/><Relationship Id="rId14" Type="http://schemas.openxmlformats.org/officeDocument/2006/relationships/hyperlink" Target="https://apnews.com/article/fdc7bbcd1678644d8d9bcd1d7c480787" TargetMode="External"/><Relationship Id="rId15" Type="http://schemas.openxmlformats.org/officeDocument/2006/relationships/hyperlink" Target="https://www.gamesradar.com/entertainment/superhero-movies/san-diego-comic-con-2026-schedule-sdcc/" TargetMode="External"/><Relationship Id="rId16" Type="http://schemas.openxmlformats.org/officeDocument/2006/relationships/hyperlink" Target="https://www.axios.com/local/san-diego/2026/07/23/comic-con-guide-san-diego-shuttles-trolley-traffic-costumes-celebrities?utm_source=openai" TargetMode="External"/><Relationship Id="rId17" Type="http://schemas.openxmlformats.org/officeDocument/2006/relationships/hyperlink" Target="https://www.gamesradar.com/entertainment/marvel-movies/marvel-tv-head-confirms-x-men-97-season-3-is-complete-and-season-4-is-officially-in-development-with-scripts-already-underway/?utm_source=openai" TargetMode="External"/><Relationship Id="rId18" Type="http://schemas.openxmlformats.org/officeDocument/2006/relationships/hyperlink" Target="https://www.gamesradar.com/entertainment/superhero-movies/san-diego-comic-con-2026-schedule-sdcc/?utm_source=openai" TargetMode="External"/><Relationship Id="rId19" Type="http://schemas.openxmlformats.org/officeDocument/2006/relationships/hyperlink" Target="https://apnews.com/article/fdc7bbcd1678644d8d9bcd1d7c480787?utm_source=openai" TargetMode="External"/><Relationship Id="rId20" Type="http://schemas.openxmlformats.org/officeDocument/2006/relationships/hyperlink" Target="https://en.wikipedia.org/wiki/San_Diego_Comic-Con?utm_source=openai" TargetMode="External"/><Relationship Id="rId21" Type="http://schemas.openxmlformats.org/officeDocument/2006/relationships/hyperlink" Target="https://www.thepinknews.com/2024/04/06/every-x-men-97-character-whos-been-queer-in-the-comic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