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Steps for Hamburg Pride After Berlin Attack: What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Pride-goers are taking stock after an attack at the Berlin CSD; Hamburg officials and community leaders are planning extra security and solidarity measures so the city’s Pride can go ahead while prioritising safety. Here’s what’s happening, what to expect, and practical tips for anyone heading to the parade.</w:t>
      </w:r>
      <w:r/>
    </w:p>
    <w:p>
      <w:r/>
      <w:r>
        <w:t>Essential Takeaways</w:t>
      </w:r>
      <w:r/>
      <w:r/>
    </w:p>
    <w:p>
      <w:pPr>
        <w:pStyle w:val="ListBullet"/>
        <w:spacing w:line="240" w:lineRule="auto"/>
        <w:ind w:left="720"/>
      </w:pPr>
      <w:r/>
      <w:r>
        <w:rPr>
          <w:b/>
        </w:rPr>
        <w:t>Heightened police presence:</w:t>
      </w:r>
      <w:r>
        <w:t xml:space="preserve"> Authorities plan more officers and visible security at Hamburg Pride, with checkpoints and patrols likely to increase.</w:t>
      </w:r>
      <w:r/>
    </w:p>
    <w:p>
      <w:pPr>
        <w:pStyle w:val="ListBullet"/>
        <w:spacing w:line="240" w:lineRule="auto"/>
        <w:ind w:left="720"/>
      </w:pPr>
      <w:r/>
      <w:r>
        <w:rPr>
          <w:b/>
        </w:rPr>
        <w:t>City solidarity:</w:t>
      </w:r>
      <w:r>
        <w:t xml:space="preserve"> The Rathaus flies both the rainbow flag and mourning ribbons; civic leaders have called for Pride to proceed "now more than ever".</w:t>
      </w:r>
      <w:r/>
    </w:p>
    <w:p>
      <w:pPr>
        <w:pStyle w:val="ListBullet"/>
        <w:spacing w:line="240" w:lineRule="auto"/>
        <w:ind w:left="720"/>
      </w:pPr>
      <w:r/>
      <w:r>
        <w:rPr>
          <w:b/>
        </w:rPr>
        <w:t>Community response:</w:t>
      </w:r>
      <w:r>
        <w:t xml:space="preserve"> Local vigils and a turnout of hundreds at demonstrations show a strong public backing for queer safety and visibility.</w:t>
      </w:r>
      <w:r/>
    </w:p>
    <w:p>
      <w:pPr>
        <w:pStyle w:val="ListBullet"/>
        <w:spacing w:line="240" w:lineRule="auto"/>
        <w:ind w:left="720"/>
      </w:pPr>
      <w:r/>
      <w:r>
        <w:rPr>
          <w:b/>
        </w:rPr>
        <w:t>Personal safety tips:</w:t>
      </w:r>
      <w:r>
        <w:t xml:space="preserve"> Arrive earlier, travel with friends, agree on meeting points, and heed official guidance on routes and prohibited items.</w:t>
      </w:r>
      <w:r/>
    </w:p>
    <w:p>
      <w:pPr>
        <w:pStyle w:val="ListBullet"/>
        <w:spacing w:line="240" w:lineRule="auto"/>
        <w:ind w:left="720"/>
      </w:pPr>
      <w:r/>
      <w:r>
        <w:rPr>
          <w:b/>
        </w:rPr>
        <w:t>Event adjustments possible:</w:t>
      </w:r>
      <w:r>
        <w:t xml:space="preserve"> Organisers may alter staging, routes or access to reduce risk , expect notices on social media or official channels.</w:t>
      </w:r>
      <w:r/>
      <w:r/>
    </w:p>
    <w:p>
      <w:pPr>
        <w:pStyle w:val="Heading2"/>
      </w:pPr>
      <w:r>
        <w:t>Why Hamburg is tightening security , and what that looks like</w:t>
      </w:r>
      <w:r/>
    </w:p>
    <w:p>
      <w:r/>
      <w:r>
        <w:t>The immediate reaction to the Berlin attack was to reassess safety at large public events, and Hamburg has been no exception. Officials told the press they’ll look closely at policing plans and crowd-control measures, which usually means more uniformed officers, mobile units and screening points. The change is sensory , a busier, more organised feel to entrances and public spaces , but it’s meant to reassure people and deter opportunistic violence. If you’re attending, don’t be startled by fences or bag checks: they’re there to keep the day joyful and safe.</w:t>
      </w:r>
      <w:r/>
    </w:p>
    <w:p>
      <w:pPr>
        <w:pStyle w:val="Heading2"/>
      </w:pPr>
      <w:r>
        <w:t>Political leaders and the city’s visible response</w:t>
      </w:r>
      <w:r/>
    </w:p>
    <w:p>
      <w:r/>
      <w:r>
        <w:t>Hamburg’s leadership has balanced mourning with determination. The city draped mourning ribbon on the Rathaus alongside the Pride flag, signalling grief and solidarity. Politicians called for a review of security measures and urged organisers and police to cooperate. That’s important because municipal backing often determines resources: more marshals, better comms and quicker emergency response. Expect official statements and practical guidance in the days before the parade.</w:t>
      </w:r>
      <w:r/>
    </w:p>
    <w:p>
      <w:pPr>
        <w:pStyle w:val="Heading2"/>
      </w:pPr>
      <w:r>
        <w:t>How local communities are reacting , turnout and vigils</w:t>
      </w:r>
      <w:r/>
    </w:p>
    <w:p>
      <w:r/>
      <w:r>
        <w:t>Across Hamburg people have rallied: vigils drew hundreds and impromptu gatherings expressed both sorrow and defiance. According to local broadcasters, crowds turned out to show support, chanting and sharing flowers, which underlines a crucial point , Pride is social as much as political. That visible solidarity makes the event harder to target and reassures participants. Still, organisers are reminding attendees to look out for one another and to report anything that looks off.</w:t>
      </w:r>
      <w:r/>
    </w:p>
    <w:p>
      <w:pPr>
        <w:pStyle w:val="Heading2"/>
      </w:pPr>
      <w:r>
        <w:t>Practical tips for staying safe at large Pride events</w:t>
      </w:r>
      <w:r/>
    </w:p>
    <w:p>
      <w:r/>
      <w:r>
        <w:t>Think like you would for any big city gathering. Travel in groups, pick clear meeting points, charge your phone and save emergency numbers. Wear comfortable shoes and weather-appropriate clothes , calm mobility helps if routes change. Avoid leaving valuables in plain sight and follow instructions from event staff and police. If you see unattended bags or suspicious behaviour, tell a steward or officer immediately. These small measures keep everyone safer and help the festival run smoothly.</w:t>
      </w:r>
      <w:r/>
    </w:p>
    <w:p>
      <w:pPr>
        <w:pStyle w:val="Heading2"/>
      </w:pPr>
      <w:r>
        <w:t>What could change on the day , logistics and communication</w:t>
      </w:r>
      <w:r/>
    </w:p>
    <w:p>
      <w:r/>
      <w:r>
        <w:t>Organisers may shift routes, restrict vehicle access, or introduce more bag checks; updates will likely arrive via social channels and official channels, so follow the event account and local police feeds. Public transport hubs might see heavier security and brief closures, so allow extra travel time. The atmosphere may feel different , more cautious , but community leaders insist that Pride should continue as a statement of visibility and resilience. Expect flexibility and patience; organisers are trying to balance openness with protection.</w:t>
      </w:r>
      <w:r/>
    </w:p>
    <w:p>
      <w:r/>
      <w:r>
        <w:t>It's a small change that can make every Pride celebration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5">
        <w:r>
          <w:rPr>
            <w:color w:val="0000EE"/>
            <w:u w:val="single"/>
          </w:rPr>
          <w:t>[3]</w:t>
        </w:r>
      </w:hyperlink>
      <w:r>
        <w:t xml:space="preserve">- Paragraph 4: </w:t>
      </w:r>
      <w:hyperlink r:id="rId10">
        <w:r>
          <w:rPr>
            <w:color w:val="0000EE"/>
            <w:u w:val="single"/>
          </w:rPr>
          <w:t>[4]</w:t>
        </w:r>
      </w:hyperlink>
      <w:r>
        <w:t xml:space="preserve">, </w:t>
      </w:r>
      <w:hyperlink r:id="rId15">
        <w:r>
          <w:rPr>
            <w:color w:val="0000EE"/>
            <w:u w:val="single"/>
          </w:rPr>
          <w:t>[3]</w:t>
        </w:r>
      </w:hyperlink>
      <w:r>
        <w:t xml:space="preserve">- Paragraph 5: </w:t>
      </w:r>
      <w:hyperlink r:id="rId12">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https://www.mopo.de/hamburg/polizei/nach-attentat-in-berlin-wie-sicher-ist-der-hamburger-csd/4904233</w:t>
        </w:r>
      </w:hyperlink>
      <w:r>
        <w:t xml:space="preserve"> - Please view link - unable to able to access data</w:t>
      </w:r>
      <w:r/>
    </w:p>
    <w:p>
      <w:pPr>
        <w:pStyle w:val="ListNumber"/>
        <w:spacing w:line="240" w:lineRule="auto"/>
        <w:ind w:left="720"/>
      </w:pPr>
      <w:r/>
      <w:hyperlink r:id="rId12">
        <w:r>
          <w:rPr>
            <w:color w:val="0000EE"/>
            <w:u w:val="single"/>
          </w:rPr>
          <w:t>https://www.zeit.de/news/2026-07/26/grote-will-sicherheitsmassnahmen-fuer-hamburger-csd-pruefen</w:t>
        </w:r>
      </w:hyperlink>
      <w:r>
        <w:t xml:space="preserve"> - Hamburg's Interior Senator Andy Grote condemned the attack on revelers at the Berlin Christopher Street Day (CSD) as a 'horrific act of violence'. He announced plans to review security measures for the upcoming Hamburg CSD parade, emphasizing the need to ensure maximum safety in light of the tragic event in Berlin. (</w:t>
      </w:r>
      <w:hyperlink r:id="rId16">
        <w:r>
          <w:rPr>
            <w:color w:val="0000EE"/>
            <w:u w:val="single"/>
          </w:rPr>
          <w:t>zeit.de</w:t>
        </w:r>
      </w:hyperlink>
      <w:r>
        <w:t>)</w:t>
      </w:r>
      <w:r/>
    </w:p>
    <w:p>
      <w:pPr>
        <w:pStyle w:val="ListNumber"/>
        <w:spacing w:line="240" w:lineRule="auto"/>
        <w:ind w:left="720"/>
      </w:pPr>
      <w:r/>
      <w:hyperlink r:id="rId15">
        <w:r>
          <w:rPr>
            <w:color w:val="0000EE"/>
            <w:u w:val="single"/>
          </w:rPr>
          <w:t>https://www.zeit.de/news/2026-07/26/800-teilnehmer-bei-kundgebung-in-hamburg-nach-csd-attacke</w:t>
        </w:r>
      </w:hyperlink>
      <w:r>
        <w:t xml:space="preserve"> - Following the attack in Berlin, approximately 800 people gathered in Hamburg for a solidarity demonstration. The Hamburg Pride association, which organised the event, expressed their thoughts with the Berlin community. The impromptu assembly lasted about 45 minutes, with the police reporting minor incidents during the gathering. (</w:t>
      </w:r>
      <w:hyperlink r:id="rId17">
        <w:r>
          <w:rPr>
            <w:color w:val="0000EE"/>
            <w:u w:val="single"/>
          </w:rPr>
          <w:t>zeit.de</w:t>
        </w:r>
      </w:hyperlink>
      <w:r>
        <w:t>)</w:t>
      </w:r>
      <w:r/>
    </w:p>
    <w:p>
      <w:pPr>
        <w:pStyle w:val="ListNumber"/>
        <w:spacing w:line="240" w:lineRule="auto"/>
        <w:ind w:left="720"/>
      </w:pPr>
      <w:r/>
      <w:hyperlink r:id="rId10">
        <w:r>
          <w:rPr>
            <w:color w:val="0000EE"/>
            <w:u w:val="single"/>
          </w:rPr>
          <w:t>https://www.ndr.de/nachrichten/hamburg/nach-anschlag-in-berlin-mehr-polizei-beim-hamburger-csd%2Ccsd-330.html</w:t>
        </w:r>
      </w:hyperlink>
      <w:r>
        <w:t xml:space="preserve"> - In response to the attack on the Berlin CSD, Hamburg's police plan to increase their presence for the upcoming CSD event. While there are no specific threats identified, the police are adopting a heightened vigilance approach, incorporating protective measures along the parade route and technical barriers against vehicles. (</w:t>
      </w:r>
      <w:hyperlink r:id="rId18">
        <w:r>
          <w:rPr>
            <w:color w:val="0000EE"/>
            <w:u w:val="single"/>
          </w:rPr>
          <w:t>ndr.de</w:t>
        </w:r>
      </w:hyperlink>
      <w:r>
        <w:t>)</w:t>
      </w:r>
      <w:r/>
    </w:p>
    <w:p>
      <w:pPr>
        <w:pStyle w:val="ListNumber"/>
        <w:spacing w:line="240" w:lineRule="auto"/>
        <w:ind w:left="720"/>
      </w:pPr>
      <w:r/>
      <w:hyperlink r:id="rId13">
        <w:r>
          <w:rPr>
            <w:color w:val="0000EE"/>
            <w:u w:val="single"/>
          </w:rPr>
          <w:t>https://www.zeit.de/news/2026-07/26/tschentscher-anschlag-in-berlin-ueberschattet-hamburger-csd</w:t>
        </w:r>
      </w:hyperlink>
      <w:r>
        <w:t xml:space="preserve"> - Hamburg's Mayor Peter Tschentscher expressed that the attack in Berlin overshadows the start of the Pride Week in Hamburg. He conveyed his condolences to the families of the victims and stated that the city's security authorities are committed to protecting the CSD demonstration and Pride Week events, ensuring a strong message of tolerance and diversity from Hamburg. (</w:t>
      </w:r>
      <w:hyperlink r:id="rId19">
        <w:r>
          <w:rPr>
            <w:color w:val="0000EE"/>
            <w:u w:val="single"/>
          </w:rPr>
          <w:t>zeit.de</w:t>
        </w:r>
      </w:hyperlink>
      <w:r>
        <w:t>)</w:t>
      </w:r>
      <w:r/>
    </w:p>
    <w:p>
      <w:pPr>
        <w:pStyle w:val="ListNumber"/>
        <w:spacing w:line="240" w:lineRule="auto"/>
        <w:ind w:left="720"/>
      </w:pPr>
      <w:r/>
      <w:hyperlink r:id="rId11">
        <w:r>
          <w:rPr>
            <w:color w:val="0000EE"/>
            <w:u w:val="single"/>
          </w:rPr>
          <w:t>https://www.zeit.de/news/2026-07/26/anschlag-in-berlin-ueberschattet-hamburger-csd</w:t>
        </w:r>
      </w:hyperlink>
      <w:r>
        <w:t xml:space="preserve"> - The attack on the Berlin CSD has led to discussions about the safety of the upcoming Hamburg parade. The authorities are reviewing security measures to ensure the safety of participants and to maintain the celebratory atmosphere of the event. (</w:t>
      </w:r>
      <w:hyperlink r:id="rId20">
        <w:r>
          <w:rPr>
            <w:color w:val="0000EE"/>
            <w:u w:val="single"/>
          </w:rPr>
          <w:t>zeit.de</w:t>
        </w:r>
      </w:hyperlink>
      <w:r>
        <w:t>)</w:t>
      </w:r>
      <w:r/>
    </w:p>
    <w:p>
      <w:pPr>
        <w:pStyle w:val="ListNumber"/>
        <w:spacing w:line="240" w:lineRule="auto"/>
        <w:ind w:left="720"/>
      </w:pPr>
      <w:r/>
      <w:hyperlink r:id="rId14">
        <w:r>
          <w:rPr>
            <w:color w:val="0000EE"/>
            <w:u w:val="single"/>
          </w:rPr>
          <w:t>https://www.ndr.de/nachrichten/info/hamburg-trauer-und-betroffenheit-nach-anschlag-beim-berliner-csd%2Caudio-3381660.html</w:t>
        </w:r>
      </w:hyperlink>
      <w:r>
        <w:t xml:space="preserve"> - The attack on the Berlin CSD has caused shock and mourning in Hamburg. The state's leaders have expressed their condolences, and a memorial service was held in Hamburg, where the CSD is scheduled to be celebrated next weekend. The suspect has since been reported dead. (</w:t>
      </w:r>
      <w:hyperlink r:id="rId21">
        <w:r>
          <w:rPr>
            <w:color w:val="0000EE"/>
            <w:u w:val="single"/>
          </w:rPr>
          <w:t>ndr.de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polizei/nach-attentat-in-berlin-wie-sicher-ist-der-hamburger-csd/4904233" TargetMode="External"/><Relationship Id="rId10" Type="http://schemas.openxmlformats.org/officeDocument/2006/relationships/hyperlink" Target="https://www.ndr.de/nachrichten/hamburg/nach-anschlag-in-berlin-mehr-polizei-beim-hamburger-csd%2Ccsd-330.html" TargetMode="External"/><Relationship Id="rId11" Type="http://schemas.openxmlformats.org/officeDocument/2006/relationships/hyperlink" Target="https://www.zeit.de/news/2026-07/26/anschlag-in-berlin-ueberschattet-hamburger-csd" TargetMode="External"/><Relationship Id="rId12" Type="http://schemas.openxmlformats.org/officeDocument/2006/relationships/hyperlink" Target="https://www.zeit.de/news/2026-07/26/grote-will-sicherheitsmassnahmen-fuer-hamburger-csd-pruefen" TargetMode="External"/><Relationship Id="rId13" Type="http://schemas.openxmlformats.org/officeDocument/2006/relationships/hyperlink" Target="https://www.zeit.de/news/2026-07/26/tschentscher-anschlag-in-berlin-ueberschattet-hamburger-csd" TargetMode="External"/><Relationship Id="rId14" Type="http://schemas.openxmlformats.org/officeDocument/2006/relationships/hyperlink" Target="https://www.ndr.de/nachrichten/info/hamburg-trauer-und-betroffenheit-nach-anschlag-beim-berliner-csd%2Caudio-3381660.html" TargetMode="External"/><Relationship Id="rId15" Type="http://schemas.openxmlformats.org/officeDocument/2006/relationships/hyperlink" Target="https://www.zeit.de/news/2026-07/26/800-teilnehmer-bei-kundgebung-in-hamburg-nach-csd-attacke" TargetMode="External"/><Relationship Id="rId16" Type="http://schemas.openxmlformats.org/officeDocument/2006/relationships/hyperlink" Target="https://www.zeit.de/news/2026-07/26/grote-will-sicherheitsmassnahmen-fuer-hamburger-csd-pruefen?utm_source=openai" TargetMode="External"/><Relationship Id="rId17" Type="http://schemas.openxmlformats.org/officeDocument/2006/relationships/hyperlink" Target="https://www.zeit.de/news/2026-07/26/800-teilnehmer-bei-kundgebung-in-hamburg-nach-csd-attacke?utm_source=openai" TargetMode="External"/><Relationship Id="rId18" Type="http://schemas.openxmlformats.org/officeDocument/2006/relationships/hyperlink" Target="https://www.ndr.de/nachrichten/hamburg/nach-anschlag-in-berlin-mehr-polizei-beim-hamburger-csd%2Ccsd-330.html?utm_source=openai" TargetMode="External"/><Relationship Id="rId19" Type="http://schemas.openxmlformats.org/officeDocument/2006/relationships/hyperlink" Target="https://www.zeit.de/news/2026-07/26/tschentscher-anschlag-in-berlin-ueberschattet-hamburger-csd?utm_source=openai" TargetMode="External"/><Relationship Id="rId20" Type="http://schemas.openxmlformats.org/officeDocument/2006/relationships/hyperlink" Target="https://www.zeit.de/news/2026-07/26/anschlag-in-berlin-ueberschattet-hamburger-csd?utm_source=openai" TargetMode="External"/><Relationship Id="rId21" Type="http://schemas.openxmlformats.org/officeDocument/2006/relationships/hyperlink" Target="https://www.ndr.de/nachrichten/info/hamburg-trauer-und-betroffenheit-nach-anschlag-beim-berliner-csd%2Caudio-338166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