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Safety Moves for Hamburg Pride Week After the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but determined, organisers, police and politicians in Hamburg are rechecking security for Pride Week and the CSD parade , a careful response that matters to hundreds of thousands of attendees and anyone worried about public safety and queer visibility.</w:t>
      </w:r>
      <w:r/>
    </w:p>
    <w:p>
      <w:r/>
      <w:r>
        <w:t>Essential Takeaways</w:t>
      </w:r>
      <w:r/>
      <w:r/>
    </w:p>
    <w:p>
      <w:pPr>
        <w:pStyle w:val="ListBullet"/>
        <w:spacing w:line="240" w:lineRule="auto"/>
        <w:ind w:left="720"/>
      </w:pPr>
      <w:r/>
      <w:r>
        <w:rPr>
          <w:b/>
        </w:rPr>
        <w:t>Immediate review:</w:t>
      </w:r>
      <w:r>
        <w:t xml:space="preserve"> Hamburg's interior ministry and police are re-evaluating the existing security plan for Pride Week and the CSD parade, with targeted adjustments likely.</w:t>
      </w:r>
      <w:r/>
    </w:p>
    <w:p>
      <w:pPr>
        <w:pStyle w:val="ListBullet"/>
        <w:spacing w:line="240" w:lineRule="auto"/>
        <w:ind w:left="720"/>
      </w:pPr>
      <w:r/>
      <w:r>
        <w:rPr>
          <w:b/>
        </w:rPr>
        <w:t>Route likely unchanged:</w:t>
      </w:r>
      <w:r>
        <w:t xml:space="preserve"> Officials expect to keep the planned parade route over Steindamm, while possibly tightening checkpoints and crowd controls.</w:t>
      </w:r>
      <w:r/>
    </w:p>
    <w:p>
      <w:pPr>
        <w:pStyle w:val="ListBullet"/>
        <w:spacing w:line="240" w:lineRule="auto"/>
        <w:ind w:left="720"/>
      </w:pPr>
      <w:r/>
      <w:r>
        <w:rPr>
          <w:b/>
        </w:rPr>
        <w:t>Organisers firm:</w:t>
      </w:r>
      <w:r>
        <w:t xml:space="preserve"> Hamburg Pride insists festivals have been robustly barricaded in past years and refuses to cancel the events, seeking clearer federal support.</w:t>
      </w:r>
      <w:r/>
    </w:p>
    <w:p>
      <w:pPr>
        <w:pStyle w:val="ListBullet"/>
        <w:spacing w:line="240" w:lineRule="auto"/>
        <w:ind w:left="720"/>
      </w:pPr>
      <w:r/>
      <w:r>
        <w:rPr>
          <w:b/>
        </w:rPr>
        <w:t>Emotional backdrop:</w:t>
      </w:r>
      <w:r>
        <w:t xml:space="preserve"> The Berlin attack has heightened fear among visitors and participants, but leaders emphasise solidarity and visibility as crucial responses.</w:t>
      </w:r>
      <w:r/>
    </w:p>
    <w:p>
      <w:pPr>
        <w:pStyle w:val="ListBullet"/>
        <w:spacing w:line="240" w:lineRule="auto"/>
        <w:ind w:left="720"/>
      </w:pPr>
      <w:r/>
      <w:r>
        <w:rPr>
          <w:b/>
        </w:rPr>
        <w:t>Practical focus:</w:t>
      </w:r>
      <w:r>
        <w:t xml:space="preserve"> Measures will concentrate on preventing vehicle attacks and ensuring clear escape routes, plus closer coordination between police and private security.</w:t>
      </w:r>
      <w:r/>
      <w:r/>
    </w:p>
    <w:p>
      <w:pPr>
        <w:pStyle w:val="Heading2"/>
      </w:pPr>
      <w:r>
        <w:t>Why organisers chose vigilance over cancellation</w:t>
      </w:r>
      <w:r/>
    </w:p>
    <w:p>
      <w:r/>
      <w:r>
        <w:t>The strongest signal so far is that Hamburg will carry on , but with sharper eyes. There's a tangible, quiet tension in the city; you can feel it in the way officials talk about routes and barriers. According to reporting, the Interior Ministry and police have begun another round of checks on what was already a detailed security plan, and organisers say cancelling wasn't on the table. That mix of resolve and caution sums up the mood: don't give in to fear, but don't be complacent either.</w:t>
      </w:r>
      <w:r/>
    </w:p>
    <w:p>
      <w:pPr>
        <w:pStyle w:val="Heading2"/>
      </w:pPr>
      <w:r>
        <w:t>What’s being reviewed and what might change</w:t>
      </w:r>
      <w:r/>
    </w:p>
    <w:p>
      <w:r/>
      <w:r>
        <w:t>Authorities are focusing on the known risks: preventing vehicle-ramming attacks, securing perimeter fencing and clarifying evacuation corridors. Interior Senator Andy Grote and police spokespeople have said adjustments could be made, while indications are the Steindamm route will stay in place. Practical tweaks could include more bollards, repositioned checkpoints, and tighter coordination with event stewards , small changes that can make a big difference in a crowded urban parade.</w:t>
      </w:r>
      <w:r/>
    </w:p>
    <w:p>
      <w:pPr>
        <w:pStyle w:val="Heading2"/>
      </w:pPr>
      <w:r>
        <w:t>Organisers press for federal action, not just local fixes</w:t>
      </w:r>
      <w:r/>
    </w:p>
    <w:p>
      <w:r/>
      <w:r>
        <w:t>Hamburg Pride's spokesman has been blunt: local security is essential, but so is national policy help. The group has called on the federal government to restore and strengthen dedicated funding and programmes for queer safety and inclusion, pointing out that the previous “Aktionsplan queer leben” stalled after the government change. That’s not just politics , it's about long-term resilience for communities that face targeted violence.</w:t>
      </w:r>
      <w:r/>
    </w:p>
    <w:p>
      <w:pPr>
        <w:pStyle w:val="Heading2"/>
      </w:pPr>
      <w:r>
        <w:t>How attendees are reacting, and what to expect on the day</w:t>
      </w:r>
      <w:r/>
    </w:p>
    <w:p>
      <w:r/>
      <w:r>
        <w:t>People planning to come are understandably nervous; some may skip parts of the street festival, while many will still turn up to show solidarity. Organisers expect hundreds of thousands to attend the parade and adjacent events. Expect visible policing, marshals in high-visibility vests, clearer signage for exits and possibly a more regimented entry process to the busiest zones. If you're going, leave bags at home, agree a meet-up spot with friends and keep an ear out for steward announcements.</w:t>
      </w:r>
      <w:r/>
    </w:p>
    <w:p>
      <w:pPr>
        <w:pStyle w:val="Heading2"/>
      </w:pPr>
      <w:r>
        <w:t>Practical tips for staying safe and keeping Pride welcoming</w:t>
      </w:r>
      <w:r/>
    </w:p>
    <w:p>
      <w:r/>
      <w:r>
        <w:t>Plan ahead: travel earlier, use public transport and pick a rendezvous point. Dress for comfort, bring water and a charged phone, but keep valuables minimal. If you see something that feels off, tell a marshal or police officer; crowd safety depends on small actions by many people. And remember, maintaining visibility and joy is itself a form of resistance , but it’s fine to step back if you need to feel safe.</w:t>
      </w:r>
      <w:r/>
    </w:p>
    <w:p>
      <w:r/>
      <w:r>
        <w:t>It's a small change in how people move through the city, but it can make every parade step safer and every festival moment more secure.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https://www.mopo.de/hamburg/die-angst-vor-nachahmern-was-der-anschlag-von-berlin-fuer-den-hamburger-csd-bedeutet/4902463</w:t>
        </w:r>
      </w:hyperlink>
      <w:r>
        <w:t xml:space="preserve"> - Please view link - unable to able to access data</w:t>
      </w:r>
      <w:r/>
    </w:p>
    <w:p>
      <w:pPr>
        <w:pStyle w:val="ListNumber"/>
        <w:spacing w:line="240" w:lineRule="auto"/>
        <w:ind w:left="720"/>
      </w:pPr>
      <w:r/>
      <w:hyperlink r:id="rId10">
        <w:r>
          <w:rPr>
            <w:color w:val="0000EE"/>
            <w:u w:val="single"/>
          </w:rPr>
          <w:t>https://hamburg.t-online.de/region/hamburg/id_101360698/pride-week-hamburg-prueft-schutzmassnahmen-fuer-csd.html</w:t>
        </w:r>
      </w:hyperlink>
      <w:r>
        <w:t xml:space="preserve"> - Following the attack at the Berlin CSD, Hamburg authorities are reassessing security measures for their own Pride events. Innensenator Andy Grote announced a thorough review to ensure maximum protection for the upcoming CSD parade on August 1. Despite the high existing security level, adjustments are being considered to enhance safety. (</w:t>
      </w:r>
      <w:hyperlink r:id="rId16">
        <w:r>
          <w:rPr>
            <w:color w:val="0000EE"/>
            <w:u w:val="single"/>
          </w:rPr>
          <w:t>hamburg.t-online.de</w:t>
        </w:r>
      </w:hyperlink>
      <w:r>
        <w:t>)</w:t>
      </w:r>
      <w:r/>
    </w:p>
    <w:p>
      <w:pPr>
        <w:pStyle w:val="ListNumber"/>
        <w:spacing w:line="240" w:lineRule="auto"/>
        <w:ind w:left="720"/>
      </w:pPr>
      <w:r/>
      <w:hyperlink r:id="rId15">
        <w:r>
          <w:rPr>
            <w:color w:val="0000EE"/>
            <w:u w:val="single"/>
          </w:rPr>
          <w:t>https://csd-berlin.de/en/statement-on-the-queer-hostile-attacks-and-incidents-on-the-day-of-the-45th-csd-berlin</w:t>
        </w:r>
      </w:hyperlink>
      <w:r>
        <w:t xml:space="preserve"> - The Berlin CSD organisers condemned the queer-hostile attacks and incidents that occurred during the 45th Berlin Pride Demonstration. They emphasised the importance of reporting such incidents and seeking help, urging the community to document attacks and report them to queer initiatives and the Berlin Police Internet Watch. (</w:t>
      </w:r>
      <w:hyperlink r:id="rId17">
        <w:r>
          <w:rPr>
            <w:color w:val="0000EE"/>
            <w:u w:val="single"/>
          </w:rPr>
          <w:t>csd-berlin.de</w:t>
        </w:r>
      </w:hyperlink>
      <w:r>
        <w:t>)</w:t>
      </w:r>
      <w:r/>
    </w:p>
    <w:p>
      <w:pPr>
        <w:pStyle w:val="ListNumber"/>
        <w:spacing w:line="240" w:lineRule="auto"/>
        <w:ind w:left="720"/>
      </w:pPr>
      <w:r/>
      <w:hyperlink r:id="rId11">
        <w:r>
          <w:rPr>
            <w:color w:val="0000EE"/>
            <w:u w:val="single"/>
          </w:rPr>
          <w:t>https://www.zeit.de/news/2026-07/26/anschlag-in-berlin-ueberschattet-hamburger-csd</w:t>
        </w:r>
      </w:hyperlink>
      <w:r>
        <w:t xml:space="preserve"> - The attack on the Berlin CSD has overshadowed the upcoming Hamburg CSD. Bürgermeister Peter Tschentscher expressed his condolences and announced that security measures for the Hamburg Pride events would be reviewed to ensure safety. (</w:t>
      </w:r>
      <w:hyperlink r:id="rId18">
        <w:r>
          <w:rPr>
            <w:color w:val="0000EE"/>
            <w:u w:val="single"/>
          </w:rPr>
          <w:t>zeit.de</w:t>
        </w:r>
      </w:hyperlink>
      <w:r>
        <w:t>)</w:t>
      </w:r>
      <w:r/>
    </w:p>
    <w:p>
      <w:pPr>
        <w:pStyle w:val="ListNumber"/>
        <w:spacing w:line="240" w:lineRule="auto"/>
        <w:ind w:left="720"/>
      </w:pPr>
      <w:r/>
      <w:hyperlink r:id="rId12">
        <w:r>
          <w:rPr>
            <w:color w:val="0000EE"/>
            <w:u w:val="single"/>
          </w:rPr>
          <w:t>https://www.n-tv.de/regionales/hamburg-und-schleswig-holstein/Grote-will-Sicherheitsmassnahmen-fuer-Hamburger-CSD-pruefen-id31126307.html</w:t>
        </w:r>
      </w:hyperlink>
      <w:r>
        <w:t xml:space="preserve"> - Hamburg's Innensenator Andy Grote condemned the attack on the Berlin CSD as a 'horrific act of violence' and announced a thorough review of security measures for the upcoming Hamburg CSD parade. He emphasised the commitment to maintaining a high level of safety for the event. (</w:t>
      </w:r>
      <w:hyperlink r:id="rId19">
        <w:r>
          <w:rPr>
            <w:color w:val="0000EE"/>
            <w:u w:val="single"/>
          </w:rPr>
          <w:t>n-tv.de</w:t>
        </w:r>
      </w:hyperlink>
      <w:r>
        <w:t>)</w:t>
      </w:r>
      <w:r/>
    </w:p>
    <w:p>
      <w:pPr>
        <w:pStyle w:val="ListNumber"/>
        <w:spacing w:line="240" w:lineRule="auto"/>
        <w:ind w:left="720"/>
      </w:pPr>
      <w:r/>
      <w:hyperlink r:id="rId13">
        <w:r>
          <w:rPr>
            <w:color w:val="0000EE"/>
            <w:u w:val="single"/>
          </w:rPr>
          <w:t>https://www.n-tv.de/regionales/hamburg-und-schleswig-holstein/800-Teilnehmer-bei-Kundgebung-in-Hamburg-nach-CSD-Attacke-id31127197.html</w:t>
        </w:r>
      </w:hyperlink>
      <w:r>
        <w:t xml:space="preserve"> - In response to the attack at the Berlin CSD, around 800 people gathered in Hamburg for a solidarity demonstration. The Hamburg Pride association expressed their thoughts with the Berlin community and announced that the Hamburg CSD is still planned for Saturday. (</w:t>
      </w:r>
      <w:hyperlink r:id="rId20">
        <w:r>
          <w:rPr>
            <w:color w:val="0000EE"/>
            <w:u w:val="single"/>
          </w:rPr>
          <w:t>n-tv.de</w:t>
        </w:r>
      </w:hyperlink>
      <w:r>
        <w:t>)</w:t>
      </w:r>
      <w:r/>
    </w:p>
    <w:p>
      <w:pPr>
        <w:pStyle w:val="ListNumber"/>
        <w:spacing w:line="240" w:lineRule="auto"/>
        <w:ind w:left="720"/>
      </w:pPr>
      <w:r/>
      <w:hyperlink r:id="rId14">
        <w:r>
          <w:rPr>
            <w:color w:val="0000EE"/>
            <w:u w:val="single"/>
          </w:rPr>
          <w:t>https://www.radiohamburg.de/aktuelles/hamburg/Anschlag-in-Berlin-%C3%BCberschattet-Hamburger-CSD-id1689662.html</w:t>
        </w:r>
      </w:hyperlink>
      <w:r>
        <w:t xml:space="preserve"> - Following the attack at the Berlin CSD, Hamburg authorities are reassessing security measures for their own Pride events. Innensenator Andy Grote announced a thorough review to ensure maximum protection for the upcoming CSD parade on August 1. Despite the high existing security level, adjustments are being considered to enhance safety. (</w:t>
      </w:r>
      <w:hyperlink r:id="rId21">
        <w:r>
          <w:rPr>
            <w:color w:val="0000EE"/>
            <w:u w:val="single"/>
          </w:rPr>
          <w:t>radiohamburg.de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die-angst-vor-nachahmern-was-der-anschlag-von-berlin-fuer-den-hamburger-csd-bedeutet/4902463" TargetMode="External"/><Relationship Id="rId10" Type="http://schemas.openxmlformats.org/officeDocument/2006/relationships/hyperlink" Target="https://hamburg.t-online.de/region/hamburg/id_101360698/pride-week-hamburg-prueft-schutzmassnahmen-fuer-csd.html" TargetMode="External"/><Relationship Id="rId11" Type="http://schemas.openxmlformats.org/officeDocument/2006/relationships/hyperlink" Target="https://www.zeit.de/news/2026-07/26/anschlag-in-berlin-ueberschattet-hamburger-csd" TargetMode="External"/><Relationship Id="rId12" Type="http://schemas.openxmlformats.org/officeDocument/2006/relationships/hyperlink" Target="https://www.n-tv.de/regionales/hamburg-und-schleswig-holstein/Grote-will-Sicherheitsmassnahmen-fuer-Hamburger-CSD-pruefen-id31126307.html" TargetMode="External"/><Relationship Id="rId13" Type="http://schemas.openxmlformats.org/officeDocument/2006/relationships/hyperlink" Target="https://www.n-tv.de/regionales/hamburg-und-schleswig-holstein/800-Teilnehmer-bei-Kundgebung-in-Hamburg-nach-CSD-Attacke-id31127197.html" TargetMode="External"/><Relationship Id="rId14" Type="http://schemas.openxmlformats.org/officeDocument/2006/relationships/hyperlink" Target="https://www.radiohamburg.de/aktuelles/hamburg/Anschlag-in-Berlin-%C3%BCberschattet-Hamburger-CSD-id1689662.html" TargetMode="External"/><Relationship Id="rId15" Type="http://schemas.openxmlformats.org/officeDocument/2006/relationships/hyperlink" Target="https://csd-berlin.de/en/statement-on-the-queer-hostile-attacks-and-incidents-on-the-day-of-the-45th-csd-berlin" TargetMode="External"/><Relationship Id="rId16" Type="http://schemas.openxmlformats.org/officeDocument/2006/relationships/hyperlink" Target="https://hamburg.t-online.de/region/hamburg/id_101360698/pride-week-hamburg-prueft-schutzmassnahmen-fuer-csd.html?utm_source=openai" TargetMode="External"/><Relationship Id="rId17" Type="http://schemas.openxmlformats.org/officeDocument/2006/relationships/hyperlink" Target="https://csd-berlin.de/en/statement-on-the-queer-hostile-attacks-and-incidents-on-the-day-of-the-45th-csd-berlin?utm_source=openai" TargetMode="External"/><Relationship Id="rId18" Type="http://schemas.openxmlformats.org/officeDocument/2006/relationships/hyperlink" Target="https://www.zeit.de/news/2026-07/26/anschlag-in-berlin-ueberschattet-hamburger-csd?utm_source=openai" TargetMode="External"/><Relationship Id="rId19" Type="http://schemas.openxmlformats.org/officeDocument/2006/relationships/hyperlink" Target="https://www.n-tv.de/regionales/hamburg-und-schleswig-holstein/Grote-will-Sicherheitsmassnahmen-fuer-Hamburger-CSD-pruefen-id31126307.html?utm_source=openai" TargetMode="External"/><Relationship Id="rId20" Type="http://schemas.openxmlformats.org/officeDocument/2006/relationships/hyperlink" Target="https://www.n-tv.de/regionales/hamburg-und-schleswig-holstein/800-Teilnehmer-bei-Kundgebung-in-Hamburg-nach-CSD-Attacke-id31127197.html?utm_source=openai" TargetMode="External"/><Relationship Id="rId21" Type="http://schemas.openxmlformats.org/officeDocument/2006/relationships/hyperlink" Target="https://www.radiohamburg.de/aktuelles/hamburg/Anschlag-in-Berlin-%C3%BCberschattet-Hamburger-CSD-id1689662.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