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Fashion Moments: How Palomo Reimagines Tom of Finland for WorldPride Amsterdam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fashion obsessives alike are leaning into theatrical queer style as Palomo celebrates Tom of Finland with a pop-up and commemorative lunch in Amsterdam, turning erotic illustration into a wearable, social-history moment that matters to queer visibility and community.</w:t>
      </w:r>
      <w:r/>
    </w:p>
    <w:p>
      <w:r/>
      <w:r>
        <w:t>Essential Takeaways</w:t>
      </w:r>
      <w:r/>
      <w:r/>
    </w:p>
    <w:p>
      <w:pPr>
        <w:pStyle w:val="ListBullet"/>
        <w:spacing w:line="240" w:lineRule="auto"/>
        <w:ind w:left="720"/>
      </w:pPr>
      <w:r/>
      <w:r>
        <w:rPr>
          <w:b/>
        </w:rPr>
        <w:t>Bold collaboration:</w:t>
      </w:r>
      <w:r>
        <w:t xml:space="preserve"> Palomo partners with the Tom of Finland Foundation to reinterpret Touko Laaksonen’s imagery through couture and public events.</w:t>
      </w:r>
      <w:r/>
    </w:p>
    <w:p>
      <w:pPr>
        <w:pStyle w:val="ListBullet"/>
        <w:spacing w:line="240" w:lineRule="auto"/>
        <w:ind w:left="720"/>
      </w:pPr>
      <w:r/>
      <w:r>
        <w:rPr>
          <w:b/>
        </w:rPr>
        <w:t>Physicality over scrolling:</w:t>
      </w:r>
      <w:r>
        <w:t xml:space="preserve"> Alejandro Palomo favours in-person encounters and theatrical dressing, aiming for tactile, romantic moments rather than curated online dating.</w:t>
      </w:r>
      <w:r/>
    </w:p>
    <w:p>
      <w:pPr>
        <w:pStyle w:val="ListBullet"/>
        <w:spacing w:line="240" w:lineRule="auto"/>
        <w:ind w:left="720"/>
      </w:pPr>
      <w:r/>
      <w:r>
        <w:rPr>
          <w:b/>
        </w:rPr>
        <w:t>Heritage preserved:</w:t>
      </w:r>
      <w:r>
        <w:t xml:space="preserve"> The Foundation treats Tom of Finland’s work as both erotic fantasy and a record of covert queer life when homosexuality was criminalised.</w:t>
      </w:r>
      <w:r/>
    </w:p>
    <w:p>
      <w:pPr>
        <w:pStyle w:val="ListBullet"/>
        <w:spacing w:line="240" w:lineRule="auto"/>
        <w:ind w:left="720"/>
      </w:pPr>
      <w:r/>
      <w:r>
        <w:rPr>
          <w:b/>
        </w:rPr>
        <w:t>Visual language:</w:t>
      </w:r>
      <w:r>
        <w:t xml:space="preserve"> Hypermasculine motifs, leather, uniforms, broad shoulders, have migrated from niche erotic art into mainstream fashion references.</w:t>
      </w:r>
      <w:r/>
    </w:p>
    <w:p>
      <w:pPr>
        <w:pStyle w:val="ListBullet"/>
        <w:spacing w:line="240" w:lineRule="auto"/>
        <w:ind w:left="720"/>
      </w:pPr>
      <w:r/>
      <w:r>
        <w:rPr>
          <w:b/>
        </w:rPr>
        <w:t>Practical note:</w:t>
      </w:r>
      <w:r>
        <w:t xml:space="preserve"> If you’re visiting the pop-up, expect photographic styling, sculpted leather pieces, and a strong, scent-rich atmosphere that nods to historic cruising spots.</w:t>
      </w:r>
      <w:r/>
      <w:r/>
    </w:p>
    <w:p>
      <w:pPr>
        <w:pStyle w:val="Heading2"/>
      </w:pPr>
      <w:r>
        <w:t>Why this collaboration feels both nostalgic and urgent</w:t>
      </w:r>
      <w:r/>
    </w:p>
    <w:p>
      <w:r/>
      <w:r>
        <w:t>Palomo’s take on Tom of Finland is glossy and slightly conspiratorial, a reminder that clothes can stage desire. The designer told Another magazine he’s far more interested in “the magic of physicality” than endless profile-swiping, and you can feel that in the work , the looks invite touch, linger and human connection. Events during WorldPride Amsterdam place the capsule in public, not just on screens, which makes the gesture feel celebratory and politically resonant.</w:t>
      </w:r>
      <w:r/>
    </w:p>
    <w:p>
      <w:r/>
      <w:r>
        <w:t>The Tom of Finland Foundation has long protected Touko Laaksonen’s legacy as both erotic artistry and documentary of queer life. According to coverage in cultural outlets and past exhibitions, the imagery served as one of the few ways gay men recognised each other in hostile times. Palomo’s project leans into that double role, using theatrical dressing to honour history while pointing to present-day community.</w:t>
      </w:r>
      <w:r/>
    </w:p>
    <w:p>
      <w:pPr>
        <w:pStyle w:val="Heading2"/>
      </w:pPr>
      <w:r>
        <w:t>Tom of Finland’s visual language is now fashion shorthand</w:t>
      </w:r>
      <w:r/>
    </w:p>
    <w:p>
      <w:r/>
      <w:r>
        <w:t>You’ll have seen the sailor jackets, leather harnesses and exaggerated masculine silhouettes cropping up across runway shows and high-street edits. Vogue and others have reported on major brands collaborating with the Foundation, proving the imagery’s staying power. But Palomo doesn’t simply reproduce motifs; he translates their social function. Where some labels fetishise the aesthetic, Palomo frames the pieces as rituals of courtship and visibility.</w:t>
      </w:r>
      <w:r/>
    </w:p>
    <w:p>
      <w:r/>
      <w:r>
        <w:t>For shoppers this matters: you’re not just buying a leather jacket, you’re tapping into a history that once offered clandestine shelter. That context changes how garments read on the street and in photographs.</w:t>
      </w:r>
      <w:r/>
    </w:p>
    <w:p>
      <w:pPr>
        <w:pStyle w:val="Heading2"/>
      </w:pPr>
      <w:r>
        <w:t>How Palomo balances spectacle with sensitivity</w:t>
      </w:r>
      <w:r/>
    </w:p>
    <w:p>
      <w:r/>
      <w:r>
        <w:t>Palomo’s signature is theatricality , lace on men, tailored corsetry, drop-seat trousers , and here he tempers camp with tenderness. He’s said the erotic drawings are only one dimension; the rest is community, romance and the choreography of meeting. So his costumes aim for that middle ground: bold enough for an editorial, intimate enough for a gathering in a garden or a pop-up where people actually talk.</w:t>
      </w:r>
      <w:r/>
    </w:p>
    <w:p>
      <w:r/>
      <w:r>
        <w:t>If you’re picking a piece, consider scale and context. A sculpted leather jacket can headline an evening look, whereas lace or softer tailoring works better for events and daytime gatherings. Think about how the garment will feel when you move, sit, or kiss someone in it , Palomo wants clothes that perform in real life.</w:t>
      </w:r>
      <w:r/>
    </w:p>
    <w:p>
      <w:pPr>
        <w:pStyle w:val="Heading2"/>
      </w:pPr>
      <w:r>
        <w:t>What to expect at the WorldPride pop-up and lunch</w:t>
      </w:r>
      <w:r/>
    </w:p>
    <w:p>
      <w:r/>
      <w:r>
        <w:t>Palomo timed the drop to WorldPride Amsterdam deliberately; it’s a celebration, and a statement. Photographs by Kees de Klein give the campaign a cinematic quality , broad shoulders, cinematic shadows, and men caught in the act of looking at each other , so the physical installation echoes that mood. Expect curated photography, sculptural pieces and a scent-forward, tactile atmosphere that nods to cruising spots referenced in historical Tom imagery: parks, cafés, back alleys.</w:t>
      </w:r>
      <w:r/>
    </w:p>
    <w:p>
      <w:r/>
      <w:r>
        <w:t>For visitors, practical tips: book ahead for seated events, wear shoes you can dance in, and if you’re buying, try pieces on with a layer underneath to judge fit and comfort. The look is meant to be worn, not just admired.</w:t>
      </w:r>
      <w:r/>
    </w:p>
    <w:p>
      <w:pPr>
        <w:pStyle w:val="Heading2"/>
      </w:pPr>
      <w:r>
        <w:t>Why this kind of project matters for queer visibility now</w:t>
      </w:r>
      <w:r/>
    </w:p>
    <w:p>
      <w:r/>
      <w:r>
        <w:t>There’s a gentle politics in reclaiming erotic art as cultural heritage. The Tom of Finland oeuvre was born under criminalisation and secrecy; today its motifs inform both fetish and fashion. Palomo’s work reminds us that visibility can be joyful, historical and complex at once. The project demonstrates how designers can honour provenance while pushing garments into contemporary social life.</w:t>
      </w:r>
      <w:r/>
    </w:p>
    <w:p>
      <w:r/>
      <w:r>
        <w:t>It’s also worth noting the ripple effect: collaborations like this influence mainstream brands, runway vocabularies and how younger queer people imagine themselves. In short, it’s a small cultural nudge with a broad impact.</w:t>
      </w:r>
      <w:r/>
    </w:p>
    <w:p>
      <w:r/>
      <w:r>
        <w:t>It's a small change that can make every look feel like a meeting point between past and present.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https://www.anothermag.com/fashion-beauty/17342/palomo-tom-of-finland-interview-kees-de-klein?utm_source=Link&amp;utm_medium=Link&amp;utm_campaign=RSSFeed&amp;utm_term=inside-palomo-s-tom-of-finland-collaboration</w:t>
        </w:r>
      </w:hyperlink>
      <w:r>
        <w:t xml:space="preserve"> - Please view link - unable to able to access data</w:t>
      </w:r>
      <w:r/>
    </w:p>
    <w:p>
      <w:pPr>
        <w:pStyle w:val="ListNumber"/>
        <w:spacing w:line="240" w:lineRule="auto"/>
        <w:ind w:left="720"/>
      </w:pPr>
      <w:r/>
      <w:hyperlink r:id="rId10">
        <w:r>
          <w:rPr>
            <w:color w:val="0000EE"/>
            <w:u w:val="single"/>
          </w:rPr>
          <w:t>https://www.vogue.com/article/tom-of-finland-foundation-opens-a-cheeky-exhibition-with-diesel</w:t>
        </w:r>
      </w:hyperlink>
      <w:r>
        <w:t xml:space="preserve"> - In April 2022, the Tom of Finland Foundation, established by artist Touko Laaksonen in 1984, opened a new exhibition at the Venice Biennale. Curated by Parisian gallery The Community and supported by Diesel, the exhibition showcased works from the foundation's permanent collection, including pieces never before displayed outside Los Angeles. The event highlighted Tom of Finland's influence on queer culture and the art world, emphasizing the foundation's role in preserving his legacy and promoting erotic art.</w:t>
      </w:r>
      <w:r/>
    </w:p>
    <w:p>
      <w:pPr>
        <w:pStyle w:val="ListNumber"/>
        <w:spacing w:line="240" w:lineRule="auto"/>
        <w:ind w:left="720"/>
      </w:pPr>
      <w:r/>
      <w:hyperlink r:id="rId14">
        <w:r>
          <w:rPr>
            <w:color w:val="0000EE"/>
            <w:u w:val="single"/>
          </w:rPr>
          <w:t>https://www.out.com/print/2022/8/09/why-diesel-partnered-tom-finland-fetish-inspired-fashion</w:t>
        </w:r>
      </w:hyperlink>
      <w:r>
        <w:t xml:space="preserve"> - In August 2022, Diesel collaborated with the Tom of Finland Foundation to create a capsule collection featuring the artist's homoerotic drawings. The collection included underwear, jackets, tote bags, shirts, socks, and accessories, showcasing the work of other queer artists influenced by Tom of Finland. This partnership aimed to celebrate the artist's impact on queer culture and fashion, blending his iconic imagery with Diesel's contemporary designs.</w:t>
      </w:r>
      <w:r/>
    </w:p>
    <w:p>
      <w:pPr>
        <w:pStyle w:val="ListNumber"/>
        <w:spacing w:line="240" w:lineRule="auto"/>
        <w:ind w:left="720"/>
      </w:pPr>
      <w:r/>
      <w:hyperlink r:id="rId11">
        <w:r>
          <w:rPr>
            <w:color w:val="0000EE"/>
            <w:u w:val="single"/>
          </w:rPr>
          <w:t>https://hypebae.com/2020/7/homoco-tom-of-finland-this-is-amit-collaboration-queer-lgbtq-swimwear-shirts-caps-sustainable-art-release</w:t>
        </w:r>
      </w:hyperlink>
      <w:r>
        <w:t xml:space="preserve"> - In July 2020, queer swimwear brand HOMOCO launched a capsule collection titled 'Tom's Full Service' in collaboration with artist This is Amit and the Tom of Finland Foundation. The collection featured swim trunks, T-shirts, sweatshirts, bandanas, and an embroidered baseball cap, all adorned with Amit's interpretation of Tom of Finland's art. A portion of the sales was donated to SAGE, an advocacy organization for the elder queer community, and the Tom of Finland Foundation.</w:t>
      </w:r>
      <w:r/>
    </w:p>
    <w:p>
      <w:pPr>
        <w:pStyle w:val="ListNumber"/>
        <w:spacing w:line="240" w:lineRule="auto"/>
        <w:ind w:left="720"/>
      </w:pPr>
      <w:r/>
      <w:hyperlink r:id="rId13">
        <w:r>
          <w:rPr>
            <w:color w:val="0000EE"/>
            <w:u w:val="single"/>
          </w:rPr>
          <w:t>https://en.wikipedia.org/wiki/Tom_of_Finland</w:t>
        </w:r>
      </w:hyperlink>
      <w:r>
        <w:t xml:space="preserve"> - Tom of Finland, born Touko Valio Laaksonen in 1920, was a Finnish artist renowned for his stylized erotic art depicting hypermasculine male characters. His works, produced primarily in pencil, have profoundly influenced late 20th-century gay culture and sexuality. In 1984, he founded the Tom of Finland Foundation to preserve his catalog of works and support erotic art. The foundation continues to operate from TOM House in Los Angeles, housing one of the world's largest collections of erotic art.</w:t>
      </w:r>
      <w:r/>
    </w:p>
    <w:p>
      <w:pPr>
        <w:pStyle w:val="ListNumber"/>
        <w:spacing w:line="240" w:lineRule="auto"/>
        <w:ind w:left="720"/>
      </w:pPr>
      <w:r/>
      <w:hyperlink r:id="rId12">
        <w:r>
          <w:rPr>
            <w:color w:val="0000EE"/>
            <w:u w:val="single"/>
          </w:rPr>
          <w:t>https://www.thepinknews.com/2023/03/02/tom-of-finland-erotic-art-history/</w:t>
        </w:r>
      </w:hyperlink>
      <w:r>
        <w:t xml:space="preserve"> - An article from March 2023 explores how Tom of Finland's art, characterized by hypermasculine homoerotic imagery, has evolved from being dismissed as pornography to being recognized as a significant influence on queer culture and art. The piece discusses the artist's impact on fashion, entertainment, and pop culture, highlighting his enduring legacy in modern celebrations of male sexuality and identity.</w:t>
      </w:r>
      <w:r/>
    </w:p>
    <w:p>
      <w:pPr>
        <w:pStyle w:val="ListNumber"/>
        <w:spacing w:line="240" w:lineRule="auto"/>
        <w:ind w:left="720"/>
      </w:pPr>
      <w:r/>
      <w:hyperlink r:id="rId15">
        <w:r>
          <w:rPr>
            <w:color w:val="0000EE"/>
            <w:u w:val="single"/>
          </w:rPr>
          <w:t>https://www.gq.com/story/a-horny-winters-night-with-the-tom-of-finland-crowd</w:t>
        </w:r>
      </w:hyperlink>
      <w:r>
        <w:t xml:space="preserve"> - A December 2025 event in New York City celebrated the 41st anniversary of the Tom of Finland Foundation. Attendees, including New York City council member Chi Ossé, gathered in a crimson-coated showroom to honor the late Finnish artist's legacy. The event featured Tom of Finland's iconic homoerotic drawings and discussions on how his work has shaped perceptions of masculinity and queer identity, emphasizing the foundation's role in preserving and promoting his 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nothermag.com/fashion-beauty/17342/palomo-tom-of-finland-interview-kees-de-klein?utm_source=Link&amp;utm_medium=Link&amp;utm_campaign=RSSFeed&amp;utm_term=inside-palomo-s-tom-of-finland-collaboration" TargetMode="External"/><Relationship Id="rId10" Type="http://schemas.openxmlformats.org/officeDocument/2006/relationships/hyperlink" Target="https://www.vogue.com/article/tom-of-finland-foundation-opens-a-cheeky-exhibition-with-diesel" TargetMode="External"/><Relationship Id="rId11" Type="http://schemas.openxmlformats.org/officeDocument/2006/relationships/hyperlink" Target="https://hypebae.com/2020/7/homoco-tom-of-finland-this-is-amit-collaboration-queer-lgbtq-swimwear-shirts-caps-sustainable-art-release" TargetMode="External"/><Relationship Id="rId12" Type="http://schemas.openxmlformats.org/officeDocument/2006/relationships/hyperlink" Target="https://www.thepinknews.com/2023/03/02/tom-of-finland-erotic-art-history/" TargetMode="External"/><Relationship Id="rId13" Type="http://schemas.openxmlformats.org/officeDocument/2006/relationships/hyperlink" Target="https://en.wikipedia.org/wiki/Tom_of_Finland" TargetMode="External"/><Relationship Id="rId14" Type="http://schemas.openxmlformats.org/officeDocument/2006/relationships/hyperlink" Target="https://www.out.com/print/2022/8/09/why-diesel-partnered-tom-finland-fetish-inspired-fashion" TargetMode="External"/><Relationship Id="rId15" Type="http://schemas.openxmlformats.org/officeDocument/2006/relationships/hyperlink" Target="https://www.gq.com/story/a-horny-winters-night-with-the-tom-of-finland-crow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