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Kickoff: Watch “50 Years of Fabulous” in Santa Barbara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a celebratory film night that traces queer pageantry, activism and charity , Marjorie Luke Theatre and Pacific Pride Foundation open Santa Barbara’s Pride Week with the award-winning documentary “50 Years of Fabulous,” a visual journey through five decades of the Imperial Council and its impact on LGBTQ+ communities.</w:t>
      </w:r>
      <w:r/>
    </w:p>
    <w:p>
      <w:r/>
      <w:r>
        <w:t>Essential Takeaways</w:t>
      </w:r>
      <w:r/>
      <w:r/>
    </w:p>
    <w:p>
      <w:pPr>
        <w:pStyle w:val="ListBullet"/>
        <w:spacing w:line="240" w:lineRule="auto"/>
        <w:ind w:left="720"/>
      </w:pPr>
      <w:r/>
      <w:r>
        <w:rPr>
          <w:b/>
        </w:rPr>
        <w:t>Event details:</w:t>
      </w:r>
      <w:r>
        <w:t xml:space="preserve"> Screening at Marjorie Luke Theatre, 6:30–9 p.m., Tuesday, Aug. 18 , the official Pride Week kickoff.</w:t>
      </w:r>
      <w:r/>
    </w:p>
    <w:p>
      <w:pPr>
        <w:pStyle w:val="ListBullet"/>
        <w:spacing w:line="240" w:lineRule="auto"/>
        <w:ind w:left="720"/>
      </w:pPr>
      <w:r/>
      <w:r>
        <w:rPr>
          <w:b/>
        </w:rPr>
        <w:t>Film focus:</w:t>
      </w:r>
      <w:r>
        <w:t xml:space="preserve"> A documentary history of the Imperial Council, from early San Francisco safe spaces to modern advocacy and philanthropy.</w:t>
      </w:r>
      <w:r/>
    </w:p>
    <w:p>
      <w:pPr>
        <w:pStyle w:val="ListBullet"/>
        <w:spacing w:line="240" w:lineRule="auto"/>
        <w:ind w:left="720"/>
      </w:pPr>
      <w:r/>
      <w:r>
        <w:rPr>
          <w:b/>
        </w:rPr>
        <w:t>Community flavour:</w:t>
      </w:r>
      <w:r>
        <w:t xml:space="preserve"> The Santa Barbara Gay Men’s Chorus opens; post-film discussion includes producer David Lassman “Chablis” and Pacific Pride representatives.</w:t>
      </w:r>
      <w:r/>
    </w:p>
    <w:p>
      <w:pPr>
        <w:pStyle w:val="ListBullet"/>
        <w:spacing w:line="240" w:lineRule="auto"/>
        <w:ind w:left="720"/>
      </w:pPr>
      <w:r/>
      <w:r>
        <w:rPr>
          <w:b/>
        </w:rPr>
        <w:t>Notable guests:</w:t>
      </w:r>
      <w:r>
        <w:t xml:space="preserve"> Performances and appearances by Imperial Court figures including Afrika America, Absolute Empress 60.</w:t>
      </w:r>
      <w:r/>
    </w:p>
    <w:p>
      <w:pPr>
        <w:pStyle w:val="ListBullet"/>
        <w:spacing w:line="240" w:lineRule="auto"/>
        <w:ind w:left="720"/>
      </w:pPr>
      <w:r/>
      <w:r>
        <w:rPr>
          <w:b/>
        </w:rPr>
        <w:t>Tickets &amp; cause:</w:t>
      </w:r>
      <w:r>
        <w:t xml:space="preserve"> Tickets available at luketheatre.org; event spotlights preserving LGBTQ+ history while supporting ongoing equality efforts.</w:t>
      </w:r>
      <w:r/>
      <w:r/>
    </w:p>
    <w:p>
      <w:pPr>
        <w:pStyle w:val="Heading2"/>
      </w:pPr>
      <w:r>
        <w:t>Why this screening matters now</w:t>
      </w:r>
      <w:r/>
    </w:p>
    <w:p>
      <w:r/>
      <w:r>
        <w:t>This isn’t just a film night, it’s a communal moment with a soft, buzzing energy , think proud pageantry meeting earnest history. According to organisers, the screening serves as the official launch of Santa Barbara’s Pride Week, inviting attendees from all backgrounds to celebrate progress and reckon with the past. It’s timely because the Imperial Council’s story, stitched through decades of activism and fundraising, shows how culture and charity can go hand in hand.</w:t>
      </w:r>
      <w:r/>
    </w:p>
    <w:p>
      <w:pPr>
        <w:pStyle w:val="Heading2"/>
      </w:pPr>
      <w:r>
        <w:t>What “50 Years of Fabulous” actually covers</w:t>
      </w:r>
      <w:r/>
    </w:p>
    <w:p>
      <w:r/>
      <w:r>
        <w:t>The documentary follows the Imperial Council’s evolution from creating safe social spaces in San Francisco to becoming a continent-wide force for LGBTQ+ rights and philanthropy. Viewers get personal stories alongside historical context, so the film reads like a social history told through performers, organisers and everyday members. That blend makes it accessible for people who know the scene and newcomers alike.</w:t>
      </w:r>
      <w:r/>
    </w:p>
    <w:p>
      <w:pPr>
        <w:pStyle w:val="Heading2"/>
      </w:pPr>
      <w:r>
        <w:t>Who you’ll meet at the event</w:t>
      </w:r>
      <w:r/>
    </w:p>
    <w:p>
      <w:r/>
      <w:r>
        <w:t>The evening opens with the Santa Barbara Gay Men’s Chorus, setting a communal tone, and the screening is followed by a discussion featuring David Lassman , the film’s producer and a former Empress of San Francisco’s Imperial Court , plus Pacific Pride Foundation staff. Organisers say this mix of performers and activists helps connect the film’s themes to local work, highlighting both national history and community-level organising.</w:t>
      </w:r>
      <w:r/>
    </w:p>
    <w:p>
      <w:pPr>
        <w:pStyle w:val="Heading2"/>
      </w:pPr>
      <w:r>
        <w:t>The Imperial Council’s legacy , more than pageantry</w:t>
      </w:r>
      <w:r/>
    </w:p>
    <w:p>
      <w:r/>
      <w:r>
        <w:t>Don’t be fooled into thinking this is all glamour. The Imperial Council has coupled spectacle with tangible charity for more than 50 years, raising millions for causes and supporting LGBTQ+ communities through activism and service. The film foregrounds founder Jose Sarria’s vision and how that seed grew into institutions that blend performance and philanthropy. For locals, it’s a reminder that history lives in institutions, songs and the faces in the crowd.</w:t>
      </w:r>
      <w:r/>
    </w:p>
    <w:p>
      <w:pPr>
        <w:pStyle w:val="Heading2"/>
      </w:pPr>
      <w:r>
        <w:t>How to get the most from the night</w:t>
      </w:r>
      <w:r/>
    </w:p>
    <w:p>
      <w:r/>
      <w:r>
        <w:t>Arrive early for the chorus performance and to grab a good seat; ticketing is via luketheatre.org. Stay for the post-film discussion to hear from people who helped make the documentary and who work locally on LGBTQ+ issues. And bring a curious friend , the film is framed as an entry point for anyone interested in civil rights, cultural history and the joyful, defiant ways communities sustain themselves.</w:t>
      </w:r>
      <w:r/>
    </w:p>
    <w:p>
      <w:r/>
      <w:r>
        <w:t>It's a small change that can make every celebration feel more rooted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https://www.noozhawk.com/50-years-of-fabulous-opens-santa-barbaras-pride-week/</w:t>
        </w:r>
      </w:hyperlink>
      <w:r>
        <w:t xml:space="preserve"> - Please view link - unable to able to access data</w:t>
      </w:r>
      <w:r/>
    </w:p>
    <w:p>
      <w:pPr>
        <w:pStyle w:val="ListNumber"/>
        <w:spacing w:line="240" w:lineRule="auto"/>
        <w:ind w:left="720"/>
      </w:pPr>
      <w:r/>
      <w:hyperlink r:id="rId9">
        <w:r>
          <w:rPr>
            <w:color w:val="0000EE"/>
            <w:u w:val="single"/>
          </w:rPr>
          <w:t>https://www.noozhawk.com/50-years-of-fabulous-opens-santa-barbaras-pride-week/</w:t>
        </w:r>
      </w:hyperlink>
      <w:r>
        <w:t xml:space="preserve"> - The Marjorie Luke Theatre, in partnership with Pacific Pride Foundation, is set to screen the award-winning documentary '50 Years of Fabulous: The Story of the Imperial Council' on Tuesday, August 18, from 6:30 to 9 p.m. This event marks the official commencement of Santa Barbara's Pride Week celebrations. The film chronicles the history of one of the world's oldest and most influential LGBTQ+ organisations, detailing the Imperial Council's evolution from creating safe spaces in San Francisco to becoming a powerful force for equality, advocacy, and charitable giving across North America. The documentary also offers a retrospective of queer life from the early 1960s to the present day. For over five decades, the Imperial Council has combined pageantry, philanthropy, activism, and community service to strengthen LGBTQ+ communities while raising millions of dollars for charitable causes. Through personal stories and historical perspectives, '50 Years of Fabulous' celebrates José Sarria, the founder of The Imperial Council, whose vision and dedication transformed countless lives and continues to inspire future generations. As the kickoff event to Santa Barbara's Pride Week, the screening invites audiences of all backgrounds to reflect on the progress made while recognising the importance of preserving LGBTQ+ history and supporting the ongoing pursuit of equality and civil rights. The Santa Barbara Gay Men's Chorus will open the show. Following the film, there will be a discussion with David Lassman 'Chablis,' the film's producer and 36th Empress of San Francisco's Imperial Court, along with representatives from Pacific Pride Foundation. The evening will also feature social justice warrior, activist, and performer Afrika America, the Absolute Empress 60 of San Francisco's Imperial Court. For tickets, visit luketheatre.org. Pacific Pride Foundation is the Central Coast's leading LGBTQ+ centre, providing advocacy, education, health services, and community-building programmes that promote a healthy, safe, and inclusive society for LGBTQ+ people and those living with HIV.</w:t>
      </w:r>
      <w:r/>
    </w:p>
    <w:p>
      <w:pPr>
        <w:pStyle w:val="ListNumber"/>
        <w:spacing w:line="240" w:lineRule="auto"/>
        <w:ind w:left="720"/>
      </w:pPr>
      <w:r/>
      <w:hyperlink r:id="rId12">
        <w:r>
          <w:rPr>
            <w:color w:val="0000EE"/>
            <w:u w:val="single"/>
          </w:rPr>
          <w:t>https://www.imperialcouncilsf.org/founder.html</w:t>
        </w:r>
      </w:hyperlink>
      <w:r>
        <w:t xml:space="preserve"> - José Julio Sarria, born on December 12, 1922, in San Francisco, California, was a pioneering LGBTQ+ activist and the founder of the Imperial Court System. Known as The Grand Mere and Absolute Empress I de San Francisco, Sarria was the first openly gay candidate to run for public office in the United States in 1961. In 1964, he declared himself Empress I José, The Widow Norton, and founded the Imperial Court System in 1965. Today, the non-profit organisation has over 60 chapters throughout North America in the United States, Canada, and Mexico. Sarria's legacy continues to inspire LGBTQ+ activism and community service.</w:t>
      </w:r>
      <w:r/>
    </w:p>
    <w:p>
      <w:pPr>
        <w:pStyle w:val="ListNumber"/>
        <w:spacing w:line="240" w:lineRule="auto"/>
        <w:ind w:left="720"/>
      </w:pPr>
      <w:r/>
      <w:hyperlink r:id="rId10">
        <w:r>
          <w:rPr>
            <w:color w:val="0000EE"/>
            <w:u w:val="single"/>
          </w:rPr>
          <w:t>https://www.imperialcouncilsf.org/josejuliosarria.html</w:t>
        </w:r>
      </w:hyperlink>
      <w:r>
        <w:t xml:space="preserve"> - José Julio Sarria, born on December 12, 1922, in San Francisco, California, was a pioneering LGBTQ+ activist and the founder of the Imperial Court System. Known as The Grand Mere and Absolute Empress I de San Francisco, Sarria was the first openly gay candidate to run for public office in the United States in 1961. In 1964, he declared himself Empress I José, The Widow Norton, and founded the Imperial Court System in 1965. Today, the non-profit organisation has over 60 chapters throughout North America in the United States, Canada, and Mexico. Sarria's legacy continues to inspire LGBTQ+ activism and community service.</w:t>
      </w:r>
      <w:r/>
    </w:p>
    <w:p>
      <w:pPr>
        <w:pStyle w:val="ListNumber"/>
        <w:spacing w:line="240" w:lineRule="auto"/>
        <w:ind w:left="720"/>
      </w:pPr>
      <w:r/>
      <w:hyperlink r:id="rId13">
        <w:r>
          <w:rPr>
            <w:color w:val="0000EE"/>
            <w:u w:val="single"/>
          </w:rPr>
          <w:t>https://josesarria.org/ics-courts/</w:t>
        </w:r>
      </w:hyperlink>
      <w:r>
        <w:t xml:space="preserve"> - In 1965, José Sarria founded the Imperial Court de San Francisco, the first 'court' of what is now known as the International Court System. This grassroots network of organisations works to build community relationships for equality and raise funds for charitable causes in their respective communities. With over 60 affiliated chapters in the United States, Canada, and Mexico, it is one of the oldest and largest LGBTQ+ organisations in the world. Each of these Imperial Court System chapters is a self-governing organisation that raises funds for charities in their own cities, honouring José Sarria's legacy of community service.</w:t>
      </w:r>
      <w:r/>
    </w:p>
    <w:p>
      <w:pPr>
        <w:pStyle w:val="ListNumber"/>
        <w:spacing w:line="240" w:lineRule="auto"/>
        <w:ind w:left="720"/>
      </w:pPr>
      <w:r/>
      <w:hyperlink r:id="rId11">
        <w:r>
          <w:rPr>
            <w:color w:val="0000EE"/>
            <w:u w:val="single"/>
          </w:rPr>
          <w:t>https://josesarria.org/ics-courts/imperial-courts-history/</w:t>
        </w:r>
      </w:hyperlink>
      <w:r>
        <w:t xml:space="preserve"> - Empress I de San Francisco, José Sarria, is well documented proclaiming herself 'The Widow Norton' and crowned with the title 'Absolute Empress I de San Francisco' by the San Francisco Tavern Guild on October 31, 1965, at the Beaux Arts Balls held in the Winterland Ice Rink. The Royal journey actually began much earlier, beginning in at least 1955, in elaborate house parties hosted by José and friends, where the Marquessa Josefina de Sarria would hold court. This laid the foundation for what would become the International Imperial Court System. The Empress of Canada, Ted Northe, is also well documented in 1964 traveling to San Francisco where he met David Hamilton (aka Rose Empress VI Mamé of Portland). Ted recounts in the article with great detail being put into drag by Mamé for the very first time; and how it helped create the monarch persona he would take back and use for community activism. Emerging from the crowded field of some 40 contestants that night, Empress LaRey was crowned. Now most gay histories begin with the Stonewall Riots of 1969 in New York. History tells us, however, that the vast correspondence and friendships kept throughout the late 1950s and 1960s between figures such as José and the SF Tavern Guild, Ted Northe and the Empire of Canada, Rose Empress’ Sam Campbell and Mamé along with the Portland Forum (Forerunner to the Rose Court), Olympia’s Lola, Della, Scotty and King Father John Frangello with the Dorian Society and Seattle’s Queen City Business Guild and Cal Colburn &amp; LaRey, the founding courts were already bonding to keep their community and drag personalities well connected. It all came together magically in the fall of 1970 and throughout 1971 with the launch of the first Annual Drag Balls between Vancouver BC, Seattle WA, Portland OR, San Francisco CA, and Los Angeles CA. Each court spent 1970-1972 coming together in formal agreement as the five Founding Charters that their Empress would be elected by public vote of the community under the name of the International Court System.</w:t>
      </w:r>
      <w:r/>
    </w:p>
    <w:p>
      <w:pPr>
        <w:pStyle w:val="ListNumber"/>
        <w:spacing w:line="240" w:lineRule="auto"/>
        <w:ind w:left="720"/>
      </w:pPr>
      <w:r/>
      <w:hyperlink r:id="rId14">
        <w:r>
          <w:rPr>
            <w:color w:val="0000EE"/>
            <w:u w:val="single"/>
          </w:rPr>
          <w:t>https://emperornortontrust.org/blog/2026/5/6/imperial-council-of-san-francisco-endorses-emperor-norton-tunnel-naming-proposal</w:t>
        </w:r>
      </w:hyperlink>
      <w:r>
        <w:t xml:space="preserve"> - The Emperor Norton Trust announced that the Board of Directors of The Imperial Council of San Francisco has issued the first institutional statement in support of the Trust's proposal to name the San Francisco–Oakland Bay Bridge tunnel through Yerba Buena Island the 'Emperor Norton Tunnel.' The Imperial Council and the larger international Imperial Court was founded in 1965 by José Sarria (1922–2013)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ozhawk.com/50-years-of-fabulous-opens-santa-barbaras-pride-week/" TargetMode="External"/><Relationship Id="rId10" Type="http://schemas.openxmlformats.org/officeDocument/2006/relationships/hyperlink" Target="https://www.imperialcouncilsf.org/josejuliosarria.html" TargetMode="External"/><Relationship Id="rId11" Type="http://schemas.openxmlformats.org/officeDocument/2006/relationships/hyperlink" Target="https://josesarria.org/ics-courts/imperial-courts-history/" TargetMode="External"/><Relationship Id="rId12" Type="http://schemas.openxmlformats.org/officeDocument/2006/relationships/hyperlink" Target="https://www.imperialcouncilsf.org/founder.html" TargetMode="External"/><Relationship Id="rId13" Type="http://schemas.openxmlformats.org/officeDocument/2006/relationships/hyperlink" Target="https://josesarria.org/ics-courts/" TargetMode="External"/><Relationship Id="rId14" Type="http://schemas.openxmlformats.org/officeDocument/2006/relationships/hyperlink" Target="https://emperornortontrust.org/blog/2026/5/6/imperial-council-of-san-francisco-endorses-emperor-norton-tunnel-naming-propos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